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5FC29" w14:textId="77777777" w:rsidR="003260D0" w:rsidRPr="00846012" w:rsidRDefault="00916C8E">
      <w:pPr>
        <w:pStyle w:val="Heading1"/>
        <w:rPr>
          <w:lang w:val="fr-FR"/>
        </w:rPr>
      </w:pPr>
      <w:proofErr w:type="spellStart"/>
      <w:r w:rsidRPr="00846012">
        <w:rPr>
          <w:rFonts w:ascii="Arial" w:hAnsi="Arial"/>
          <w:lang w:val="fr-FR"/>
        </w:rPr>
        <w:t>Termeni</w:t>
      </w:r>
      <w:proofErr w:type="spellEnd"/>
      <w:r w:rsidRPr="00846012">
        <w:rPr>
          <w:rFonts w:ascii="Arial" w:hAnsi="Arial"/>
          <w:lang w:val="fr-FR"/>
        </w:rPr>
        <w:t xml:space="preserve"> </w:t>
      </w:r>
      <w:proofErr w:type="spellStart"/>
      <w:r w:rsidRPr="00846012">
        <w:rPr>
          <w:rFonts w:ascii="Arial" w:hAnsi="Arial"/>
          <w:lang w:val="fr-FR"/>
        </w:rPr>
        <w:t>și</w:t>
      </w:r>
      <w:proofErr w:type="spellEnd"/>
      <w:r w:rsidRPr="00846012">
        <w:rPr>
          <w:rFonts w:ascii="Arial" w:hAnsi="Arial"/>
          <w:lang w:val="fr-FR"/>
        </w:rPr>
        <w:t xml:space="preserve"> </w:t>
      </w:r>
      <w:proofErr w:type="spellStart"/>
      <w:r w:rsidRPr="00846012">
        <w:rPr>
          <w:rFonts w:ascii="Arial" w:hAnsi="Arial"/>
          <w:lang w:val="fr-FR"/>
        </w:rPr>
        <w:t>Condiții</w:t>
      </w:r>
      <w:proofErr w:type="spellEnd"/>
      <w:r w:rsidRPr="00846012">
        <w:rPr>
          <w:rFonts w:ascii="Arial" w:hAnsi="Arial"/>
          <w:lang w:val="fr-FR"/>
        </w:rPr>
        <w:t xml:space="preserve"> de </w:t>
      </w:r>
      <w:proofErr w:type="spellStart"/>
      <w:r w:rsidRPr="00846012">
        <w:rPr>
          <w:rFonts w:ascii="Arial" w:hAnsi="Arial"/>
          <w:lang w:val="fr-FR"/>
        </w:rPr>
        <w:t>utilizare</w:t>
      </w:r>
      <w:proofErr w:type="spellEnd"/>
      <w:r w:rsidRPr="00846012">
        <w:rPr>
          <w:rFonts w:ascii="Arial" w:hAnsi="Arial"/>
          <w:lang w:val="fr-FR"/>
        </w:rPr>
        <w:t xml:space="preserve"> a site-</w:t>
      </w:r>
      <w:proofErr w:type="spellStart"/>
      <w:r w:rsidRPr="00846012">
        <w:rPr>
          <w:rFonts w:ascii="Arial" w:hAnsi="Arial"/>
          <w:lang w:val="fr-FR"/>
        </w:rPr>
        <w:t>ului</w:t>
      </w:r>
      <w:proofErr w:type="spellEnd"/>
      <w:r w:rsidRPr="00846012">
        <w:rPr>
          <w:rFonts w:ascii="Arial" w:hAnsi="Arial"/>
          <w:lang w:val="fr-FR"/>
        </w:rPr>
        <w:t xml:space="preserve"> www.winnersgroup.ro</w:t>
      </w:r>
    </w:p>
    <w:p w14:paraId="671782B7" w14:textId="77777777" w:rsidR="003260D0" w:rsidRPr="00846012" w:rsidRDefault="00916C8E">
      <w:pPr>
        <w:spacing w:after="120"/>
        <w:jc w:val="both"/>
        <w:rPr>
          <w:lang w:val="fr-FR"/>
        </w:rPr>
      </w:pPr>
      <w:proofErr w:type="spellStart"/>
      <w:r w:rsidRPr="00846012">
        <w:rPr>
          <w:b/>
          <w:lang w:val="fr-FR"/>
        </w:rPr>
        <w:t>Vă</w:t>
      </w:r>
      <w:proofErr w:type="spellEnd"/>
      <w:r w:rsidRPr="00846012">
        <w:rPr>
          <w:b/>
          <w:lang w:val="fr-FR"/>
        </w:rPr>
        <w:t xml:space="preserve"> </w:t>
      </w:r>
      <w:proofErr w:type="spellStart"/>
      <w:r w:rsidRPr="00846012">
        <w:rPr>
          <w:b/>
          <w:lang w:val="fr-FR"/>
        </w:rPr>
        <w:t>rugăm</w:t>
      </w:r>
      <w:proofErr w:type="spellEnd"/>
      <w:r w:rsidRPr="00846012">
        <w:rPr>
          <w:b/>
          <w:lang w:val="fr-FR"/>
        </w:rPr>
        <w:t xml:space="preserve"> </w:t>
      </w:r>
      <w:proofErr w:type="spellStart"/>
      <w:r w:rsidRPr="00846012">
        <w:rPr>
          <w:b/>
          <w:lang w:val="fr-FR"/>
        </w:rPr>
        <w:t>să</w:t>
      </w:r>
      <w:proofErr w:type="spellEnd"/>
      <w:r w:rsidRPr="00846012">
        <w:rPr>
          <w:b/>
          <w:lang w:val="fr-FR"/>
        </w:rPr>
        <w:t xml:space="preserve"> </w:t>
      </w:r>
      <w:proofErr w:type="spellStart"/>
      <w:r w:rsidRPr="00846012">
        <w:rPr>
          <w:b/>
          <w:lang w:val="fr-FR"/>
        </w:rPr>
        <w:t>parcurgeți</w:t>
      </w:r>
      <w:proofErr w:type="spellEnd"/>
      <w:r w:rsidRPr="00846012">
        <w:rPr>
          <w:b/>
          <w:lang w:val="fr-FR"/>
        </w:rPr>
        <w:t xml:space="preserve"> </w:t>
      </w:r>
      <w:proofErr w:type="spellStart"/>
      <w:r w:rsidRPr="00846012">
        <w:rPr>
          <w:b/>
          <w:lang w:val="fr-FR"/>
        </w:rPr>
        <w:t>cu</w:t>
      </w:r>
      <w:proofErr w:type="spellEnd"/>
      <w:r w:rsidRPr="00846012">
        <w:rPr>
          <w:b/>
          <w:lang w:val="fr-FR"/>
        </w:rPr>
        <w:t xml:space="preserve"> </w:t>
      </w:r>
      <w:proofErr w:type="spellStart"/>
      <w:r w:rsidRPr="00846012">
        <w:rPr>
          <w:b/>
          <w:lang w:val="fr-FR"/>
        </w:rPr>
        <w:t>atenție</w:t>
      </w:r>
      <w:proofErr w:type="spellEnd"/>
      <w:r w:rsidRPr="00846012">
        <w:rPr>
          <w:b/>
          <w:lang w:val="fr-FR"/>
        </w:rPr>
        <w:t xml:space="preserve"> </w:t>
      </w:r>
      <w:proofErr w:type="spellStart"/>
      <w:r w:rsidRPr="00846012">
        <w:rPr>
          <w:b/>
          <w:lang w:val="fr-FR"/>
        </w:rPr>
        <w:t>următorii</w:t>
      </w:r>
      <w:proofErr w:type="spellEnd"/>
      <w:r w:rsidRPr="00846012">
        <w:rPr>
          <w:b/>
          <w:lang w:val="fr-FR"/>
        </w:rPr>
        <w:t xml:space="preserve"> </w:t>
      </w:r>
      <w:proofErr w:type="spellStart"/>
      <w:r w:rsidRPr="00846012">
        <w:rPr>
          <w:b/>
          <w:lang w:val="fr-FR"/>
        </w:rPr>
        <w:t>termeni</w:t>
      </w:r>
      <w:proofErr w:type="spellEnd"/>
      <w:r w:rsidRPr="00846012">
        <w:rPr>
          <w:b/>
          <w:lang w:val="fr-FR"/>
        </w:rPr>
        <w:t xml:space="preserve"> </w:t>
      </w:r>
      <w:proofErr w:type="spellStart"/>
      <w:r w:rsidRPr="00846012">
        <w:rPr>
          <w:b/>
          <w:lang w:val="fr-FR"/>
        </w:rPr>
        <w:t>și</w:t>
      </w:r>
      <w:proofErr w:type="spellEnd"/>
      <w:r w:rsidRPr="00846012">
        <w:rPr>
          <w:b/>
          <w:lang w:val="fr-FR"/>
        </w:rPr>
        <w:t xml:space="preserve"> </w:t>
      </w:r>
      <w:proofErr w:type="spellStart"/>
      <w:r w:rsidRPr="00846012">
        <w:rPr>
          <w:b/>
          <w:lang w:val="fr-FR"/>
        </w:rPr>
        <w:t>condiții</w:t>
      </w:r>
      <w:proofErr w:type="spellEnd"/>
      <w:r w:rsidRPr="00846012">
        <w:rPr>
          <w:b/>
          <w:lang w:val="fr-FR"/>
        </w:rPr>
        <w:t xml:space="preserve"> de </w:t>
      </w:r>
      <w:proofErr w:type="spellStart"/>
      <w:r w:rsidRPr="00846012">
        <w:rPr>
          <w:b/>
          <w:lang w:val="fr-FR"/>
        </w:rPr>
        <w:t>utilizare</w:t>
      </w:r>
      <w:proofErr w:type="spellEnd"/>
      <w:r w:rsidRPr="00846012">
        <w:rPr>
          <w:b/>
          <w:lang w:val="fr-FR"/>
        </w:rPr>
        <w:t xml:space="preserve"> a site-</w:t>
      </w:r>
      <w:proofErr w:type="spellStart"/>
      <w:r w:rsidRPr="00846012">
        <w:rPr>
          <w:b/>
          <w:lang w:val="fr-FR"/>
        </w:rPr>
        <w:t>ului</w:t>
      </w:r>
      <w:proofErr w:type="spellEnd"/>
      <w:r w:rsidRPr="00846012">
        <w:rPr>
          <w:b/>
          <w:lang w:val="fr-FR"/>
        </w:rPr>
        <w:t xml:space="preserve"> www.winnersgroup.ro </w:t>
      </w:r>
      <w:proofErr w:type="spellStart"/>
      <w:r w:rsidRPr="00846012">
        <w:rPr>
          <w:b/>
          <w:lang w:val="fr-FR"/>
        </w:rPr>
        <w:t>înainte</w:t>
      </w:r>
      <w:proofErr w:type="spellEnd"/>
      <w:r w:rsidRPr="00846012">
        <w:rPr>
          <w:b/>
          <w:lang w:val="fr-FR"/>
        </w:rPr>
        <w:t xml:space="preserve"> </w:t>
      </w:r>
      <w:proofErr w:type="gramStart"/>
      <w:r w:rsidRPr="00846012">
        <w:rPr>
          <w:b/>
          <w:lang w:val="fr-FR"/>
        </w:rPr>
        <w:t>de a</w:t>
      </w:r>
      <w:proofErr w:type="gramEnd"/>
      <w:r w:rsidRPr="00846012">
        <w:rPr>
          <w:b/>
          <w:lang w:val="fr-FR"/>
        </w:rPr>
        <w:t xml:space="preserve"> </w:t>
      </w:r>
      <w:proofErr w:type="spellStart"/>
      <w:r w:rsidRPr="00846012">
        <w:rPr>
          <w:b/>
          <w:lang w:val="fr-FR"/>
        </w:rPr>
        <w:t>utiliza</w:t>
      </w:r>
      <w:proofErr w:type="spellEnd"/>
      <w:r w:rsidRPr="00846012">
        <w:rPr>
          <w:b/>
          <w:lang w:val="fr-FR"/>
        </w:rPr>
        <w:t xml:space="preserve"> </w:t>
      </w:r>
      <w:proofErr w:type="spellStart"/>
      <w:r w:rsidRPr="00846012">
        <w:rPr>
          <w:b/>
          <w:lang w:val="fr-FR"/>
        </w:rPr>
        <w:t>serviciile</w:t>
      </w:r>
      <w:proofErr w:type="spellEnd"/>
      <w:r w:rsidRPr="00846012">
        <w:rPr>
          <w:b/>
          <w:lang w:val="fr-FR"/>
        </w:rPr>
        <w:t xml:space="preserve"> </w:t>
      </w:r>
      <w:proofErr w:type="spellStart"/>
      <w:r w:rsidRPr="00846012">
        <w:rPr>
          <w:b/>
          <w:lang w:val="fr-FR"/>
        </w:rPr>
        <w:t>noastre</w:t>
      </w:r>
      <w:proofErr w:type="spellEnd"/>
      <w:r w:rsidRPr="00846012">
        <w:rPr>
          <w:b/>
          <w:lang w:val="fr-FR"/>
        </w:rPr>
        <w:t>.</w:t>
      </w:r>
    </w:p>
    <w:p w14:paraId="0BFE8DCF" w14:textId="77777777" w:rsidR="003260D0" w:rsidRPr="00846012" w:rsidRDefault="00916C8E">
      <w:pPr>
        <w:spacing w:after="120"/>
        <w:jc w:val="both"/>
        <w:rPr>
          <w:lang w:val="fr-FR"/>
        </w:rPr>
      </w:pPr>
      <w:proofErr w:type="spellStart"/>
      <w:r w:rsidRPr="00846012">
        <w:rPr>
          <w:lang w:val="fr-FR"/>
        </w:rPr>
        <w:t>Acordul</w:t>
      </w:r>
      <w:proofErr w:type="spellEnd"/>
      <w:r w:rsidRPr="00846012">
        <w:rPr>
          <w:lang w:val="fr-FR"/>
        </w:rPr>
        <w:t xml:space="preserve"> </w:t>
      </w:r>
      <w:proofErr w:type="spellStart"/>
      <w:r w:rsidRPr="00846012">
        <w:rPr>
          <w:lang w:val="fr-FR"/>
        </w:rPr>
        <w:t>privind</w:t>
      </w:r>
      <w:proofErr w:type="spellEnd"/>
      <w:r w:rsidRPr="00846012">
        <w:rPr>
          <w:lang w:val="fr-FR"/>
        </w:rPr>
        <w:t xml:space="preserve"> </w:t>
      </w:r>
      <w:proofErr w:type="spellStart"/>
      <w:r w:rsidRPr="00846012">
        <w:rPr>
          <w:lang w:val="fr-FR"/>
        </w:rPr>
        <w:t>Termenii</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Condițiile</w:t>
      </w:r>
      <w:proofErr w:type="spellEnd"/>
      <w:r w:rsidRPr="00846012">
        <w:rPr>
          <w:lang w:val="fr-FR"/>
        </w:rPr>
        <w:t xml:space="preserve"> de </w:t>
      </w:r>
      <w:proofErr w:type="spellStart"/>
      <w:r w:rsidRPr="00846012">
        <w:rPr>
          <w:lang w:val="fr-FR"/>
        </w:rPr>
        <w:t>utilizare</w:t>
      </w:r>
      <w:proofErr w:type="spellEnd"/>
      <w:r w:rsidRPr="00846012">
        <w:rPr>
          <w:lang w:val="fr-FR"/>
        </w:rPr>
        <w:t xml:space="preserve"> </w:t>
      </w:r>
      <w:proofErr w:type="spellStart"/>
      <w:r w:rsidRPr="00846012">
        <w:rPr>
          <w:lang w:val="fr-FR"/>
        </w:rPr>
        <w:t>reprezintă</w:t>
      </w:r>
      <w:proofErr w:type="spellEnd"/>
      <w:r w:rsidRPr="00846012">
        <w:rPr>
          <w:lang w:val="fr-FR"/>
        </w:rPr>
        <w:t xml:space="preserve"> o </w:t>
      </w:r>
      <w:proofErr w:type="spellStart"/>
      <w:r w:rsidRPr="00846012">
        <w:rPr>
          <w:lang w:val="fr-FR"/>
        </w:rPr>
        <w:t>convenție</w:t>
      </w:r>
      <w:proofErr w:type="spellEnd"/>
      <w:r w:rsidRPr="00846012">
        <w:rPr>
          <w:lang w:val="fr-FR"/>
        </w:rPr>
        <w:t xml:space="preserve"> </w:t>
      </w:r>
      <w:proofErr w:type="spellStart"/>
      <w:r w:rsidRPr="00846012">
        <w:rPr>
          <w:lang w:val="fr-FR"/>
        </w:rPr>
        <w:t>cu</w:t>
      </w:r>
      <w:proofErr w:type="spellEnd"/>
      <w:r w:rsidRPr="00846012">
        <w:rPr>
          <w:lang w:val="fr-FR"/>
        </w:rPr>
        <w:t xml:space="preserve"> </w:t>
      </w:r>
      <w:proofErr w:type="spellStart"/>
      <w:r w:rsidRPr="00846012">
        <w:rPr>
          <w:lang w:val="fr-FR"/>
        </w:rPr>
        <w:t>caracter</w:t>
      </w:r>
      <w:proofErr w:type="spellEnd"/>
      <w:r w:rsidRPr="00846012">
        <w:rPr>
          <w:lang w:val="fr-FR"/>
        </w:rPr>
        <w:t xml:space="preserve"> </w:t>
      </w:r>
      <w:proofErr w:type="spellStart"/>
      <w:r w:rsidRPr="00846012">
        <w:rPr>
          <w:lang w:val="fr-FR"/>
        </w:rPr>
        <w:t>obligatoriu</w:t>
      </w:r>
      <w:proofErr w:type="spellEnd"/>
      <w:r w:rsidRPr="00846012">
        <w:rPr>
          <w:lang w:val="fr-FR"/>
        </w:rPr>
        <w:t xml:space="preserve">, </w:t>
      </w:r>
      <w:proofErr w:type="spellStart"/>
      <w:r w:rsidRPr="00846012">
        <w:rPr>
          <w:lang w:val="fr-FR"/>
        </w:rPr>
        <w:t>încheiată</w:t>
      </w:r>
      <w:proofErr w:type="spellEnd"/>
      <w:r w:rsidRPr="00846012">
        <w:rPr>
          <w:lang w:val="fr-FR"/>
        </w:rPr>
        <w:t xml:space="preserve"> </w:t>
      </w:r>
      <w:proofErr w:type="spellStart"/>
      <w:r w:rsidRPr="00846012">
        <w:rPr>
          <w:lang w:val="fr-FR"/>
        </w:rPr>
        <w:t>între</w:t>
      </w:r>
      <w:proofErr w:type="spellEnd"/>
      <w:r w:rsidRPr="00846012">
        <w:rPr>
          <w:lang w:val="fr-FR"/>
        </w:rPr>
        <w:t xml:space="preserve"> </w:t>
      </w:r>
      <w:proofErr w:type="spellStart"/>
      <w:r w:rsidRPr="00846012">
        <w:rPr>
          <w:lang w:val="fr-FR"/>
        </w:rPr>
        <w:t>Utilizator</w:t>
      </w:r>
      <w:proofErr w:type="spellEnd"/>
      <w:r w:rsidRPr="00846012">
        <w:rPr>
          <w:lang w:val="fr-FR"/>
        </w:rPr>
        <w:t>/Client/</w:t>
      </w:r>
      <w:proofErr w:type="spellStart"/>
      <w:r w:rsidRPr="00846012">
        <w:rPr>
          <w:lang w:val="fr-FR"/>
        </w:rPr>
        <w:t>Cumpărător</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nume</w:t>
      </w:r>
      <w:proofErr w:type="spellEnd"/>
      <w:r w:rsidRPr="00846012">
        <w:rPr>
          <w:lang w:val="fr-FR"/>
        </w:rPr>
        <w:t xml:space="preserve"> </w:t>
      </w:r>
      <w:proofErr w:type="spellStart"/>
      <w:r w:rsidRPr="00846012">
        <w:rPr>
          <w:lang w:val="fr-FR"/>
        </w:rPr>
        <w:t>propriu</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numele</w:t>
      </w:r>
      <w:proofErr w:type="spellEnd"/>
      <w:r w:rsidRPr="00846012">
        <w:rPr>
          <w:lang w:val="fr-FR"/>
        </w:rPr>
        <w:t xml:space="preserve"> </w:t>
      </w:r>
      <w:proofErr w:type="spellStart"/>
      <w:r w:rsidRPr="00846012">
        <w:rPr>
          <w:lang w:val="fr-FR"/>
        </w:rPr>
        <w:t>unei</w:t>
      </w:r>
      <w:proofErr w:type="spellEnd"/>
      <w:r w:rsidRPr="00846012">
        <w:rPr>
          <w:lang w:val="fr-FR"/>
        </w:rPr>
        <w:t xml:space="preserve"> </w:t>
      </w:r>
      <w:proofErr w:type="spellStart"/>
      <w:r w:rsidRPr="00846012">
        <w:rPr>
          <w:lang w:val="fr-FR"/>
        </w:rPr>
        <w:t>entități</w:t>
      </w:r>
      <w:proofErr w:type="spellEnd"/>
      <w:r w:rsidRPr="00846012">
        <w:rPr>
          <w:lang w:val="fr-FR"/>
        </w:rPr>
        <w:t xml:space="preserve"> </w:t>
      </w:r>
      <w:proofErr w:type="spellStart"/>
      <w:r w:rsidRPr="00846012">
        <w:rPr>
          <w:lang w:val="fr-FR"/>
        </w:rPr>
        <w:t>terțe</w:t>
      </w:r>
      <w:proofErr w:type="spellEnd"/>
      <w:r w:rsidRPr="00846012">
        <w:rPr>
          <w:lang w:val="fr-FR"/>
        </w:rPr>
        <w:t xml:space="preserve">, </w:t>
      </w:r>
      <w:proofErr w:type="spellStart"/>
      <w:r w:rsidRPr="00846012">
        <w:rPr>
          <w:lang w:val="fr-FR"/>
        </w:rPr>
        <w:t>și</w:t>
      </w:r>
      <w:proofErr w:type="spellEnd"/>
      <w:r w:rsidRPr="00846012">
        <w:rPr>
          <w:lang w:val="fr-FR"/>
        </w:rPr>
        <w:t xml:space="preserve"> </w:t>
      </w:r>
      <w:r w:rsidRPr="00846012">
        <w:rPr>
          <w:b/>
          <w:lang w:val="fr-FR"/>
        </w:rPr>
        <w:t>WINNERS GROUP COMPANIE DE BROKERAJ S.R.L.</w:t>
      </w:r>
      <w:r w:rsidRPr="00846012">
        <w:rPr>
          <w:lang w:val="fr-FR"/>
        </w:rPr>
        <w:t xml:space="preserve">, </w:t>
      </w:r>
      <w:proofErr w:type="spellStart"/>
      <w:r w:rsidRPr="00846012">
        <w:rPr>
          <w:lang w:val="fr-FR"/>
        </w:rPr>
        <w:t>privind</w:t>
      </w:r>
      <w:proofErr w:type="spellEnd"/>
      <w:r w:rsidRPr="00846012">
        <w:rPr>
          <w:lang w:val="fr-FR"/>
        </w:rPr>
        <w:t xml:space="preserve"> </w:t>
      </w:r>
      <w:proofErr w:type="spellStart"/>
      <w:r w:rsidRPr="00846012">
        <w:rPr>
          <w:lang w:val="fr-FR"/>
        </w:rPr>
        <w:t>condițiile</w:t>
      </w:r>
      <w:proofErr w:type="spellEnd"/>
      <w:r w:rsidRPr="00846012">
        <w:rPr>
          <w:lang w:val="fr-FR"/>
        </w:rPr>
        <w:t xml:space="preserve"> </w:t>
      </w:r>
      <w:proofErr w:type="spellStart"/>
      <w:r w:rsidRPr="00846012">
        <w:rPr>
          <w:lang w:val="fr-FR"/>
        </w:rPr>
        <w:t>accesului</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utilizării</w:t>
      </w:r>
      <w:proofErr w:type="spellEnd"/>
      <w:r w:rsidRPr="00846012">
        <w:rPr>
          <w:lang w:val="fr-FR"/>
        </w:rPr>
        <w:t xml:space="preserve"> </w:t>
      </w:r>
      <w:proofErr w:type="spellStart"/>
      <w:r w:rsidRPr="00846012">
        <w:rPr>
          <w:lang w:val="fr-FR"/>
        </w:rPr>
        <w:t>soluției</w:t>
      </w:r>
      <w:proofErr w:type="spellEnd"/>
      <w:r w:rsidRPr="00846012">
        <w:rPr>
          <w:lang w:val="fr-FR"/>
        </w:rPr>
        <w:t xml:space="preserve"> </w:t>
      </w:r>
      <w:proofErr w:type="spellStart"/>
      <w:r w:rsidRPr="00846012">
        <w:rPr>
          <w:lang w:val="fr-FR"/>
        </w:rPr>
        <w:t>informatice</w:t>
      </w:r>
      <w:proofErr w:type="spellEnd"/>
      <w:r w:rsidRPr="00846012">
        <w:rPr>
          <w:lang w:val="fr-FR"/>
        </w:rPr>
        <w:t xml:space="preserve"> de </w:t>
      </w:r>
      <w:proofErr w:type="spellStart"/>
      <w:r w:rsidRPr="00846012">
        <w:rPr>
          <w:lang w:val="fr-FR"/>
        </w:rPr>
        <w:t>comercializare</w:t>
      </w:r>
      <w:proofErr w:type="spellEnd"/>
      <w:r w:rsidRPr="00846012">
        <w:rPr>
          <w:lang w:val="fr-FR"/>
        </w:rPr>
        <w:t xml:space="preserve"> </w:t>
      </w:r>
      <w:proofErr w:type="spellStart"/>
      <w:r w:rsidRPr="00846012">
        <w:rPr>
          <w:lang w:val="fr-FR"/>
        </w:rPr>
        <w:t>electronică</w:t>
      </w:r>
      <w:proofErr w:type="spellEnd"/>
      <w:r w:rsidRPr="00846012">
        <w:rPr>
          <w:lang w:val="fr-FR"/>
        </w:rPr>
        <w:t xml:space="preserve"> a </w:t>
      </w:r>
      <w:proofErr w:type="spellStart"/>
      <w:r w:rsidRPr="00846012">
        <w:rPr>
          <w:lang w:val="fr-FR"/>
        </w:rPr>
        <w:t>contractelor</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disponibilă</w:t>
      </w:r>
      <w:proofErr w:type="spellEnd"/>
      <w:r w:rsidRPr="00846012">
        <w:rPr>
          <w:lang w:val="fr-FR"/>
        </w:rPr>
        <w:t xml:space="preserve"> </w:t>
      </w:r>
      <w:proofErr w:type="spellStart"/>
      <w:r w:rsidRPr="00846012">
        <w:rPr>
          <w:lang w:val="fr-FR"/>
        </w:rPr>
        <w:t>pe</w:t>
      </w:r>
      <w:proofErr w:type="spellEnd"/>
      <w:r w:rsidRPr="00846012">
        <w:rPr>
          <w:lang w:val="fr-FR"/>
        </w:rPr>
        <w:t xml:space="preserve"> site-</w:t>
      </w:r>
      <w:proofErr w:type="spellStart"/>
      <w:r w:rsidRPr="00846012">
        <w:rPr>
          <w:lang w:val="fr-FR"/>
        </w:rPr>
        <w:t>ul</w:t>
      </w:r>
      <w:proofErr w:type="spellEnd"/>
      <w:r w:rsidRPr="00846012">
        <w:rPr>
          <w:lang w:val="fr-FR"/>
        </w:rPr>
        <w:t xml:space="preserve"> www.winnersgroup.ro.</w:t>
      </w:r>
    </w:p>
    <w:p w14:paraId="3F93042F" w14:textId="77777777" w:rsidR="003260D0" w:rsidRPr="00846012" w:rsidRDefault="00916C8E">
      <w:pPr>
        <w:spacing w:after="120"/>
        <w:jc w:val="both"/>
        <w:rPr>
          <w:lang w:val="fr-FR"/>
        </w:rPr>
      </w:pPr>
      <w:proofErr w:type="spellStart"/>
      <w:r w:rsidRPr="00846012">
        <w:rPr>
          <w:lang w:val="fr-FR"/>
        </w:rPr>
        <w:t>Folosirea</w:t>
      </w:r>
      <w:proofErr w:type="spellEnd"/>
      <w:r w:rsidRPr="00846012">
        <w:rPr>
          <w:lang w:val="fr-FR"/>
        </w:rPr>
        <w:t xml:space="preserve"> site-</w:t>
      </w:r>
      <w:proofErr w:type="spellStart"/>
      <w:r w:rsidRPr="00846012">
        <w:rPr>
          <w:lang w:val="fr-FR"/>
        </w:rPr>
        <w:t>ului</w:t>
      </w:r>
      <w:proofErr w:type="spellEnd"/>
      <w:r w:rsidRPr="00846012">
        <w:rPr>
          <w:lang w:val="fr-FR"/>
        </w:rPr>
        <w:t xml:space="preserve"> www.winnersgroup.ro (</w:t>
      </w:r>
      <w:proofErr w:type="spellStart"/>
      <w:r w:rsidRPr="00846012">
        <w:rPr>
          <w:lang w:val="fr-FR"/>
        </w:rPr>
        <w:t>inclusiv</w:t>
      </w:r>
      <w:proofErr w:type="spellEnd"/>
      <w:r w:rsidRPr="00846012">
        <w:rPr>
          <w:lang w:val="fr-FR"/>
        </w:rPr>
        <w:t xml:space="preserve"> </w:t>
      </w:r>
      <w:proofErr w:type="spellStart"/>
      <w:r w:rsidRPr="00846012">
        <w:rPr>
          <w:lang w:val="fr-FR"/>
        </w:rPr>
        <w:t>vizitarea</w:t>
      </w:r>
      <w:proofErr w:type="spellEnd"/>
      <w:r w:rsidRPr="00846012">
        <w:rPr>
          <w:lang w:val="fr-FR"/>
        </w:rPr>
        <w:t xml:space="preserve"> </w:t>
      </w:r>
      <w:proofErr w:type="spellStart"/>
      <w:r w:rsidRPr="00846012">
        <w:rPr>
          <w:lang w:val="fr-FR"/>
        </w:rPr>
        <w:t>acestuia</w:t>
      </w:r>
      <w:proofErr w:type="spellEnd"/>
      <w:r w:rsidRPr="00846012">
        <w:rPr>
          <w:lang w:val="fr-FR"/>
        </w:rPr>
        <w:t xml:space="preserve">, </w:t>
      </w:r>
      <w:proofErr w:type="spellStart"/>
      <w:r w:rsidRPr="00846012">
        <w:rPr>
          <w:lang w:val="fr-FR"/>
        </w:rPr>
        <w:t>înregistrarea</w:t>
      </w:r>
      <w:proofErr w:type="spellEnd"/>
      <w:r w:rsidRPr="00846012">
        <w:rPr>
          <w:lang w:val="fr-FR"/>
        </w:rPr>
        <w:t xml:space="preserve">, </w:t>
      </w:r>
      <w:proofErr w:type="spellStart"/>
      <w:r w:rsidRPr="00846012">
        <w:rPr>
          <w:lang w:val="fr-FR"/>
        </w:rPr>
        <w:t>utilizarea</w:t>
      </w:r>
      <w:proofErr w:type="spellEnd"/>
      <w:r w:rsidRPr="00846012">
        <w:rPr>
          <w:lang w:val="fr-FR"/>
        </w:rPr>
        <w:t xml:space="preserve"> </w:t>
      </w:r>
      <w:proofErr w:type="spellStart"/>
      <w:r w:rsidRPr="00846012">
        <w:rPr>
          <w:lang w:val="fr-FR"/>
        </w:rPr>
        <w:t>calculatorului</w:t>
      </w:r>
      <w:proofErr w:type="spellEnd"/>
      <w:r w:rsidRPr="00846012">
        <w:rPr>
          <w:lang w:val="fr-FR"/>
        </w:rPr>
        <w:t xml:space="preserve"> de prime de </w:t>
      </w:r>
      <w:proofErr w:type="spellStart"/>
      <w:r w:rsidRPr="00846012">
        <w:rPr>
          <w:lang w:val="fr-FR"/>
        </w:rPr>
        <w:t>asigurare</w:t>
      </w:r>
      <w:proofErr w:type="spellEnd"/>
      <w:r w:rsidRPr="00846012">
        <w:rPr>
          <w:lang w:val="fr-FR"/>
        </w:rPr>
        <w:t xml:space="preserve">, </w:t>
      </w:r>
      <w:proofErr w:type="spellStart"/>
      <w:r w:rsidRPr="00846012">
        <w:rPr>
          <w:lang w:val="fr-FR"/>
        </w:rPr>
        <w:t>achiziționarea</w:t>
      </w:r>
      <w:proofErr w:type="spellEnd"/>
      <w:r w:rsidRPr="00846012">
        <w:rPr>
          <w:lang w:val="fr-FR"/>
        </w:rPr>
        <w:t xml:space="preserve"> de </w:t>
      </w:r>
      <w:proofErr w:type="spellStart"/>
      <w:r w:rsidRPr="00846012">
        <w:rPr>
          <w:lang w:val="fr-FR"/>
        </w:rPr>
        <w:t>polițe</w:t>
      </w:r>
      <w:proofErr w:type="spellEnd"/>
      <w:r w:rsidRPr="00846012">
        <w:rPr>
          <w:lang w:val="fr-FR"/>
        </w:rPr>
        <w:t xml:space="preserve">) </w:t>
      </w:r>
      <w:proofErr w:type="spellStart"/>
      <w:r w:rsidRPr="00846012">
        <w:rPr>
          <w:lang w:val="fr-FR"/>
        </w:rPr>
        <w:t>implică</w:t>
      </w:r>
      <w:proofErr w:type="spellEnd"/>
      <w:r w:rsidRPr="00846012">
        <w:rPr>
          <w:lang w:val="fr-FR"/>
        </w:rPr>
        <w:t xml:space="preserve"> </w:t>
      </w:r>
      <w:proofErr w:type="spellStart"/>
      <w:r w:rsidRPr="00846012">
        <w:rPr>
          <w:lang w:val="fr-FR"/>
        </w:rPr>
        <w:t>acceptarea</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totalitate</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necondiționată</w:t>
      </w:r>
      <w:proofErr w:type="spellEnd"/>
      <w:r w:rsidRPr="00846012">
        <w:rPr>
          <w:lang w:val="fr-FR"/>
        </w:rPr>
        <w:t xml:space="preserve"> a </w:t>
      </w:r>
      <w:proofErr w:type="spellStart"/>
      <w:r w:rsidRPr="00846012">
        <w:rPr>
          <w:lang w:val="fr-FR"/>
        </w:rPr>
        <w:t>Termenilor</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Condițiilor</w:t>
      </w:r>
      <w:proofErr w:type="spellEnd"/>
      <w:r w:rsidRPr="00846012">
        <w:rPr>
          <w:lang w:val="fr-FR"/>
        </w:rPr>
        <w:t xml:space="preserve"> </w:t>
      </w:r>
      <w:proofErr w:type="spellStart"/>
      <w:r w:rsidRPr="00846012">
        <w:rPr>
          <w:lang w:val="fr-FR"/>
        </w:rPr>
        <w:t>prevăzute</w:t>
      </w:r>
      <w:proofErr w:type="spellEnd"/>
      <w:r w:rsidRPr="00846012">
        <w:rPr>
          <w:lang w:val="fr-FR"/>
        </w:rPr>
        <w:t xml:space="preserve"> mai </w:t>
      </w:r>
      <w:proofErr w:type="spellStart"/>
      <w:r w:rsidRPr="00846012">
        <w:rPr>
          <w:lang w:val="fr-FR"/>
        </w:rPr>
        <w:t>jos</w:t>
      </w:r>
      <w:proofErr w:type="spellEnd"/>
      <w:r w:rsidRPr="00846012">
        <w:rPr>
          <w:lang w:val="fr-FR"/>
        </w:rPr>
        <w:t>.</w:t>
      </w:r>
    </w:p>
    <w:p w14:paraId="06144B94" w14:textId="77777777" w:rsidR="003260D0" w:rsidRPr="00846012" w:rsidRDefault="00916C8E">
      <w:pPr>
        <w:pStyle w:val="Heading2"/>
        <w:rPr>
          <w:lang w:val="fr-FR"/>
        </w:rPr>
      </w:pPr>
      <w:r w:rsidRPr="00846012">
        <w:rPr>
          <w:rFonts w:ascii="Arial" w:hAnsi="Arial"/>
          <w:lang w:val="fr-FR"/>
        </w:rPr>
        <w:t xml:space="preserve">1. Date de </w:t>
      </w:r>
      <w:proofErr w:type="spellStart"/>
      <w:r w:rsidRPr="00846012">
        <w:rPr>
          <w:rFonts w:ascii="Arial" w:hAnsi="Arial"/>
          <w:lang w:val="fr-FR"/>
        </w:rPr>
        <w:t>identificare</w:t>
      </w:r>
      <w:proofErr w:type="spellEnd"/>
      <w:r w:rsidRPr="00846012">
        <w:rPr>
          <w:rFonts w:ascii="Arial" w:hAnsi="Arial"/>
          <w:lang w:val="fr-FR"/>
        </w:rPr>
        <w:t xml:space="preserve"> a </w:t>
      </w:r>
      <w:proofErr w:type="spellStart"/>
      <w:r w:rsidRPr="00846012">
        <w:rPr>
          <w:rFonts w:ascii="Arial" w:hAnsi="Arial"/>
          <w:lang w:val="fr-FR"/>
        </w:rPr>
        <w:t>Brokerului</w:t>
      </w:r>
      <w:proofErr w:type="spellEnd"/>
    </w:p>
    <w:p w14:paraId="53A431B3" w14:textId="77777777" w:rsidR="003260D0" w:rsidRPr="00846012" w:rsidRDefault="00916C8E">
      <w:pPr>
        <w:spacing w:after="120"/>
        <w:jc w:val="both"/>
        <w:rPr>
          <w:lang w:val="fr-FR"/>
        </w:rPr>
      </w:pPr>
      <w:r w:rsidRPr="00846012">
        <w:rPr>
          <w:lang w:val="fr-FR"/>
        </w:rPr>
        <w:t>Site-</w:t>
      </w:r>
      <w:proofErr w:type="spellStart"/>
      <w:r w:rsidRPr="00846012">
        <w:rPr>
          <w:lang w:val="fr-FR"/>
        </w:rPr>
        <w:t>ul</w:t>
      </w:r>
      <w:proofErr w:type="spellEnd"/>
      <w:r w:rsidRPr="00846012">
        <w:rPr>
          <w:lang w:val="fr-FR"/>
        </w:rPr>
        <w:t xml:space="preserve"> www.winnersgroup.ro este </w:t>
      </w:r>
      <w:proofErr w:type="spellStart"/>
      <w:r w:rsidRPr="00846012">
        <w:rPr>
          <w:lang w:val="fr-FR"/>
        </w:rPr>
        <w:t>proprietatea</w:t>
      </w:r>
      <w:proofErr w:type="spellEnd"/>
      <w:r w:rsidRPr="00846012">
        <w:rPr>
          <w:lang w:val="fr-FR"/>
        </w:rPr>
        <w:t xml:space="preserve"> </w:t>
      </w:r>
      <w:proofErr w:type="spellStart"/>
      <w:r w:rsidRPr="00846012">
        <w:rPr>
          <w:lang w:val="fr-FR"/>
        </w:rPr>
        <w:t>și</w:t>
      </w:r>
      <w:proofErr w:type="spellEnd"/>
      <w:r w:rsidRPr="00846012">
        <w:rPr>
          <w:lang w:val="fr-FR"/>
        </w:rPr>
        <w:t xml:space="preserve"> este </w:t>
      </w:r>
      <w:proofErr w:type="spellStart"/>
      <w:r w:rsidRPr="00846012">
        <w:rPr>
          <w:lang w:val="fr-FR"/>
        </w:rPr>
        <w:t>administrat</w:t>
      </w:r>
      <w:proofErr w:type="spellEnd"/>
      <w:r w:rsidRPr="00846012">
        <w:rPr>
          <w:lang w:val="fr-FR"/>
        </w:rPr>
        <w:t xml:space="preserve"> </w:t>
      </w:r>
      <w:proofErr w:type="gramStart"/>
      <w:r w:rsidRPr="00846012">
        <w:rPr>
          <w:lang w:val="fr-FR"/>
        </w:rPr>
        <w:t>de:</w:t>
      </w:r>
      <w:proofErr w:type="gramEnd"/>
    </w:p>
    <w:p w14:paraId="5D137E10" w14:textId="77777777" w:rsidR="003260D0" w:rsidRDefault="00916C8E">
      <w:pPr>
        <w:pStyle w:val="ListBullet"/>
        <w:spacing w:after="60"/>
        <w:jc w:val="both"/>
      </w:pPr>
      <w:proofErr w:type="spellStart"/>
      <w:r>
        <w:rPr>
          <w:b/>
        </w:rPr>
        <w:t>Denumire</w:t>
      </w:r>
      <w:proofErr w:type="spellEnd"/>
      <w:r>
        <w:t>: WINNERS GROUP COMPANIE DE BROKERAJ S.R.L.</w:t>
      </w:r>
    </w:p>
    <w:p w14:paraId="4FD80414" w14:textId="77777777" w:rsidR="003260D0" w:rsidRDefault="00916C8E">
      <w:pPr>
        <w:pStyle w:val="ListBullet"/>
        <w:spacing w:after="60"/>
        <w:jc w:val="both"/>
      </w:pPr>
      <w:r>
        <w:rPr>
          <w:b/>
        </w:rPr>
        <w:t>Sediu social</w:t>
      </w:r>
      <w:r>
        <w:t>: Str. Dr. Iacob Felix nr. 57, et. 4, Sector 1, București, România</w:t>
      </w:r>
    </w:p>
    <w:p w14:paraId="2D214C0F" w14:textId="77777777" w:rsidR="003260D0" w:rsidRDefault="00916C8E">
      <w:pPr>
        <w:pStyle w:val="ListBullet"/>
        <w:spacing w:after="60"/>
        <w:jc w:val="both"/>
      </w:pPr>
      <w:r>
        <w:rPr>
          <w:b/>
        </w:rPr>
        <w:t>Nr. Registrul Comerțului</w:t>
      </w:r>
      <w:r>
        <w:t>: J2024004288408</w:t>
      </w:r>
    </w:p>
    <w:p w14:paraId="716F984A" w14:textId="77777777" w:rsidR="003260D0" w:rsidRPr="00846012" w:rsidRDefault="00916C8E">
      <w:pPr>
        <w:pStyle w:val="ListBullet"/>
        <w:spacing w:after="60"/>
        <w:jc w:val="both"/>
        <w:rPr>
          <w:lang w:val="fr-FR"/>
        </w:rPr>
      </w:pPr>
      <w:r w:rsidRPr="00846012">
        <w:rPr>
          <w:b/>
          <w:lang w:val="fr-FR"/>
        </w:rPr>
        <w:t xml:space="preserve">Cod </w:t>
      </w:r>
      <w:proofErr w:type="spellStart"/>
      <w:r w:rsidRPr="00846012">
        <w:rPr>
          <w:b/>
          <w:lang w:val="fr-FR"/>
        </w:rPr>
        <w:t>Unic</w:t>
      </w:r>
      <w:proofErr w:type="spellEnd"/>
      <w:r w:rsidRPr="00846012">
        <w:rPr>
          <w:b/>
          <w:lang w:val="fr-FR"/>
        </w:rPr>
        <w:t xml:space="preserve"> de </w:t>
      </w:r>
      <w:proofErr w:type="spellStart"/>
      <w:r w:rsidRPr="00846012">
        <w:rPr>
          <w:b/>
          <w:lang w:val="fr-FR"/>
        </w:rPr>
        <w:t>Înregistrare</w:t>
      </w:r>
      <w:proofErr w:type="spellEnd"/>
      <w:r w:rsidRPr="00846012">
        <w:rPr>
          <w:b/>
          <w:lang w:val="fr-FR"/>
        </w:rPr>
        <w:t xml:space="preserve"> (CUI</w:t>
      </w:r>
      <w:proofErr w:type="gramStart"/>
      <w:r w:rsidRPr="00846012">
        <w:rPr>
          <w:b/>
          <w:lang w:val="fr-FR"/>
        </w:rPr>
        <w:t>)</w:t>
      </w:r>
      <w:r w:rsidRPr="00846012">
        <w:rPr>
          <w:lang w:val="fr-FR"/>
        </w:rPr>
        <w:t>:</w:t>
      </w:r>
      <w:proofErr w:type="gramEnd"/>
      <w:r w:rsidRPr="00846012">
        <w:rPr>
          <w:lang w:val="fr-FR"/>
        </w:rPr>
        <w:t xml:space="preserve"> 49677826</w:t>
      </w:r>
    </w:p>
    <w:p w14:paraId="61323B9A" w14:textId="77777777" w:rsidR="003260D0" w:rsidRDefault="00916C8E">
      <w:pPr>
        <w:pStyle w:val="ListBullet"/>
        <w:spacing w:after="60"/>
        <w:jc w:val="both"/>
      </w:pPr>
      <w:r>
        <w:rPr>
          <w:b/>
        </w:rPr>
        <w:t>Capital social</w:t>
      </w:r>
      <w:r>
        <w:t>: 150.000 lei</w:t>
      </w:r>
    </w:p>
    <w:p w14:paraId="5F25725D" w14:textId="2FF4B3F8" w:rsidR="003260D0" w:rsidRDefault="00916C8E">
      <w:pPr>
        <w:pStyle w:val="ListBullet"/>
        <w:spacing w:after="60"/>
        <w:jc w:val="both"/>
      </w:pPr>
      <w:r>
        <w:rPr>
          <w:b/>
        </w:rPr>
        <w:t xml:space="preserve">Cod RBK în Registrul Brokerilor de </w:t>
      </w:r>
      <w:proofErr w:type="spellStart"/>
      <w:r>
        <w:rPr>
          <w:b/>
        </w:rPr>
        <w:t>Asigurare</w:t>
      </w:r>
      <w:proofErr w:type="spellEnd"/>
      <w:r>
        <w:t xml:space="preserve">: RBK </w:t>
      </w:r>
      <w:r w:rsidR="00846012">
        <w:t>800/29.01.2025.</w:t>
      </w:r>
    </w:p>
    <w:p w14:paraId="3AA13772" w14:textId="5FA98DDC" w:rsidR="003260D0" w:rsidRPr="00846012" w:rsidRDefault="00916C8E">
      <w:pPr>
        <w:pStyle w:val="ListBullet"/>
        <w:spacing w:after="60"/>
        <w:jc w:val="both"/>
        <w:rPr>
          <w:lang w:val="fr-FR"/>
        </w:rPr>
      </w:pPr>
      <w:proofErr w:type="spellStart"/>
      <w:r w:rsidRPr="00846012">
        <w:rPr>
          <w:b/>
          <w:lang w:val="fr-FR"/>
        </w:rPr>
        <w:t>Autorizat</w:t>
      </w:r>
      <w:proofErr w:type="spellEnd"/>
      <w:r w:rsidRPr="00846012">
        <w:rPr>
          <w:b/>
          <w:lang w:val="fr-FR"/>
        </w:rPr>
        <w:t xml:space="preserve"> de </w:t>
      </w:r>
      <w:proofErr w:type="spellStart"/>
      <w:r w:rsidRPr="00846012">
        <w:rPr>
          <w:b/>
          <w:lang w:val="fr-FR"/>
        </w:rPr>
        <w:t>Autoritatea</w:t>
      </w:r>
      <w:proofErr w:type="spellEnd"/>
      <w:r w:rsidRPr="00846012">
        <w:rPr>
          <w:b/>
          <w:lang w:val="fr-FR"/>
        </w:rPr>
        <w:t xml:space="preserve"> de Supraveghere </w:t>
      </w:r>
      <w:proofErr w:type="spellStart"/>
      <w:r w:rsidRPr="00846012">
        <w:rPr>
          <w:b/>
          <w:lang w:val="fr-FR"/>
        </w:rPr>
        <w:t>Financiară</w:t>
      </w:r>
      <w:proofErr w:type="spellEnd"/>
      <w:r w:rsidRPr="00846012">
        <w:rPr>
          <w:b/>
          <w:lang w:val="fr-FR"/>
        </w:rPr>
        <w:t xml:space="preserve"> prin </w:t>
      </w:r>
      <w:proofErr w:type="spellStart"/>
      <w:r w:rsidRPr="00846012">
        <w:rPr>
          <w:b/>
          <w:lang w:val="fr-FR"/>
        </w:rPr>
        <w:t>Decizia</w:t>
      </w:r>
      <w:proofErr w:type="spellEnd"/>
      <w:r w:rsidRPr="00846012">
        <w:rPr>
          <w:b/>
          <w:lang w:val="fr-FR"/>
        </w:rPr>
        <w:t xml:space="preserve"> nr</w:t>
      </w:r>
      <w:r w:rsidR="00846012">
        <w:rPr>
          <w:b/>
          <w:lang w:val="fr-FR"/>
        </w:rPr>
        <w:t>. 64/29.01.2025</w:t>
      </w:r>
    </w:p>
    <w:p w14:paraId="55D8EC33" w14:textId="77777777" w:rsidR="003260D0" w:rsidRPr="00846012" w:rsidRDefault="00916C8E">
      <w:pPr>
        <w:pStyle w:val="ListBullet"/>
        <w:spacing w:after="60"/>
        <w:jc w:val="both"/>
        <w:rPr>
          <w:lang w:val="fr-FR"/>
        </w:rPr>
      </w:pPr>
      <w:proofErr w:type="gramStart"/>
      <w:r w:rsidRPr="00846012">
        <w:rPr>
          <w:b/>
          <w:lang w:val="fr-FR"/>
        </w:rPr>
        <w:t>Email</w:t>
      </w:r>
      <w:proofErr w:type="gramEnd"/>
      <w:r w:rsidRPr="00846012">
        <w:rPr>
          <w:b/>
          <w:lang w:val="fr-FR"/>
        </w:rPr>
        <w:t xml:space="preserve"> </w:t>
      </w:r>
      <w:proofErr w:type="gramStart"/>
      <w:r w:rsidRPr="00846012">
        <w:rPr>
          <w:b/>
          <w:lang w:val="fr-FR"/>
        </w:rPr>
        <w:t>contact</w:t>
      </w:r>
      <w:r w:rsidRPr="00846012">
        <w:rPr>
          <w:lang w:val="fr-FR"/>
        </w:rPr>
        <w:t>:</w:t>
      </w:r>
      <w:proofErr w:type="gramEnd"/>
      <w:r w:rsidRPr="00846012">
        <w:rPr>
          <w:lang w:val="fr-FR"/>
        </w:rPr>
        <w:t xml:space="preserve"> office@winnersgroup.ro</w:t>
      </w:r>
    </w:p>
    <w:p w14:paraId="7DEA4DEB" w14:textId="77777777" w:rsidR="003260D0" w:rsidRPr="00846012" w:rsidRDefault="00916C8E">
      <w:pPr>
        <w:pStyle w:val="ListBullet"/>
        <w:spacing w:after="60"/>
        <w:jc w:val="both"/>
        <w:rPr>
          <w:lang w:val="fr-FR"/>
        </w:rPr>
      </w:pPr>
      <w:proofErr w:type="gramStart"/>
      <w:r w:rsidRPr="00846012">
        <w:rPr>
          <w:b/>
          <w:lang w:val="fr-FR"/>
        </w:rPr>
        <w:t>Email</w:t>
      </w:r>
      <w:proofErr w:type="gramEnd"/>
      <w:r w:rsidRPr="00846012">
        <w:rPr>
          <w:b/>
          <w:lang w:val="fr-FR"/>
        </w:rPr>
        <w:t xml:space="preserve"> </w:t>
      </w:r>
      <w:proofErr w:type="spellStart"/>
      <w:r w:rsidRPr="00846012">
        <w:rPr>
          <w:b/>
          <w:lang w:val="fr-FR"/>
        </w:rPr>
        <w:t>petiții</w:t>
      </w:r>
      <w:proofErr w:type="spellEnd"/>
      <w:r w:rsidRPr="00846012">
        <w:rPr>
          <w:b/>
          <w:lang w:val="fr-FR"/>
        </w:rPr>
        <w:t xml:space="preserve"> / </w:t>
      </w:r>
      <w:proofErr w:type="spellStart"/>
      <w:proofErr w:type="gramStart"/>
      <w:r w:rsidRPr="00846012">
        <w:rPr>
          <w:b/>
          <w:lang w:val="fr-FR"/>
        </w:rPr>
        <w:t>reclamații</w:t>
      </w:r>
      <w:proofErr w:type="spellEnd"/>
      <w:r w:rsidRPr="00846012">
        <w:rPr>
          <w:lang w:val="fr-FR"/>
        </w:rPr>
        <w:t>:</w:t>
      </w:r>
      <w:proofErr w:type="gramEnd"/>
      <w:r w:rsidRPr="00846012">
        <w:rPr>
          <w:lang w:val="fr-FR"/>
        </w:rPr>
        <w:t xml:space="preserve"> office@winnersgroup.ro</w:t>
      </w:r>
    </w:p>
    <w:p w14:paraId="20BC3812" w14:textId="77777777" w:rsidR="003260D0" w:rsidRDefault="00916C8E">
      <w:pPr>
        <w:pStyle w:val="ListBullet"/>
        <w:spacing w:after="60"/>
        <w:jc w:val="both"/>
      </w:pPr>
      <w:proofErr w:type="spellStart"/>
      <w:r>
        <w:rPr>
          <w:b/>
        </w:rPr>
        <w:t>Telefon</w:t>
      </w:r>
      <w:proofErr w:type="spellEnd"/>
      <w:r>
        <w:t>: +40 314 056 203</w:t>
      </w:r>
    </w:p>
    <w:p w14:paraId="6FBFBC37" w14:textId="77777777" w:rsidR="003260D0" w:rsidRDefault="00916C8E">
      <w:pPr>
        <w:pStyle w:val="ListBullet"/>
        <w:spacing w:after="60"/>
        <w:jc w:val="both"/>
      </w:pPr>
      <w:r>
        <w:rPr>
          <w:b/>
        </w:rPr>
        <w:t>Site oficial</w:t>
      </w:r>
      <w:r>
        <w:t>: https://www.winnersgroup.ro/</w:t>
      </w:r>
    </w:p>
    <w:p w14:paraId="29A4743B" w14:textId="77777777" w:rsidR="003260D0" w:rsidRDefault="00916C8E">
      <w:pPr>
        <w:pStyle w:val="ListBullet"/>
        <w:spacing w:after="60"/>
        <w:jc w:val="both"/>
      </w:pPr>
      <w:r>
        <w:rPr>
          <w:b/>
        </w:rPr>
        <w:t>TVA</w:t>
      </w:r>
      <w:r>
        <w:t xml:space="preserve">: WINNERS GROUP COMPANIE DE BROKERAJ S.R.L. este </w:t>
      </w:r>
      <w:r>
        <w:rPr>
          <w:b/>
        </w:rPr>
        <w:t>neplătitor de TVA</w:t>
      </w:r>
      <w:r>
        <w:t>, conform art. 292 alin. (2) lit. b) din Legea nr. 227/2015 privind Codul fiscal, cu modificările și completările ulterioare.</w:t>
      </w:r>
    </w:p>
    <w:p w14:paraId="250BC4CA" w14:textId="77777777" w:rsidR="003260D0" w:rsidRDefault="00916C8E">
      <w:pPr>
        <w:spacing w:after="120"/>
        <w:jc w:val="both"/>
      </w:pPr>
      <w:r>
        <w:t>WINNERS GROUP COMPANIE DE BROKERAJ S.R.L. (denumită în continuare „WINNERS”, „Brokerul” sau „Vânzătorul”) este un broker de asigurare, persoană juridică română, autorizat și înregistrat la Autoritatea de Supraveghere Financiară (A.S.F.) în Registrul Brokerilor de Asigurare, cu sediul în București, Str. Dr. Iacob Felix nr. 57, et. 4, Sector 1.</w:t>
      </w:r>
    </w:p>
    <w:p w14:paraId="4F894C8D" w14:textId="77777777" w:rsidR="003260D0" w:rsidRDefault="00916C8E">
      <w:pPr>
        <w:spacing w:after="120"/>
        <w:jc w:val="both"/>
      </w:pPr>
      <w:r>
        <w:t xml:space="preserve">Autoritatea care supraveghează activitatea WINNERS GROUP COMPANIE DE BROKERAJ S.R.L. este </w:t>
      </w:r>
      <w:r>
        <w:rPr>
          <w:b/>
        </w:rPr>
        <w:t>Autoritatea de Supraveghere Financiară (A.S.F.)</w:t>
      </w:r>
      <w:r>
        <w:t>.</w:t>
      </w:r>
    </w:p>
    <w:p w14:paraId="614AAEE3" w14:textId="77777777" w:rsidR="003260D0" w:rsidRPr="00846012" w:rsidRDefault="00916C8E">
      <w:pPr>
        <w:pStyle w:val="Heading2"/>
        <w:rPr>
          <w:lang w:val="fr-FR"/>
        </w:rPr>
      </w:pPr>
      <w:r w:rsidRPr="00846012">
        <w:rPr>
          <w:rFonts w:ascii="Arial" w:hAnsi="Arial"/>
          <w:lang w:val="fr-FR"/>
        </w:rPr>
        <w:t xml:space="preserve">2. </w:t>
      </w:r>
      <w:proofErr w:type="spellStart"/>
      <w:r w:rsidRPr="00846012">
        <w:rPr>
          <w:rFonts w:ascii="Arial" w:hAnsi="Arial"/>
          <w:lang w:val="fr-FR"/>
        </w:rPr>
        <w:t>Definiții</w:t>
      </w:r>
      <w:proofErr w:type="spellEnd"/>
    </w:p>
    <w:p w14:paraId="0924295D" w14:textId="77777777" w:rsidR="003260D0" w:rsidRPr="00846012" w:rsidRDefault="00916C8E">
      <w:pPr>
        <w:spacing w:after="120"/>
        <w:jc w:val="both"/>
        <w:rPr>
          <w:lang w:val="fr-FR"/>
        </w:rPr>
      </w:pPr>
      <w:proofErr w:type="spellStart"/>
      <w:r w:rsidRPr="00846012">
        <w:rPr>
          <w:lang w:val="fr-FR"/>
        </w:rPr>
        <w:t>În</w:t>
      </w:r>
      <w:proofErr w:type="spellEnd"/>
      <w:r w:rsidRPr="00846012">
        <w:rPr>
          <w:lang w:val="fr-FR"/>
        </w:rPr>
        <w:t xml:space="preserve"> </w:t>
      </w:r>
      <w:proofErr w:type="spellStart"/>
      <w:r w:rsidRPr="00846012">
        <w:rPr>
          <w:lang w:val="fr-FR"/>
        </w:rPr>
        <w:t>cuprinsul</w:t>
      </w:r>
      <w:proofErr w:type="spellEnd"/>
      <w:r w:rsidRPr="00846012">
        <w:rPr>
          <w:lang w:val="fr-FR"/>
        </w:rPr>
        <w:t xml:space="preserve"> </w:t>
      </w:r>
      <w:proofErr w:type="spellStart"/>
      <w:r w:rsidRPr="00846012">
        <w:rPr>
          <w:lang w:val="fr-FR"/>
        </w:rPr>
        <w:t>prezentului</w:t>
      </w:r>
      <w:proofErr w:type="spellEnd"/>
      <w:r w:rsidRPr="00846012">
        <w:rPr>
          <w:lang w:val="fr-FR"/>
        </w:rPr>
        <w:t xml:space="preserve"> document, </w:t>
      </w:r>
      <w:proofErr w:type="spellStart"/>
      <w:r w:rsidRPr="00846012">
        <w:rPr>
          <w:lang w:val="fr-FR"/>
        </w:rPr>
        <w:t>următorii</w:t>
      </w:r>
      <w:proofErr w:type="spellEnd"/>
      <w:r w:rsidRPr="00846012">
        <w:rPr>
          <w:lang w:val="fr-FR"/>
        </w:rPr>
        <w:t xml:space="preserve"> </w:t>
      </w:r>
      <w:proofErr w:type="spellStart"/>
      <w:r w:rsidRPr="00846012">
        <w:rPr>
          <w:lang w:val="fr-FR"/>
        </w:rPr>
        <w:t>termeni</w:t>
      </w:r>
      <w:proofErr w:type="spellEnd"/>
      <w:r w:rsidRPr="00846012">
        <w:rPr>
          <w:lang w:val="fr-FR"/>
        </w:rPr>
        <w:t xml:space="preserve"> vor </w:t>
      </w:r>
      <w:proofErr w:type="spellStart"/>
      <w:r w:rsidRPr="00846012">
        <w:rPr>
          <w:lang w:val="fr-FR"/>
        </w:rPr>
        <w:t>avea</w:t>
      </w:r>
      <w:proofErr w:type="spellEnd"/>
      <w:r w:rsidRPr="00846012">
        <w:rPr>
          <w:lang w:val="fr-FR"/>
        </w:rPr>
        <w:t xml:space="preserve"> </w:t>
      </w:r>
      <w:proofErr w:type="spellStart"/>
      <w:r w:rsidRPr="00846012">
        <w:rPr>
          <w:lang w:val="fr-FR"/>
        </w:rPr>
        <w:t>înțelesurile</w:t>
      </w:r>
      <w:proofErr w:type="spellEnd"/>
      <w:r w:rsidRPr="00846012">
        <w:rPr>
          <w:lang w:val="fr-FR"/>
        </w:rPr>
        <w:t xml:space="preserve"> de mai </w:t>
      </w:r>
      <w:proofErr w:type="spellStart"/>
      <w:proofErr w:type="gramStart"/>
      <w:r w:rsidRPr="00846012">
        <w:rPr>
          <w:lang w:val="fr-FR"/>
        </w:rPr>
        <w:t>jos</w:t>
      </w:r>
      <w:proofErr w:type="spellEnd"/>
      <w:r w:rsidRPr="00846012">
        <w:rPr>
          <w:lang w:val="fr-FR"/>
        </w:rPr>
        <w:t>:</w:t>
      </w:r>
      <w:proofErr w:type="gramEnd"/>
    </w:p>
    <w:p w14:paraId="4B5381AB" w14:textId="77777777" w:rsidR="003260D0" w:rsidRPr="00846012" w:rsidRDefault="00916C8E">
      <w:pPr>
        <w:pStyle w:val="ListBullet"/>
        <w:spacing w:after="60"/>
        <w:jc w:val="both"/>
        <w:rPr>
          <w:lang w:val="fr-FR"/>
        </w:rPr>
      </w:pPr>
      <w:r w:rsidRPr="00846012">
        <w:rPr>
          <w:b/>
          <w:lang w:val="fr-FR"/>
        </w:rPr>
        <w:t>SITE</w:t>
      </w:r>
      <w:r w:rsidRPr="00846012">
        <w:rPr>
          <w:lang w:val="fr-FR"/>
        </w:rPr>
        <w:t xml:space="preserve"> – </w:t>
      </w:r>
      <w:proofErr w:type="spellStart"/>
      <w:r w:rsidRPr="00846012">
        <w:rPr>
          <w:lang w:val="fr-FR"/>
        </w:rPr>
        <w:t>întreg</w:t>
      </w:r>
      <w:proofErr w:type="spellEnd"/>
      <w:r w:rsidRPr="00846012">
        <w:rPr>
          <w:lang w:val="fr-FR"/>
        </w:rPr>
        <w:t xml:space="preserve"> </w:t>
      </w:r>
      <w:proofErr w:type="spellStart"/>
      <w:r w:rsidRPr="00846012">
        <w:rPr>
          <w:lang w:val="fr-FR"/>
        </w:rPr>
        <w:t>conținutul</w:t>
      </w:r>
      <w:proofErr w:type="spellEnd"/>
      <w:r w:rsidRPr="00846012">
        <w:rPr>
          <w:lang w:val="fr-FR"/>
        </w:rPr>
        <w:t xml:space="preserve"> </w:t>
      </w:r>
      <w:proofErr w:type="spellStart"/>
      <w:r w:rsidRPr="00846012">
        <w:rPr>
          <w:lang w:val="fr-FR"/>
        </w:rPr>
        <w:t>accesibil</w:t>
      </w:r>
      <w:proofErr w:type="spellEnd"/>
      <w:r w:rsidRPr="00846012">
        <w:rPr>
          <w:lang w:val="fr-FR"/>
        </w:rPr>
        <w:t xml:space="preserve"> la </w:t>
      </w:r>
      <w:proofErr w:type="spellStart"/>
      <w:r w:rsidRPr="00846012">
        <w:rPr>
          <w:lang w:val="fr-FR"/>
        </w:rPr>
        <w:t>adresa</w:t>
      </w:r>
      <w:proofErr w:type="spellEnd"/>
      <w:r w:rsidRPr="00846012">
        <w:rPr>
          <w:lang w:val="fr-FR"/>
        </w:rPr>
        <w:t xml:space="preserve"> de internet www.winnersgroup.ro, </w:t>
      </w:r>
      <w:proofErr w:type="spellStart"/>
      <w:r w:rsidRPr="00846012">
        <w:rPr>
          <w:lang w:val="fr-FR"/>
        </w:rPr>
        <w:t>incluzând</w:t>
      </w:r>
      <w:proofErr w:type="spellEnd"/>
      <w:r w:rsidRPr="00846012">
        <w:rPr>
          <w:lang w:val="fr-FR"/>
        </w:rPr>
        <w:t xml:space="preserve">, </w:t>
      </w:r>
      <w:proofErr w:type="spellStart"/>
      <w:r w:rsidRPr="00846012">
        <w:rPr>
          <w:lang w:val="fr-FR"/>
        </w:rPr>
        <w:t>fără</w:t>
      </w:r>
      <w:proofErr w:type="spellEnd"/>
      <w:r w:rsidRPr="00846012">
        <w:rPr>
          <w:lang w:val="fr-FR"/>
        </w:rPr>
        <w:t xml:space="preserve"> a se limita la, </w:t>
      </w:r>
      <w:proofErr w:type="spellStart"/>
      <w:r w:rsidRPr="00846012">
        <w:rPr>
          <w:lang w:val="fr-FR"/>
        </w:rPr>
        <w:t>totalitatea</w:t>
      </w:r>
      <w:proofErr w:type="spellEnd"/>
      <w:r w:rsidRPr="00846012">
        <w:rPr>
          <w:lang w:val="fr-FR"/>
        </w:rPr>
        <w:t xml:space="preserve"> </w:t>
      </w:r>
      <w:proofErr w:type="spellStart"/>
      <w:r w:rsidRPr="00846012">
        <w:rPr>
          <w:lang w:val="fr-FR"/>
        </w:rPr>
        <w:t>paginilor</w:t>
      </w:r>
      <w:proofErr w:type="spellEnd"/>
      <w:r w:rsidRPr="00846012">
        <w:rPr>
          <w:lang w:val="fr-FR"/>
        </w:rPr>
        <w:t xml:space="preserve">, </w:t>
      </w:r>
      <w:proofErr w:type="spellStart"/>
      <w:r w:rsidRPr="00846012">
        <w:rPr>
          <w:lang w:val="fr-FR"/>
        </w:rPr>
        <w:t>fișierelor</w:t>
      </w:r>
      <w:proofErr w:type="spellEnd"/>
      <w:r w:rsidRPr="00846012">
        <w:rPr>
          <w:lang w:val="fr-FR"/>
        </w:rPr>
        <w:t xml:space="preserve">, </w:t>
      </w:r>
      <w:proofErr w:type="spellStart"/>
      <w:r w:rsidRPr="00846012">
        <w:rPr>
          <w:lang w:val="fr-FR"/>
        </w:rPr>
        <w:t>scripturilor</w:t>
      </w:r>
      <w:proofErr w:type="spellEnd"/>
      <w:r w:rsidRPr="00846012">
        <w:rPr>
          <w:lang w:val="fr-FR"/>
        </w:rPr>
        <w:t xml:space="preserve">, </w:t>
      </w:r>
      <w:proofErr w:type="spellStart"/>
      <w:r w:rsidRPr="00846012">
        <w:rPr>
          <w:lang w:val="fr-FR"/>
        </w:rPr>
        <w:t>imaginilor</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aplicațiilor</w:t>
      </w:r>
      <w:proofErr w:type="spellEnd"/>
      <w:r w:rsidRPr="00846012">
        <w:rPr>
          <w:lang w:val="fr-FR"/>
        </w:rPr>
        <w:t xml:space="preserve"> </w:t>
      </w:r>
      <w:proofErr w:type="spellStart"/>
      <w:r w:rsidRPr="00846012">
        <w:rPr>
          <w:lang w:val="fr-FR"/>
        </w:rPr>
        <w:t>informatice</w:t>
      </w:r>
      <w:proofErr w:type="spellEnd"/>
      <w:r w:rsidRPr="00846012">
        <w:rPr>
          <w:lang w:val="fr-FR"/>
        </w:rPr>
        <w:t xml:space="preserve"> </w:t>
      </w:r>
      <w:proofErr w:type="spellStart"/>
      <w:r w:rsidRPr="00846012">
        <w:rPr>
          <w:lang w:val="fr-FR"/>
        </w:rPr>
        <w:t>disponibile</w:t>
      </w:r>
      <w:proofErr w:type="spellEnd"/>
      <w:r w:rsidRPr="00846012">
        <w:rPr>
          <w:lang w:val="fr-FR"/>
        </w:rPr>
        <w:t xml:space="preserve"> la </w:t>
      </w:r>
      <w:proofErr w:type="spellStart"/>
      <w:r w:rsidRPr="00846012">
        <w:rPr>
          <w:lang w:val="fr-FR"/>
        </w:rPr>
        <w:t>adresa</w:t>
      </w:r>
      <w:proofErr w:type="spellEnd"/>
      <w:r w:rsidRPr="00846012">
        <w:rPr>
          <w:lang w:val="fr-FR"/>
        </w:rPr>
        <w:t xml:space="preserve"> </w:t>
      </w:r>
      <w:proofErr w:type="spellStart"/>
      <w:r w:rsidRPr="00846012">
        <w:rPr>
          <w:lang w:val="fr-FR"/>
        </w:rPr>
        <w:t>menționată</w:t>
      </w:r>
      <w:proofErr w:type="spellEnd"/>
      <w:r w:rsidRPr="00846012">
        <w:rPr>
          <w:lang w:val="fr-FR"/>
        </w:rPr>
        <w:t>.</w:t>
      </w:r>
    </w:p>
    <w:p w14:paraId="5DA24F64" w14:textId="77777777" w:rsidR="003260D0" w:rsidRPr="00846012" w:rsidRDefault="00916C8E">
      <w:pPr>
        <w:pStyle w:val="ListBullet"/>
        <w:spacing w:after="60"/>
        <w:jc w:val="both"/>
        <w:rPr>
          <w:lang w:val="fr-FR"/>
        </w:rPr>
      </w:pPr>
      <w:r w:rsidRPr="00846012">
        <w:rPr>
          <w:b/>
          <w:lang w:val="fr-FR"/>
        </w:rPr>
        <w:t>UTILIZATOR</w:t>
      </w:r>
      <w:r w:rsidRPr="00846012">
        <w:rPr>
          <w:lang w:val="fr-FR"/>
        </w:rPr>
        <w:t xml:space="preserve"> – </w:t>
      </w:r>
      <w:proofErr w:type="spellStart"/>
      <w:r w:rsidRPr="00846012">
        <w:rPr>
          <w:lang w:val="fr-FR"/>
        </w:rPr>
        <w:t>orice</w:t>
      </w:r>
      <w:proofErr w:type="spellEnd"/>
      <w:r w:rsidRPr="00846012">
        <w:rPr>
          <w:lang w:val="fr-FR"/>
        </w:rPr>
        <w:t xml:space="preserve"> </w:t>
      </w:r>
      <w:proofErr w:type="spellStart"/>
      <w:r w:rsidRPr="00846012">
        <w:rPr>
          <w:lang w:val="fr-FR"/>
        </w:rPr>
        <w:t>persoană</w:t>
      </w:r>
      <w:proofErr w:type="spellEnd"/>
      <w:r w:rsidRPr="00846012">
        <w:rPr>
          <w:lang w:val="fr-FR"/>
        </w:rPr>
        <w:t xml:space="preserve"> </w:t>
      </w:r>
      <w:proofErr w:type="spellStart"/>
      <w:r w:rsidRPr="00846012">
        <w:rPr>
          <w:lang w:val="fr-FR"/>
        </w:rPr>
        <w:t>fizică</w:t>
      </w:r>
      <w:proofErr w:type="spellEnd"/>
      <w:r w:rsidRPr="00846012">
        <w:rPr>
          <w:lang w:val="fr-FR"/>
        </w:rPr>
        <w:t xml:space="preserve">, </w:t>
      </w:r>
      <w:proofErr w:type="spellStart"/>
      <w:r w:rsidRPr="00846012">
        <w:rPr>
          <w:lang w:val="fr-FR"/>
        </w:rPr>
        <w:t>având</w:t>
      </w:r>
      <w:proofErr w:type="spellEnd"/>
      <w:r w:rsidRPr="00846012">
        <w:rPr>
          <w:lang w:val="fr-FR"/>
        </w:rPr>
        <w:t xml:space="preserve"> </w:t>
      </w:r>
      <w:proofErr w:type="spellStart"/>
      <w:r w:rsidRPr="00846012">
        <w:rPr>
          <w:lang w:val="fr-FR"/>
        </w:rPr>
        <w:t>vârsta</w:t>
      </w:r>
      <w:proofErr w:type="spellEnd"/>
      <w:r w:rsidRPr="00846012">
        <w:rPr>
          <w:lang w:val="fr-FR"/>
        </w:rPr>
        <w:t xml:space="preserve"> </w:t>
      </w:r>
      <w:proofErr w:type="spellStart"/>
      <w:r w:rsidRPr="00846012">
        <w:rPr>
          <w:lang w:val="fr-FR"/>
        </w:rPr>
        <w:t>minimă</w:t>
      </w:r>
      <w:proofErr w:type="spellEnd"/>
      <w:r w:rsidRPr="00846012">
        <w:rPr>
          <w:lang w:val="fr-FR"/>
        </w:rPr>
        <w:t xml:space="preserve"> de 18 </w:t>
      </w:r>
      <w:proofErr w:type="spellStart"/>
      <w:r w:rsidRPr="00846012">
        <w:rPr>
          <w:lang w:val="fr-FR"/>
        </w:rPr>
        <w:t>ani</w:t>
      </w:r>
      <w:proofErr w:type="spellEnd"/>
      <w:r w:rsidRPr="00846012">
        <w:rPr>
          <w:lang w:val="fr-FR"/>
        </w:rPr>
        <w:t xml:space="preserve"> </w:t>
      </w:r>
      <w:proofErr w:type="spellStart"/>
      <w:r w:rsidRPr="00846012">
        <w:rPr>
          <w:lang w:val="fr-FR"/>
        </w:rPr>
        <w:t>împliniți</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capacitate</w:t>
      </w:r>
      <w:proofErr w:type="spellEnd"/>
      <w:r w:rsidRPr="00846012">
        <w:rPr>
          <w:lang w:val="fr-FR"/>
        </w:rPr>
        <w:t xml:space="preserve"> </w:t>
      </w:r>
      <w:proofErr w:type="spellStart"/>
      <w:r w:rsidRPr="00846012">
        <w:rPr>
          <w:lang w:val="fr-FR"/>
        </w:rPr>
        <w:t>deplină</w:t>
      </w:r>
      <w:proofErr w:type="spellEnd"/>
      <w:r w:rsidRPr="00846012">
        <w:rPr>
          <w:lang w:val="fr-FR"/>
        </w:rPr>
        <w:t xml:space="preserve"> de </w:t>
      </w:r>
      <w:proofErr w:type="spellStart"/>
      <w:r w:rsidRPr="00846012">
        <w:rPr>
          <w:lang w:val="fr-FR"/>
        </w:rPr>
        <w:t>exercițiu</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persoană</w:t>
      </w:r>
      <w:proofErr w:type="spellEnd"/>
      <w:r w:rsidRPr="00846012">
        <w:rPr>
          <w:lang w:val="fr-FR"/>
        </w:rPr>
        <w:t xml:space="preserve"> </w:t>
      </w:r>
      <w:proofErr w:type="spellStart"/>
      <w:r w:rsidRPr="00846012">
        <w:rPr>
          <w:lang w:val="fr-FR"/>
        </w:rPr>
        <w:t>juridică</w:t>
      </w:r>
      <w:proofErr w:type="spellEnd"/>
      <w:r w:rsidRPr="00846012">
        <w:rPr>
          <w:lang w:val="fr-FR"/>
        </w:rPr>
        <w:t xml:space="preserve">, care </w:t>
      </w:r>
      <w:proofErr w:type="spellStart"/>
      <w:r w:rsidRPr="00846012">
        <w:rPr>
          <w:lang w:val="fr-FR"/>
        </w:rPr>
        <w:t>accesează</w:t>
      </w:r>
      <w:proofErr w:type="spellEnd"/>
      <w:r w:rsidRPr="00846012">
        <w:rPr>
          <w:lang w:val="fr-FR"/>
        </w:rPr>
        <w:t xml:space="preserve"> site-</w:t>
      </w:r>
      <w:proofErr w:type="spellStart"/>
      <w:r w:rsidRPr="00846012">
        <w:rPr>
          <w:lang w:val="fr-FR"/>
        </w:rPr>
        <w:t>ul</w:t>
      </w:r>
      <w:proofErr w:type="spellEnd"/>
      <w:r w:rsidRPr="00846012">
        <w:rPr>
          <w:lang w:val="fr-FR"/>
        </w:rPr>
        <w:t xml:space="preserve"> www.winnersgroup.ro.</w:t>
      </w:r>
    </w:p>
    <w:p w14:paraId="36CC9A1A" w14:textId="77777777" w:rsidR="003260D0" w:rsidRPr="00846012" w:rsidRDefault="00916C8E">
      <w:pPr>
        <w:pStyle w:val="ListBullet"/>
        <w:spacing w:after="60"/>
        <w:jc w:val="both"/>
        <w:rPr>
          <w:lang w:val="fr-FR"/>
        </w:rPr>
      </w:pPr>
      <w:r w:rsidRPr="00846012">
        <w:rPr>
          <w:b/>
          <w:lang w:val="fr-FR"/>
        </w:rPr>
        <w:lastRenderedPageBreak/>
        <w:t>CLIENT / CUMPĂRĂTOR</w:t>
      </w:r>
      <w:r w:rsidRPr="00846012">
        <w:rPr>
          <w:lang w:val="fr-FR"/>
        </w:rPr>
        <w:t xml:space="preserve"> – </w:t>
      </w:r>
      <w:proofErr w:type="spellStart"/>
      <w:r w:rsidRPr="00846012">
        <w:rPr>
          <w:lang w:val="fr-FR"/>
        </w:rPr>
        <w:t>persoană</w:t>
      </w:r>
      <w:proofErr w:type="spellEnd"/>
      <w:r w:rsidRPr="00846012">
        <w:rPr>
          <w:lang w:val="fr-FR"/>
        </w:rPr>
        <w:t xml:space="preserve"> </w:t>
      </w:r>
      <w:proofErr w:type="spellStart"/>
      <w:r w:rsidRPr="00846012">
        <w:rPr>
          <w:lang w:val="fr-FR"/>
        </w:rPr>
        <w:t>fizică</w:t>
      </w:r>
      <w:proofErr w:type="spellEnd"/>
      <w:r w:rsidRPr="00846012">
        <w:rPr>
          <w:lang w:val="fr-FR"/>
        </w:rPr>
        <w:t xml:space="preserve">, </w:t>
      </w:r>
      <w:proofErr w:type="spellStart"/>
      <w:r w:rsidRPr="00846012">
        <w:rPr>
          <w:lang w:val="fr-FR"/>
        </w:rPr>
        <w:t>persoană</w:t>
      </w:r>
      <w:proofErr w:type="spellEnd"/>
      <w:r w:rsidRPr="00846012">
        <w:rPr>
          <w:lang w:val="fr-FR"/>
        </w:rPr>
        <w:t xml:space="preserve"> </w:t>
      </w:r>
      <w:proofErr w:type="spellStart"/>
      <w:r w:rsidRPr="00846012">
        <w:rPr>
          <w:lang w:val="fr-FR"/>
        </w:rPr>
        <w:t>juridică</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orice</w:t>
      </w:r>
      <w:proofErr w:type="spellEnd"/>
      <w:r w:rsidRPr="00846012">
        <w:rPr>
          <w:lang w:val="fr-FR"/>
        </w:rPr>
        <w:t xml:space="preserve"> </w:t>
      </w:r>
      <w:proofErr w:type="spellStart"/>
      <w:r w:rsidRPr="00846012">
        <w:rPr>
          <w:lang w:val="fr-FR"/>
        </w:rPr>
        <w:t>altă</w:t>
      </w:r>
      <w:proofErr w:type="spellEnd"/>
      <w:r w:rsidRPr="00846012">
        <w:rPr>
          <w:lang w:val="fr-FR"/>
        </w:rPr>
        <w:t xml:space="preserve"> </w:t>
      </w:r>
      <w:proofErr w:type="spellStart"/>
      <w:r w:rsidRPr="00846012">
        <w:rPr>
          <w:lang w:val="fr-FR"/>
        </w:rPr>
        <w:t>entitate</w:t>
      </w:r>
      <w:proofErr w:type="spellEnd"/>
      <w:r w:rsidRPr="00846012">
        <w:rPr>
          <w:lang w:val="fr-FR"/>
        </w:rPr>
        <w:t xml:space="preserve"> </w:t>
      </w:r>
      <w:proofErr w:type="spellStart"/>
      <w:r w:rsidRPr="00846012">
        <w:rPr>
          <w:lang w:val="fr-FR"/>
        </w:rPr>
        <w:t>juridică</w:t>
      </w:r>
      <w:proofErr w:type="spellEnd"/>
      <w:r w:rsidRPr="00846012">
        <w:rPr>
          <w:lang w:val="fr-FR"/>
        </w:rPr>
        <w:t xml:space="preserve"> care </w:t>
      </w:r>
      <w:proofErr w:type="spellStart"/>
      <w:r w:rsidRPr="00846012">
        <w:rPr>
          <w:lang w:val="fr-FR"/>
        </w:rPr>
        <w:t>plasează</w:t>
      </w:r>
      <w:proofErr w:type="spellEnd"/>
      <w:r w:rsidRPr="00846012">
        <w:rPr>
          <w:lang w:val="fr-FR"/>
        </w:rPr>
        <w:t xml:space="preserve"> o </w:t>
      </w:r>
      <w:proofErr w:type="spellStart"/>
      <w:r w:rsidRPr="00846012">
        <w:rPr>
          <w:lang w:val="fr-FR"/>
        </w:rPr>
        <w:t>comandă</w:t>
      </w:r>
      <w:proofErr w:type="spellEnd"/>
      <w:r w:rsidRPr="00846012">
        <w:rPr>
          <w:lang w:val="fr-FR"/>
        </w:rPr>
        <w:t xml:space="preserve"> prin </w:t>
      </w:r>
      <w:proofErr w:type="spellStart"/>
      <w:r w:rsidRPr="00846012">
        <w:rPr>
          <w:lang w:val="fr-FR"/>
        </w:rPr>
        <w:t>intermediul</w:t>
      </w:r>
      <w:proofErr w:type="spellEnd"/>
      <w:r w:rsidRPr="00846012">
        <w:rPr>
          <w:lang w:val="fr-FR"/>
        </w:rPr>
        <w:t xml:space="preserve"> site-</w:t>
      </w:r>
      <w:proofErr w:type="spellStart"/>
      <w:r w:rsidRPr="00846012">
        <w:rPr>
          <w:lang w:val="fr-FR"/>
        </w:rPr>
        <w:t>ului</w:t>
      </w:r>
      <w:proofErr w:type="spellEnd"/>
      <w:r w:rsidRPr="00846012">
        <w:rPr>
          <w:lang w:val="fr-FR"/>
        </w:rPr>
        <w:t xml:space="preserve"> www.winnersgroup.ro, </w:t>
      </w:r>
      <w:proofErr w:type="spellStart"/>
      <w:r w:rsidRPr="00846012">
        <w:rPr>
          <w:lang w:val="fr-FR"/>
        </w:rPr>
        <w:t>în</w:t>
      </w:r>
      <w:proofErr w:type="spellEnd"/>
      <w:r w:rsidRPr="00846012">
        <w:rPr>
          <w:lang w:val="fr-FR"/>
        </w:rPr>
        <w:t xml:space="preserve"> </w:t>
      </w:r>
      <w:proofErr w:type="spellStart"/>
      <w:r w:rsidRPr="00846012">
        <w:rPr>
          <w:lang w:val="fr-FR"/>
        </w:rPr>
        <w:t>scopul</w:t>
      </w:r>
      <w:proofErr w:type="spellEnd"/>
      <w:r w:rsidRPr="00846012">
        <w:rPr>
          <w:lang w:val="fr-FR"/>
        </w:rPr>
        <w:t xml:space="preserve"> </w:t>
      </w:r>
      <w:proofErr w:type="spellStart"/>
      <w:r w:rsidRPr="00846012">
        <w:rPr>
          <w:lang w:val="fr-FR"/>
        </w:rPr>
        <w:t>încheierii</w:t>
      </w:r>
      <w:proofErr w:type="spellEnd"/>
      <w:r w:rsidRPr="00846012">
        <w:rPr>
          <w:lang w:val="fr-FR"/>
        </w:rPr>
        <w:t xml:space="preserve"> </w:t>
      </w:r>
      <w:proofErr w:type="spellStart"/>
      <w:r w:rsidRPr="00846012">
        <w:rPr>
          <w:lang w:val="fr-FR"/>
        </w:rPr>
        <w:t>unui</w:t>
      </w:r>
      <w:proofErr w:type="spellEnd"/>
      <w:r w:rsidRPr="00846012">
        <w:rPr>
          <w:lang w:val="fr-FR"/>
        </w:rPr>
        <w:t xml:space="preserve"> </w:t>
      </w:r>
      <w:proofErr w:type="spellStart"/>
      <w:r w:rsidRPr="00846012">
        <w:rPr>
          <w:lang w:val="fr-FR"/>
        </w:rPr>
        <w:t>contract</w:t>
      </w:r>
      <w:proofErr w:type="spellEnd"/>
      <w:r w:rsidRPr="00846012">
        <w:rPr>
          <w:lang w:val="fr-FR"/>
        </w:rPr>
        <w:t xml:space="preserve"> de </w:t>
      </w:r>
      <w:proofErr w:type="spellStart"/>
      <w:r w:rsidRPr="00846012">
        <w:rPr>
          <w:lang w:val="fr-FR"/>
        </w:rPr>
        <w:t>asigurare</w:t>
      </w:r>
      <w:proofErr w:type="spellEnd"/>
      <w:r w:rsidRPr="00846012">
        <w:rPr>
          <w:lang w:val="fr-FR"/>
        </w:rPr>
        <w:t>.</w:t>
      </w:r>
    </w:p>
    <w:p w14:paraId="6240AB10" w14:textId="77777777" w:rsidR="003260D0" w:rsidRPr="00846012" w:rsidRDefault="00916C8E">
      <w:pPr>
        <w:pStyle w:val="ListBullet"/>
        <w:spacing w:after="60"/>
        <w:jc w:val="both"/>
        <w:rPr>
          <w:lang w:val="fr-FR"/>
        </w:rPr>
      </w:pPr>
      <w:r w:rsidRPr="00846012">
        <w:rPr>
          <w:b/>
          <w:lang w:val="fr-FR"/>
        </w:rPr>
        <w:t>ASIGURAT</w:t>
      </w:r>
      <w:r w:rsidRPr="00846012">
        <w:rPr>
          <w:lang w:val="fr-FR"/>
        </w:rPr>
        <w:t xml:space="preserve"> – </w:t>
      </w:r>
      <w:proofErr w:type="spellStart"/>
      <w:r w:rsidRPr="00846012">
        <w:rPr>
          <w:lang w:val="fr-FR"/>
        </w:rPr>
        <w:t>persoană</w:t>
      </w:r>
      <w:proofErr w:type="spellEnd"/>
      <w:r w:rsidRPr="00846012">
        <w:rPr>
          <w:lang w:val="fr-FR"/>
        </w:rPr>
        <w:t xml:space="preserve"> </w:t>
      </w:r>
      <w:proofErr w:type="spellStart"/>
      <w:r w:rsidRPr="00846012">
        <w:rPr>
          <w:lang w:val="fr-FR"/>
        </w:rPr>
        <w:t>fizică</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juridică</w:t>
      </w:r>
      <w:proofErr w:type="spellEnd"/>
      <w:r w:rsidRPr="00846012">
        <w:rPr>
          <w:lang w:val="fr-FR"/>
        </w:rPr>
        <w:t xml:space="preserve"> ale </w:t>
      </w:r>
      <w:proofErr w:type="spellStart"/>
      <w:r w:rsidRPr="00846012">
        <w:rPr>
          <w:lang w:val="fr-FR"/>
        </w:rPr>
        <w:t>cărei</w:t>
      </w:r>
      <w:proofErr w:type="spellEnd"/>
      <w:r w:rsidRPr="00846012">
        <w:rPr>
          <w:lang w:val="fr-FR"/>
        </w:rPr>
        <w:t xml:space="preserve"> </w:t>
      </w:r>
      <w:proofErr w:type="spellStart"/>
      <w:r w:rsidRPr="00846012">
        <w:rPr>
          <w:lang w:val="fr-FR"/>
        </w:rPr>
        <w:t>bunuri</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interese</w:t>
      </w:r>
      <w:proofErr w:type="spellEnd"/>
      <w:r w:rsidRPr="00846012">
        <w:rPr>
          <w:lang w:val="fr-FR"/>
        </w:rPr>
        <w:t xml:space="preserve"> </w:t>
      </w:r>
      <w:proofErr w:type="spellStart"/>
      <w:r w:rsidRPr="00846012">
        <w:rPr>
          <w:lang w:val="fr-FR"/>
        </w:rPr>
        <w:t>sunt</w:t>
      </w:r>
      <w:proofErr w:type="spellEnd"/>
      <w:r w:rsidRPr="00846012">
        <w:rPr>
          <w:lang w:val="fr-FR"/>
        </w:rPr>
        <w:t xml:space="preserve"> </w:t>
      </w:r>
      <w:proofErr w:type="spellStart"/>
      <w:r w:rsidRPr="00846012">
        <w:rPr>
          <w:lang w:val="fr-FR"/>
        </w:rPr>
        <w:t>protejate</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baza</w:t>
      </w:r>
      <w:proofErr w:type="spellEnd"/>
      <w:r w:rsidRPr="00846012">
        <w:rPr>
          <w:lang w:val="fr-FR"/>
        </w:rPr>
        <w:t xml:space="preserve"> </w:t>
      </w:r>
      <w:proofErr w:type="spellStart"/>
      <w:r w:rsidRPr="00846012">
        <w:rPr>
          <w:lang w:val="fr-FR"/>
        </w:rPr>
        <w:t>contractului</w:t>
      </w:r>
      <w:proofErr w:type="spellEnd"/>
      <w:r w:rsidRPr="00846012">
        <w:rPr>
          <w:lang w:val="fr-FR"/>
        </w:rPr>
        <w:t xml:space="preserve"> de </w:t>
      </w:r>
      <w:proofErr w:type="spellStart"/>
      <w:r w:rsidRPr="00846012">
        <w:rPr>
          <w:lang w:val="fr-FR"/>
        </w:rPr>
        <w:t>asigurare</w:t>
      </w:r>
      <w:proofErr w:type="spellEnd"/>
      <w:r w:rsidRPr="00846012">
        <w:rPr>
          <w:lang w:val="fr-FR"/>
        </w:rPr>
        <w:t>.</w:t>
      </w:r>
    </w:p>
    <w:p w14:paraId="65EF79EC" w14:textId="77777777" w:rsidR="003260D0" w:rsidRPr="00846012" w:rsidRDefault="00916C8E">
      <w:pPr>
        <w:pStyle w:val="ListBullet"/>
        <w:spacing w:after="60"/>
        <w:jc w:val="both"/>
        <w:rPr>
          <w:lang w:val="fr-FR"/>
        </w:rPr>
      </w:pPr>
      <w:r w:rsidRPr="00846012">
        <w:rPr>
          <w:b/>
          <w:lang w:val="fr-FR"/>
        </w:rPr>
        <w:t>ASIGURĂTOR</w:t>
      </w:r>
      <w:r w:rsidRPr="00846012">
        <w:rPr>
          <w:lang w:val="fr-FR"/>
        </w:rPr>
        <w:t xml:space="preserve"> – </w:t>
      </w:r>
      <w:proofErr w:type="spellStart"/>
      <w:r w:rsidRPr="00846012">
        <w:rPr>
          <w:lang w:val="fr-FR"/>
        </w:rPr>
        <w:t>persoană</w:t>
      </w:r>
      <w:proofErr w:type="spellEnd"/>
      <w:r w:rsidRPr="00846012">
        <w:rPr>
          <w:lang w:val="fr-FR"/>
        </w:rPr>
        <w:t xml:space="preserve"> </w:t>
      </w:r>
      <w:proofErr w:type="spellStart"/>
      <w:r w:rsidRPr="00846012">
        <w:rPr>
          <w:lang w:val="fr-FR"/>
        </w:rPr>
        <w:t>juridică</w:t>
      </w:r>
      <w:proofErr w:type="spellEnd"/>
      <w:r w:rsidRPr="00846012">
        <w:rPr>
          <w:lang w:val="fr-FR"/>
        </w:rPr>
        <w:t xml:space="preserve"> </w:t>
      </w:r>
      <w:proofErr w:type="spellStart"/>
      <w:r w:rsidRPr="00846012">
        <w:rPr>
          <w:lang w:val="fr-FR"/>
        </w:rPr>
        <w:t>autorizată</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condițiile</w:t>
      </w:r>
      <w:proofErr w:type="spellEnd"/>
      <w:r w:rsidRPr="00846012">
        <w:rPr>
          <w:lang w:val="fr-FR"/>
        </w:rPr>
        <w:t xml:space="preserve"> </w:t>
      </w:r>
      <w:proofErr w:type="spellStart"/>
      <w:r w:rsidRPr="00846012">
        <w:rPr>
          <w:lang w:val="fr-FR"/>
        </w:rPr>
        <w:t>Legii</w:t>
      </w:r>
      <w:proofErr w:type="spellEnd"/>
      <w:r w:rsidRPr="00846012">
        <w:rPr>
          <w:lang w:val="fr-FR"/>
        </w:rPr>
        <w:t xml:space="preserve"> nr. 237/2015 </w:t>
      </w:r>
      <w:proofErr w:type="spellStart"/>
      <w:r w:rsidRPr="00846012">
        <w:rPr>
          <w:lang w:val="fr-FR"/>
        </w:rPr>
        <w:t>privind</w:t>
      </w:r>
      <w:proofErr w:type="spellEnd"/>
      <w:r w:rsidRPr="00846012">
        <w:rPr>
          <w:lang w:val="fr-FR"/>
        </w:rPr>
        <w:t xml:space="preserve"> </w:t>
      </w:r>
      <w:proofErr w:type="spellStart"/>
      <w:r w:rsidRPr="00846012">
        <w:rPr>
          <w:lang w:val="fr-FR"/>
        </w:rPr>
        <w:t>autorizarea</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supravegherea</w:t>
      </w:r>
      <w:proofErr w:type="spellEnd"/>
      <w:r w:rsidRPr="00846012">
        <w:rPr>
          <w:lang w:val="fr-FR"/>
        </w:rPr>
        <w:t xml:space="preserve"> </w:t>
      </w:r>
      <w:proofErr w:type="spellStart"/>
      <w:r w:rsidRPr="00846012">
        <w:rPr>
          <w:lang w:val="fr-FR"/>
        </w:rPr>
        <w:t>activității</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reasigurare</w:t>
      </w:r>
      <w:proofErr w:type="spellEnd"/>
      <w:r w:rsidRPr="00846012">
        <w:rPr>
          <w:lang w:val="fr-FR"/>
        </w:rPr>
        <w:t xml:space="preserve">, </w:t>
      </w:r>
      <w:proofErr w:type="spellStart"/>
      <w:r w:rsidRPr="00846012">
        <w:rPr>
          <w:lang w:val="fr-FR"/>
        </w:rPr>
        <w:t>să</w:t>
      </w:r>
      <w:proofErr w:type="spellEnd"/>
      <w:r w:rsidRPr="00846012">
        <w:rPr>
          <w:lang w:val="fr-FR"/>
        </w:rPr>
        <w:t xml:space="preserve"> </w:t>
      </w:r>
      <w:proofErr w:type="spellStart"/>
      <w:r w:rsidRPr="00846012">
        <w:rPr>
          <w:lang w:val="fr-FR"/>
        </w:rPr>
        <w:t>exercite</w:t>
      </w:r>
      <w:proofErr w:type="spellEnd"/>
      <w:r w:rsidRPr="00846012">
        <w:rPr>
          <w:lang w:val="fr-FR"/>
        </w:rPr>
        <w:t xml:space="preserve"> </w:t>
      </w:r>
      <w:proofErr w:type="spellStart"/>
      <w:r w:rsidRPr="00846012">
        <w:rPr>
          <w:lang w:val="fr-FR"/>
        </w:rPr>
        <w:t>activități</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pe</w:t>
      </w:r>
      <w:proofErr w:type="spellEnd"/>
      <w:r w:rsidRPr="00846012">
        <w:rPr>
          <w:lang w:val="fr-FR"/>
        </w:rPr>
        <w:t xml:space="preserve"> </w:t>
      </w:r>
      <w:proofErr w:type="spellStart"/>
      <w:r w:rsidRPr="00846012">
        <w:rPr>
          <w:lang w:val="fr-FR"/>
        </w:rPr>
        <w:t>teritoriul</w:t>
      </w:r>
      <w:proofErr w:type="spellEnd"/>
      <w:r w:rsidRPr="00846012">
        <w:rPr>
          <w:lang w:val="fr-FR"/>
        </w:rPr>
        <w:t xml:space="preserve"> </w:t>
      </w:r>
      <w:proofErr w:type="spellStart"/>
      <w:r w:rsidRPr="00846012">
        <w:rPr>
          <w:lang w:val="fr-FR"/>
        </w:rPr>
        <w:t>României</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pe</w:t>
      </w:r>
      <w:proofErr w:type="spellEnd"/>
      <w:r w:rsidRPr="00846012">
        <w:rPr>
          <w:lang w:val="fr-FR"/>
        </w:rPr>
        <w:t xml:space="preserve"> </w:t>
      </w:r>
      <w:proofErr w:type="spellStart"/>
      <w:r w:rsidRPr="00846012">
        <w:rPr>
          <w:lang w:val="fr-FR"/>
        </w:rPr>
        <w:t>teritoriul</w:t>
      </w:r>
      <w:proofErr w:type="spellEnd"/>
      <w:r w:rsidRPr="00846012">
        <w:rPr>
          <w:lang w:val="fr-FR"/>
        </w:rPr>
        <w:t xml:space="preserve"> </w:t>
      </w:r>
      <w:proofErr w:type="spellStart"/>
      <w:r w:rsidRPr="00846012">
        <w:rPr>
          <w:lang w:val="fr-FR"/>
        </w:rPr>
        <w:t>altui</w:t>
      </w:r>
      <w:proofErr w:type="spellEnd"/>
      <w:r w:rsidRPr="00846012">
        <w:rPr>
          <w:lang w:val="fr-FR"/>
        </w:rPr>
        <w:t xml:space="preserve"> stat membru al </w:t>
      </w:r>
      <w:proofErr w:type="spellStart"/>
      <w:r w:rsidRPr="00846012">
        <w:rPr>
          <w:lang w:val="fr-FR"/>
        </w:rPr>
        <w:t>Uniunii</w:t>
      </w:r>
      <w:proofErr w:type="spellEnd"/>
      <w:r w:rsidRPr="00846012">
        <w:rPr>
          <w:lang w:val="fr-FR"/>
        </w:rPr>
        <w:t xml:space="preserve"> </w:t>
      </w:r>
      <w:proofErr w:type="spellStart"/>
      <w:r w:rsidRPr="00846012">
        <w:rPr>
          <w:lang w:val="fr-FR"/>
        </w:rPr>
        <w:t>Europene</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baza</w:t>
      </w:r>
      <w:proofErr w:type="spellEnd"/>
      <w:r w:rsidRPr="00846012">
        <w:rPr>
          <w:lang w:val="fr-FR"/>
        </w:rPr>
        <w:t xml:space="preserve"> </w:t>
      </w:r>
      <w:proofErr w:type="spellStart"/>
      <w:r w:rsidRPr="00846012">
        <w:rPr>
          <w:lang w:val="fr-FR"/>
        </w:rPr>
        <w:t>dreptului</w:t>
      </w:r>
      <w:proofErr w:type="spellEnd"/>
      <w:r w:rsidRPr="00846012">
        <w:rPr>
          <w:lang w:val="fr-FR"/>
        </w:rPr>
        <w:t xml:space="preserve"> de </w:t>
      </w:r>
      <w:proofErr w:type="spellStart"/>
      <w:r w:rsidRPr="00846012">
        <w:rPr>
          <w:lang w:val="fr-FR"/>
        </w:rPr>
        <w:t>stabilire</w:t>
      </w:r>
      <w:proofErr w:type="spellEnd"/>
      <w:r w:rsidRPr="00846012">
        <w:rPr>
          <w:lang w:val="fr-FR"/>
        </w:rPr>
        <w:t xml:space="preserve"> </w:t>
      </w:r>
      <w:proofErr w:type="spellStart"/>
      <w:r w:rsidRPr="00846012">
        <w:rPr>
          <w:lang w:val="fr-FR"/>
        </w:rPr>
        <w:t>ori</w:t>
      </w:r>
      <w:proofErr w:type="spellEnd"/>
      <w:r w:rsidRPr="00846012">
        <w:rPr>
          <w:lang w:val="fr-FR"/>
        </w:rPr>
        <w:t xml:space="preserve"> al </w:t>
      </w:r>
      <w:proofErr w:type="spellStart"/>
      <w:r w:rsidRPr="00846012">
        <w:rPr>
          <w:lang w:val="fr-FR"/>
        </w:rPr>
        <w:t>libertății</w:t>
      </w:r>
      <w:proofErr w:type="spellEnd"/>
      <w:r w:rsidRPr="00846012">
        <w:rPr>
          <w:lang w:val="fr-FR"/>
        </w:rPr>
        <w:t xml:space="preserve"> </w:t>
      </w:r>
      <w:proofErr w:type="gramStart"/>
      <w:r w:rsidRPr="00846012">
        <w:rPr>
          <w:lang w:val="fr-FR"/>
        </w:rPr>
        <w:t>de a</w:t>
      </w:r>
      <w:proofErr w:type="gramEnd"/>
      <w:r w:rsidRPr="00846012">
        <w:rPr>
          <w:lang w:val="fr-FR"/>
        </w:rPr>
        <w:t xml:space="preserve"> presta </w:t>
      </w:r>
      <w:proofErr w:type="spellStart"/>
      <w:r w:rsidRPr="00846012">
        <w:rPr>
          <w:lang w:val="fr-FR"/>
        </w:rPr>
        <w:t>servicii</w:t>
      </w:r>
      <w:proofErr w:type="spellEnd"/>
      <w:r w:rsidRPr="00846012">
        <w:rPr>
          <w:lang w:val="fr-FR"/>
        </w:rPr>
        <w:t>.</w:t>
      </w:r>
    </w:p>
    <w:p w14:paraId="2F254F44" w14:textId="77777777" w:rsidR="003260D0" w:rsidRPr="00846012" w:rsidRDefault="00916C8E">
      <w:pPr>
        <w:pStyle w:val="ListBullet"/>
        <w:spacing w:after="60"/>
        <w:jc w:val="both"/>
        <w:rPr>
          <w:lang w:val="fr-FR"/>
        </w:rPr>
      </w:pPr>
      <w:r w:rsidRPr="00846012">
        <w:rPr>
          <w:b/>
          <w:lang w:val="fr-FR"/>
        </w:rPr>
        <w:t>VÂNZĂTOR / BROKER</w:t>
      </w:r>
      <w:r w:rsidRPr="00846012">
        <w:rPr>
          <w:lang w:val="fr-FR"/>
        </w:rPr>
        <w:t xml:space="preserve"> – WINNERS GROUP COMPANIE DE BROKERAJ S.R.L., </w:t>
      </w:r>
      <w:proofErr w:type="spellStart"/>
      <w:r w:rsidRPr="00846012">
        <w:rPr>
          <w:lang w:val="fr-FR"/>
        </w:rPr>
        <w:t>intermediar</w:t>
      </w:r>
      <w:proofErr w:type="spellEnd"/>
      <w:r w:rsidRPr="00846012">
        <w:rPr>
          <w:lang w:val="fr-FR"/>
        </w:rPr>
        <w:t xml:space="preserve"> principal </w:t>
      </w:r>
      <w:proofErr w:type="spellStart"/>
      <w:r w:rsidRPr="00846012">
        <w:rPr>
          <w:lang w:val="fr-FR"/>
        </w:rPr>
        <w:t>autorizat</w:t>
      </w:r>
      <w:proofErr w:type="spellEnd"/>
      <w:r w:rsidRPr="00846012">
        <w:rPr>
          <w:lang w:val="fr-FR"/>
        </w:rPr>
        <w:t xml:space="preserve"> de A.S.F., care, </w:t>
      </w:r>
      <w:proofErr w:type="spellStart"/>
      <w:r w:rsidRPr="00846012">
        <w:rPr>
          <w:lang w:val="fr-FR"/>
        </w:rPr>
        <w:t>în</w:t>
      </w:r>
      <w:proofErr w:type="spellEnd"/>
      <w:r w:rsidRPr="00846012">
        <w:rPr>
          <w:lang w:val="fr-FR"/>
        </w:rPr>
        <w:t xml:space="preserve"> </w:t>
      </w:r>
      <w:proofErr w:type="spellStart"/>
      <w:r w:rsidRPr="00846012">
        <w:rPr>
          <w:lang w:val="fr-FR"/>
        </w:rPr>
        <w:t>baza</w:t>
      </w:r>
      <w:proofErr w:type="spellEnd"/>
      <w:r w:rsidRPr="00846012">
        <w:rPr>
          <w:lang w:val="fr-FR"/>
        </w:rPr>
        <w:t xml:space="preserve"> </w:t>
      </w:r>
      <w:proofErr w:type="spellStart"/>
      <w:r w:rsidRPr="00846012">
        <w:rPr>
          <w:lang w:val="fr-FR"/>
        </w:rPr>
        <w:t>prezentelor</w:t>
      </w:r>
      <w:proofErr w:type="spellEnd"/>
      <w:r w:rsidRPr="00846012">
        <w:rPr>
          <w:lang w:val="fr-FR"/>
        </w:rPr>
        <w:t xml:space="preserve"> </w:t>
      </w:r>
      <w:proofErr w:type="spellStart"/>
      <w:r w:rsidRPr="00846012">
        <w:rPr>
          <w:lang w:val="fr-FR"/>
        </w:rPr>
        <w:t>Termeni</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Condiții</w:t>
      </w:r>
      <w:proofErr w:type="spellEnd"/>
      <w:r w:rsidRPr="00846012">
        <w:rPr>
          <w:lang w:val="fr-FR"/>
        </w:rPr>
        <w:t xml:space="preserve"> </w:t>
      </w:r>
      <w:proofErr w:type="spellStart"/>
      <w:r w:rsidRPr="00846012">
        <w:rPr>
          <w:lang w:val="fr-FR"/>
        </w:rPr>
        <w:t>și</w:t>
      </w:r>
      <w:proofErr w:type="spellEnd"/>
      <w:r w:rsidRPr="00846012">
        <w:rPr>
          <w:lang w:val="fr-FR"/>
        </w:rPr>
        <w:t xml:space="preserve"> a </w:t>
      </w:r>
      <w:proofErr w:type="spellStart"/>
      <w:r w:rsidRPr="00846012">
        <w:rPr>
          <w:lang w:val="fr-FR"/>
        </w:rPr>
        <w:t>mandatului</w:t>
      </w:r>
      <w:proofErr w:type="spellEnd"/>
      <w:r w:rsidRPr="00846012">
        <w:rPr>
          <w:lang w:val="fr-FR"/>
        </w:rPr>
        <w:t xml:space="preserve"> de </w:t>
      </w:r>
      <w:proofErr w:type="spellStart"/>
      <w:r w:rsidRPr="00846012">
        <w:rPr>
          <w:lang w:val="fr-FR"/>
        </w:rPr>
        <w:t>brokeraj</w:t>
      </w:r>
      <w:proofErr w:type="spellEnd"/>
      <w:r w:rsidRPr="00846012">
        <w:rPr>
          <w:lang w:val="fr-FR"/>
        </w:rPr>
        <w:t xml:space="preserve"> </w:t>
      </w:r>
      <w:proofErr w:type="spellStart"/>
      <w:r w:rsidRPr="00846012">
        <w:rPr>
          <w:lang w:val="fr-FR"/>
        </w:rPr>
        <w:t>acordat</w:t>
      </w:r>
      <w:proofErr w:type="spellEnd"/>
      <w:r w:rsidRPr="00846012">
        <w:rPr>
          <w:lang w:val="fr-FR"/>
        </w:rPr>
        <w:t xml:space="preserve"> de client, </w:t>
      </w:r>
      <w:proofErr w:type="spellStart"/>
      <w:r w:rsidRPr="00846012">
        <w:rPr>
          <w:lang w:val="fr-FR"/>
        </w:rPr>
        <w:t>distribuie</w:t>
      </w:r>
      <w:proofErr w:type="spellEnd"/>
      <w:r w:rsidRPr="00846012">
        <w:rPr>
          <w:lang w:val="fr-FR"/>
        </w:rPr>
        <w:t xml:space="preserve"> contracte de </w:t>
      </w:r>
      <w:proofErr w:type="spellStart"/>
      <w:r w:rsidRPr="00846012">
        <w:rPr>
          <w:lang w:val="fr-FR"/>
        </w:rPr>
        <w:t>asigurare</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numele</w:t>
      </w:r>
      <w:proofErr w:type="spellEnd"/>
      <w:r w:rsidRPr="00846012">
        <w:rPr>
          <w:lang w:val="fr-FR"/>
        </w:rPr>
        <w:t xml:space="preserve"> </w:t>
      </w:r>
      <w:proofErr w:type="spellStart"/>
      <w:r w:rsidRPr="00846012">
        <w:rPr>
          <w:lang w:val="fr-FR"/>
        </w:rPr>
        <w:t>asigurătorilor</w:t>
      </w:r>
      <w:proofErr w:type="spellEnd"/>
      <w:r w:rsidRPr="00846012">
        <w:rPr>
          <w:lang w:val="fr-FR"/>
        </w:rPr>
        <w:t xml:space="preserve"> </w:t>
      </w:r>
      <w:proofErr w:type="spellStart"/>
      <w:r w:rsidRPr="00846012">
        <w:rPr>
          <w:lang w:val="fr-FR"/>
        </w:rPr>
        <w:t>parteneri</w:t>
      </w:r>
      <w:proofErr w:type="spellEnd"/>
      <w:r w:rsidRPr="00846012">
        <w:rPr>
          <w:lang w:val="fr-FR"/>
        </w:rPr>
        <w:t>.</w:t>
      </w:r>
    </w:p>
    <w:p w14:paraId="455EB932" w14:textId="77777777" w:rsidR="003260D0" w:rsidRPr="00846012" w:rsidRDefault="00916C8E">
      <w:pPr>
        <w:pStyle w:val="ListBullet"/>
        <w:spacing w:after="60"/>
        <w:jc w:val="both"/>
        <w:rPr>
          <w:lang w:val="fr-FR"/>
        </w:rPr>
      </w:pPr>
      <w:r w:rsidRPr="00846012">
        <w:rPr>
          <w:b/>
          <w:lang w:val="fr-FR"/>
        </w:rPr>
        <w:t>CONTRACT DE ASIGURARE / POLIȚĂ DE ASIGURARE</w:t>
      </w:r>
      <w:r w:rsidRPr="00846012">
        <w:rPr>
          <w:lang w:val="fr-FR"/>
        </w:rPr>
        <w:t xml:space="preserve"> – </w:t>
      </w:r>
      <w:proofErr w:type="spellStart"/>
      <w:r w:rsidRPr="00846012">
        <w:rPr>
          <w:lang w:val="fr-FR"/>
        </w:rPr>
        <w:t>contractul</w:t>
      </w:r>
      <w:proofErr w:type="spellEnd"/>
      <w:r w:rsidRPr="00846012">
        <w:rPr>
          <w:lang w:val="fr-FR"/>
        </w:rPr>
        <w:t xml:space="preserve"> prin care Asigurătorul se </w:t>
      </w:r>
      <w:proofErr w:type="spellStart"/>
      <w:r w:rsidRPr="00846012">
        <w:rPr>
          <w:lang w:val="fr-FR"/>
        </w:rPr>
        <w:t>obligă</w:t>
      </w:r>
      <w:proofErr w:type="spellEnd"/>
      <w:r w:rsidRPr="00846012">
        <w:rPr>
          <w:lang w:val="fr-FR"/>
        </w:rPr>
        <w:t xml:space="preserve"> </w:t>
      </w:r>
      <w:proofErr w:type="spellStart"/>
      <w:r w:rsidRPr="00846012">
        <w:rPr>
          <w:lang w:val="fr-FR"/>
        </w:rPr>
        <w:t>să</w:t>
      </w:r>
      <w:proofErr w:type="spellEnd"/>
      <w:r w:rsidRPr="00846012">
        <w:rPr>
          <w:lang w:val="fr-FR"/>
        </w:rPr>
        <w:t xml:space="preserve"> </w:t>
      </w:r>
      <w:proofErr w:type="spellStart"/>
      <w:r w:rsidRPr="00846012">
        <w:rPr>
          <w:lang w:val="fr-FR"/>
        </w:rPr>
        <w:t>îndeplinească</w:t>
      </w:r>
      <w:proofErr w:type="spellEnd"/>
      <w:r w:rsidRPr="00846012">
        <w:rPr>
          <w:lang w:val="fr-FR"/>
        </w:rPr>
        <w:t xml:space="preserve"> </w:t>
      </w:r>
      <w:proofErr w:type="spellStart"/>
      <w:r w:rsidRPr="00846012">
        <w:rPr>
          <w:lang w:val="fr-FR"/>
        </w:rPr>
        <w:t>serviciile</w:t>
      </w:r>
      <w:proofErr w:type="spellEnd"/>
      <w:r w:rsidRPr="00846012">
        <w:rPr>
          <w:lang w:val="fr-FR"/>
        </w:rPr>
        <w:t xml:space="preserve"> </w:t>
      </w:r>
      <w:proofErr w:type="spellStart"/>
      <w:r w:rsidRPr="00846012">
        <w:rPr>
          <w:lang w:val="fr-FR"/>
        </w:rPr>
        <w:t>prevăzute</w:t>
      </w:r>
      <w:proofErr w:type="spellEnd"/>
      <w:r w:rsidRPr="00846012">
        <w:rPr>
          <w:lang w:val="fr-FR"/>
        </w:rPr>
        <w:t xml:space="preserve"> la </w:t>
      </w:r>
      <w:proofErr w:type="spellStart"/>
      <w:r w:rsidRPr="00846012">
        <w:rPr>
          <w:lang w:val="fr-FR"/>
        </w:rPr>
        <w:t>apariția</w:t>
      </w:r>
      <w:proofErr w:type="spellEnd"/>
      <w:r w:rsidRPr="00846012">
        <w:rPr>
          <w:lang w:val="fr-FR"/>
        </w:rPr>
        <w:t xml:space="preserve"> </w:t>
      </w:r>
      <w:proofErr w:type="spellStart"/>
      <w:r w:rsidRPr="00846012">
        <w:rPr>
          <w:lang w:val="fr-FR"/>
        </w:rPr>
        <w:t>evenimentului</w:t>
      </w:r>
      <w:proofErr w:type="spellEnd"/>
      <w:r w:rsidRPr="00846012">
        <w:rPr>
          <w:lang w:val="fr-FR"/>
        </w:rPr>
        <w:t xml:space="preserve"> </w:t>
      </w:r>
      <w:proofErr w:type="spellStart"/>
      <w:r w:rsidRPr="00846012">
        <w:rPr>
          <w:lang w:val="fr-FR"/>
        </w:rPr>
        <w:t>asigurat</w:t>
      </w:r>
      <w:proofErr w:type="spellEnd"/>
      <w:r w:rsidRPr="00846012">
        <w:rPr>
          <w:lang w:val="fr-FR"/>
        </w:rPr>
        <w:t xml:space="preserve">, </w:t>
      </w:r>
      <w:proofErr w:type="spellStart"/>
      <w:r w:rsidRPr="00846012">
        <w:rPr>
          <w:lang w:val="fr-FR"/>
        </w:rPr>
        <w:t>iar</w:t>
      </w:r>
      <w:proofErr w:type="spellEnd"/>
      <w:r w:rsidRPr="00846012">
        <w:rPr>
          <w:lang w:val="fr-FR"/>
        </w:rPr>
        <w:t xml:space="preserve"> </w:t>
      </w:r>
      <w:proofErr w:type="spellStart"/>
      <w:r w:rsidRPr="00846012">
        <w:rPr>
          <w:lang w:val="fr-FR"/>
        </w:rPr>
        <w:t>Asiguratul</w:t>
      </w:r>
      <w:proofErr w:type="spellEnd"/>
      <w:r w:rsidRPr="00846012">
        <w:rPr>
          <w:lang w:val="fr-FR"/>
        </w:rPr>
        <w:t xml:space="preserve"> se </w:t>
      </w:r>
      <w:proofErr w:type="spellStart"/>
      <w:r w:rsidRPr="00846012">
        <w:rPr>
          <w:lang w:val="fr-FR"/>
        </w:rPr>
        <w:t>obligă</w:t>
      </w:r>
      <w:proofErr w:type="spellEnd"/>
      <w:r w:rsidRPr="00846012">
        <w:rPr>
          <w:lang w:val="fr-FR"/>
        </w:rPr>
        <w:t xml:space="preserve"> </w:t>
      </w:r>
      <w:proofErr w:type="spellStart"/>
      <w:r w:rsidRPr="00846012">
        <w:rPr>
          <w:lang w:val="fr-FR"/>
        </w:rPr>
        <w:t>să</w:t>
      </w:r>
      <w:proofErr w:type="spellEnd"/>
      <w:r w:rsidRPr="00846012">
        <w:rPr>
          <w:lang w:val="fr-FR"/>
        </w:rPr>
        <w:t xml:space="preserve"> </w:t>
      </w:r>
      <w:proofErr w:type="spellStart"/>
      <w:r w:rsidRPr="00846012">
        <w:rPr>
          <w:lang w:val="fr-FR"/>
        </w:rPr>
        <w:t>plătească</w:t>
      </w:r>
      <w:proofErr w:type="spellEnd"/>
      <w:r w:rsidRPr="00846012">
        <w:rPr>
          <w:lang w:val="fr-FR"/>
        </w:rPr>
        <w:t xml:space="preserve"> prima de </w:t>
      </w:r>
      <w:proofErr w:type="spellStart"/>
      <w:r w:rsidRPr="00846012">
        <w:rPr>
          <w:lang w:val="fr-FR"/>
        </w:rPr>
        <w:t>asigurare</w:t>
      </w:r>
      <w:proofErr w:type="spellEnd"/>
      <w:r w:rsidRPr="00846012">
        <w:rPr>
          <w:lang w:val="fr-FR"/>
        </w:rPr>
        <w:t>.</w:t>
      </w:r>
    </w:p>
    <w:p w14:paraId="5DF396AB" w14:textId="77777777" w:rsidR="003260D0" w:rsidRPr="00846012" w:rsidRDefault="00916C8E">
      <w:pPr>
        <w:pStyle w:val="ListBullet"/>
        <w:spacing w:after="60"/>
        <w:jc w:val="both"/>
        <w:rPr>
          <w:lang w:val="fr-FR"/>
        </w:rPr>
      </w:pPr>
      <w:r w:rsidRPr="00846012">
        <w:rPr>
          <w:b/>
          <w:lang w:val="fr-FR"/>
        </w:rPr>
        <w:t>CONTRACT LA DISTANȚĂ</w:t>
      </w:r>
      <w:r w:rsidRPr="00846012">
        <w:rPr>
          <w:lang w:val="fr-FR"/>
        </w:rPr>
        <w:t xml:space="preserve"> – </w:t>
      </w:r>
      <w:proofErr w:type="spellStart"/>
      <w:r w:rsidRPr="00846012">
        <w:rPr>
          <w:lang w:val="fr-FR"/>
        </w:rPr>
        <w:t>contractul</w:t>
      </w:r>
      <w:proofErr w:type="spellEnd"/>
      <w:r w:rsidRPr="00846012">
        <w:rPr>
          <w:lang w:val="fr-FR"/>
        </w:rPr>
        <w:t xml:space="preserve"> de </w:t>
      </w:r>
      <w:proofErr w:type="spellStart"/>
      <w:r w:rsidRPr="00846012">
        <w:rPr>
          <w:lang w:val="fr-FR"/>
        </w:rPr>
        <w:t>furnizare</w:t>
      </w:r>
      <w:proofErr w:type="spellEnd"/>
      <w:r w:rsidRPr="00846012">
        <w:rPr>
          <w:lang w:val="fr-FR"/>
        </w:rPr>
        <w:t xml:space="preserve"> de </w:t>
      </w:r>
      <w:proofErr w:type="spellStart"/>
      <w:r w:rsidRPr="00846012">
        <w:rPr>
          <w:lang w:val="fr-FR"/>
        </w:rPr>
        <w:t>servicii</w:t>
      </w:r>
      <w:proofErr w:type="spellEnd"/>
      <w:r w:rsidRPr="00846012">
        <w:rPr>
          <w:lang w:val="fr-FR"/>
        </w:rPr>
        <w:t xml:space="preserve"> </w:t>
      </w:r>
      <w:proofErr w:type="spellStart"/>
      <w:r w:rsidRPr="00846012">
        <w:rPr>
          <w:lang w:val="fr-FR"/>
        </w:rPr>
        <w:t>financiare</w:t>
      </w:r>
      <w:proofErr w:type="spellEnd"/>
      <w:r w:rsidRPr="00846012">
        <w:rPr>
          <w:lang w:val="fr-FR"/>
        </w:rPr>
        <w:t xml:space="preserve"> </w:t>
      </w:r>
      <w:proofErr w:type="spellStart"/>
      <w:r w:rsidRPr="00846012">
        <w:rPr>
          <w:lang w:val="fr-FR"/>
        </w:rPr>
        <w:t>încheiat</w:t>
      </w:r>
      <w:proofErr w:type="spellEnd"/>
      <w:r w:rsidRPr="00846012">
        <w:rPr>
          <w:lang w:val="fr-FR"/>
        </w:rPr>
        <w:t xml:space="preserve"> </w:t>
      </w:r>
      <w:proofErr w:type="spellStart"/>
      <w:r w:rsidRPr="00846012">
        <w:rPr>
          <w:lang w:val="fr-FR"/>
        </w:rPr>
        <w:t>între</w:t>
      </w:r>
      <w:proofErr w:type="spellEnd"/>
      <w:r w:rsidRPr="00846012">
        <w:rPr>
          <w:lang w:val="fr-FR"/>
        </w:rPr>
        <w:t xml:space="preserve"> </w:t>
      </w:r>
      <w:proofErr w:type="spellStart"/>
      <w:r w:rsidRPr="00846012">
        <w:rPr>
          <w:lang w:val="fr-FR"/>
        </w:rPr>
        <w:t>Asigurător</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Asigurat</w:t>
      </w:r>
      <w:proofErr w:type="spellEnd"/>
      <w:r w:rsidRPr="00846012">
        <w:rPr>
          <w:lang w:val="fr-FR"/>
        </w:rPr>
        <w:t xml:space="preserve">/Contractant, </w:t>
      </w:r>
      <w:proofErr w:type="spellStart"/>
      <w:r w:rsidRPr="00846012">
        <w:rPr>
          <w:lang w:val="fr-FR"/>
        </w:rPr>
        <w:t>cu</w:t>
      </w:r>
      <w:proofErr w:type="spellEnd"/>
      <w:r w:rsidRPr="00846012">
        <w:rPr>
          <w:lang w:val="fr-FR"/>
        </w:rPr>
        <w:t xml:space="preserve"> </w:t>
      </w:r>
      <w:proofErr w:type="spellStart"/>
      <w:r w:rsidRPr="00846012">
        <w:rPr>
          <w:lang w:val="fr-FR"/>
        </w:rPr>
        <w:t>intermedierea</w:t>
      </w:r>
      <w:proofErr w:type="spellEnd"/>
      <w:r w:rsidRPr="00846012">
        <w:rPr>
          <w:lang w:val="fr-FR"/>
        </w:rPr>
        <w:t xml:space="preserve"> </w:t>
      </w:r>
      <w:proofErr w:type="spellStart"/>
      <w:r w:rsidRPr="00846012">
        <w:rPr>
          <w:lang w:val="fr-FR"/>
        </w:rPr>
        <w:t>Brokerului</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cadrul</w:t>
      </w:r>
      <w:proofErr w:type="spellEnd"/>
      <w:r w:rsidRPr="00846012">
        <w:rPr>
          <w:lang w:val="fr-FR"/>
        </w:rPr>
        <w:t xml:space="preserve"> </w:t>
      </w:r>
      <w:proofErr w:type="spellStart"/>
      <w:r w:rsidRPr="00846012">
        <w:rPr>
          <w:lang w:val="fr-FR"/>
        </w:rPr>
        <w:t>unui</w:t>
      </w:r>
      <w:proofErr w:type="spellEnd"/>
      <w:r w:rsidRPr="00846012">
        <w:rPr>
          <w:lang w:val="fr-FR"/>
        </w:rPr>
        <w:t xml:space="preserve"> </w:t>
      </w:r>
      <w:proofErr w:type="spellStart"/>
      <w:r w:rsidRPr="00846012">
        <w:rPr>
          <w:lang w:val="fr-FR"/>
        </w:rPr>
        <w:t>sistem</w:t>
      </w:r>
      <w:proofErr w:type="spellEnd"/>
      <w:r w:rsidRPr="00846012">
        <w:rPr>
          <w:lang w:val="fr-FR"/>
        </w:rPr>
        <w:t xml:space="preserve"> de </w:t>
      </w:r>
      <w:proofErr w:type="spellStart"/>
      <w:r w:rsidRPr="00846012">
        <w:rPr>
          <w:lang w:val="fr-FR"/>
        </w:rPr>
        <w:t>vânzare</w:t>
      </w:r>
      <w:proofErr w:type="spellEnd"/>
      <w:r w:rsidRPr="00846012">
        <w:rPr>
          <w:lang w:val="fr-FR"/>
        </w:rPr>
        <w:t xml:space="preserve"> la </w:t>
      </w:r>
      <w:proofErr w:type="spellStart"/>
      <w:r w:rsidRPr="00846012">
        <w:rPr>
          <w:lang w:val="fr-FR"/>
        </w:rPr>
        <w:t>distanță</w:t>
      </w:r>
      <w:proofErr w:type="spellEnd"/>
      <w:r w:rsidRPr="00846012">
        <w:rPr>
          <w:lang w:val="fr-FR"/>
        </w:rPr>
        <w:t xml:space="preserve">, care </w:t>
      </w:r>
      <w:proofErr w:type="spellStart"/>
      <w:r w:rsidRPr="00846012">
        <w:rPr>
          <w:lang w:val="fr-FR"/>
        </w:rPr>
        <w:t>utilizează</w:t>
      </w:r>
      <w:proofErr w:type="spellEnd"/>
      <w:r w:rsidRPr="00846012">
        <w:rPr>
          <w:lang w:val="fr-FR"/>
        </w:rPr>
        <w:t xml:space="preserve"> </w:t>
      </w:r>
      <w:proofErr w:type="spellStart"/>
      <w:r w:rsidRPr="00846012">
        <w:rPr>
          <w:lang w:val="fr-FR"/>
        </w:rPr>
        <w:t>în</w:t>
      </w:r>
      <w:proofErr w:type="spellEnd"/>
      <w:r w:rsidRPr="00846012">
        <w:rPr>
          <w:lang w:val="fr-FR"/>
        </w:rPr>
        <w:t xml:space="preserve"> mod </w:t>
      </w:r>
      <w:proofErr w:type="spellStart"/>
      <w:r w:rsidRPr="00846012">
        <w:rPr>
          <w:lang w:val="fr-FR"/>
        </w:rPr>
        <w:t>exclusiv</w:t>
      </w:r>
      <w:proofErr w:type="spellEnd"/>
      <w:r w:rsidRPr="00846012">
        <w:rPr>
          <w:lang w:val="fr-FR"/>
        </w:rPr>
        <w:t xml:space="preserve">, </w:t>
      </w:r>
      <w:proofErr w:type="spellStart"/>
      <w:r w:rsidRPr="00846012">
        <w:rPr>
          <w:lang w:val="fr-FR"/>
        </w:rPr>
        <w:t>înainte</w:t>
      </w:r>
      <w:proofErr w:type="spellEnd"/>
      <w:r w:rsidRPr="00846012">
        <w:rPr>
          <w:lang w:val="fr-FR"/>
        </w:rPr>
        <w:t xml:space="preserve"> </w:t>
      </w:r>
      <w:proofErr w:type="spellStart"/>
      <w:r w:rsidRPr="00846012">
        <w:rPr>
          <w:lang w:val="fr-FR"/>
        </w:rPr>
        <w:t>și</w:t>
      </w:r>
      <w:proofErr w:type="spellEnd"/>
      <w:r w:rsidRPr="00846012">
        <w:rPr>
          <w:lang w:val="fr-FR"/>
        </w:rPr>
        <w:t xml:space="preserve"> la </w:t>
      </w:r>
      <w:proofErr w:type="spellStart"/>
      <w:r w:rsidRPr="00846012">
        <w:rPr>
          <w:lang w:val="fr-FR"/>
        </w:rPr>
        <w:t>momentul</w:t>
      </w:r>
      <w:proofErr w:type="spellEnd"/>
      <w:r w:rsidRPr="00846012">
        <w:rPr>
          <w:lang w:val="fr-FR"/>
        </w:rPr>
        <w:t xml:space="preserve"> </w:t>
      </w:r>
      <w:proofErr w:type="spellStart"/>
      <w:r w:rsidRPr="00846012">
        <w:rPr>
          <w:lang w:val="fr-FR"/>
        </w:rPr>
        <w:t>încheierii</w:t>
      </w:r>
      <w:proofErr w:type="spellEnd"/>
      <w:r w:rsidRPr="00846012">
        <w:rPr>
          <w:lang w:val="fr-FR"/>
        </w:rPr>
        <w:t xml:space="preserve"> </w:t>
      </w:r>
      <w:proofErr w:type="spellStart"/>
      <w:r w:rsidRPr="00846012">
        <w:rPr>
          <w:lang w:val="fr-FR"/>
        </w:rPr>
        <w:t>contractului</w:t>
      </w:r>
      <w:proofErr w:type="spellEnd"/>
      <w:r w:rsidRPr="00846012">
        <w:rPr>
          <w:lang w:val="fr-FR"/>
        </w:rPr>
        <w:t xml:space="preserve">, </w:t>
      </w:r>
      <w:proofErr w:type="spellStart"/>
      <w:r w:rsidRPr="00846012">
        <w:rPr>
          <w:lang w:val="fr-FR"/>
        </w:rPr>
        <w:t>una</w:t>
      </w:r>
      <w:proofErr w:type="spellEnd"/>
      <w:r w:rsidRPr="00846012">
        <w:rPr>
          <w:lang w:val="fr-FR"/>
        </w:rPr>
        <w:t xml:space="preserve"> </w:t>
      </w:r>
      <w:proofErr w:type="spellStart"/>
      <w:r w:rsidRPr="00846012">
        <w:rPr>
          <w:lang w:val="fr-FR"/>
        </w:rPr>
        <w:t>sau</w:t>
      </w:r>
      <w:proofErr w:type="spellEnd"/>
      <w:r w:rsidRPr="00846012">
        <w:rPr>
          <w:lang w:val="fr-FR"/>
        </w:rPr>
        <w:t xml:space="preserve"> mai </w:t>
      </w:r>
      <w:proofErr w:type="spellStart"/>
      <w:r w:rsidRPr="00846012">
        <w:rPr>
          <w:lang w:val="fr-FR"/>
        </w:rPr>
        <w:t>multe</w:t>
      </w:r>
      <w:proofErr w:type="spellEnd"/>
      <w:r w:rsidRPr="00846012">
        <w:rPr>
          <w:lang w:val="fr-FR"/>
        </w:rPr>
        <w:t xml:space="preserve"> </w:t>
      </w:r>
      <w:proofErr w:type="spellStart"/>
      <w:r w:rsidRPr="00846012">
        <w:rPr>
          <w:lang w:val="fr-FR"/>
        </w:rPr>
        <w:t>tehnici</w:t>
      </w:r>
      <w:proofErr w:type="spellEnd"/>
      <w:r w:rsidRPr="00846012">
        <w:rPr>
          <w:lang w:val="fr-FR"/>
        </w:rPr>
        <w:t xml:space="preserve"> de </w:t>
      </w:r>
      <w:proofErr w:type="spellStart"/>
      <w:r w:rsidRPr="00846012">
        <w:rPr>
          <w:lang w:val="fr-FR"/>
        </w:rPr>
        <w:t>comunicație</w:t>
      </w:r>
      <w:proofErr w:type="spellEnd"/>
      <w:r w:rsidRPr="00846012">
        <w:rPr>
          <w:lang w:val="fr-FR"/>
        </w:rPr>
        <w:t xml:space="preserve"> la </w:t>
      </w:r>
      <w:proofErr w:type="spellStart"/>
      <w:r w:rsidRPr="00846012">
        <w:rPr>
          <w:lang w:val="fr-FR"/>
        </w:rPr>
        <w:t>distanță</w:t>
      </w:r>
      <w:proofErr w:type="spellEnd"/>
      <w:r w:rsidRPr="00846012">
        <w:rPr>
          <w:lang w:val="fr-FR"/>
        </w:rPr>
        <w:t xml:space="preserve">, </w:t>
      </w:r>
      <w:proofErr w:type="spellStart"/>
      <w:r w:rsidRPr="00846012">
        <w:rPr>
          <w:lang w:val="fr-FR"/>
        </w:rPr>
        <w:t>conform</w:t>
      </w:r>
      <w:proofErr w:type="spellEnd"/>
      <w:r w:rsidRPr="00846012">
        <w:rPr>
          <w:lang w:val="fr-FR"/>
        </w:rPr>
        <w:t xml:space="preserve"> OUG nr. 34/2014.</w:t>
      </w:r>
    </w:p>
    <w:p w14:paraId="64E8005A" w14:textId="77777777" w:rsidR="003260D0" w:rsidRDefault="00916C8E">
      <w:pPr>
        <w:pStyle w:val="ListBullet"/>
        <w:spacing w:after="60"/>
        <w:jc w:val="both"/>
      </w:pPr>
      <w:r w:rsidRPr="00846012">
        <w:rPr>
          <w:b/>
          <w:lang w:val="fr-FR"/>
        </w:rPr>
        <w:t>CALCUL / CALCULAȚIE</w:t>
      </w:r>
      <w:r w:rsidRPr="00846012">
        <w:rPr>
          <w:lang w:val="fr-FR"/>
        </w:rPr>
        <w:t xml:space="preserve"> – </w:t>
      </w:r>
      <w:proofErr w:type="spellStart"/>
      <w:r w:rsidRPr="00846012">
        <w:rPr>
          <w:lang w:val="fr-FR"/>
        </w:rPr>
        <w:t>calcularea</w:t>
      </w:r>
      <w:proofErr w:type="spellEnd"/>
      <w:r w:rsidRPr="00846012">
        <w:rPr>
          <w:lang w:val="fr-FR"/>
        </w:rPr>
        <w:t xml:space="preserve"> </w:t>
      </w:r>
      <w:proofErr w:type="spellStart"/>
      <w:r w:rsidRPr="00846012">
        <w:rPr>
          <w:lang w:val="fr-FR"/>
        </w:rPr>
        <w:t>estimativă</w:t>
      </w:r>
      <w:proofErr w:type="spellEnd"/>
      <w:r w:rsidRPr="00846012">
        <w:rPr>
          <w:lang w:val="fr-FR"/>
        </w:rPr>
        <w:t xml:space="preserve"> a </w:t>
      </w:r>
      <w:proofErr w:type="spellStart"/>
      <w:r w:rsidRPr="00846012">
        <w:rPr>
          <w:lang w:val="fr-FR"/>
        </w:rPr>
        <w:t>primei</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baza</w:t>
      </w:r>
      <w:proofErr w:type="spellEnd"/>
      <w:r w:rsidRPr="00846012">
        <w:rPr>
          <w:lang w:val="fr-FR"/>
        </w:rPr>
        <w:t xml:space="preserve"> </w:t>
      </w:r>
      <w:proofErr w:type="spellStart"/>
      <w:r w:rsidRPr="00846012">
        <w:rPr>
          <w:lang w:val="fr-FR"/>
        </w:rPr>
        <w:t>datelor</w:t>
      </w:r>
      <w:proofErr w:type="spellEnd"/>
      <w:r w:rsidRPr="00846012">
        <w:rPr>
          <w:lang w:val="fr-FR"/>
        </w:rPr>
        <w:t xml:space="preserve"> </w:t>
      </w:r>
      <w:proofErr w:type="spellStart"/>
      <w:r w:rsidRPr="00846012">
        <w:rPr>
          <w:lang w:val="fr-FR"/>
        </w:rPr>
        <w:t>furnizate</w:t>
      </w:r>
      <w:proofErr w:type="spellEnd"/>
      <w:r w:rsidRPr="00846012">
        <w:rPr>
          <w:lang w:val="fr-FR"/>
        </w:rPr>
        <w:t xml:space="preserve"> de </w:t>
      </w:r>
      <w:proofErr w:type="spellStart"/>
      <w:r w:rsidRPr="00846012">
        <w:rPr>
          <w:lang w:val="fr-FR"/>
        </w:rPr>
        <w:t>Utilizator</w:t>
      </w:r>
      <w:proofErr w:type="spellEnd"/>
      <w:r w:rsidRPr="00846012">
        <w:rPr>
          <w:lang w:val="fr-FR"/>
        </w:rPr>
        <w:t xml:space="preserve"> </w:t>
      </w:r>
      <w:proofErr w:type="spellStart"/>
      <w:r w:rsidRPr="00846012">
        <w:rPr>
          <w:lang w:val="fr-FR"/>
        </w:rPr>
        <w:t>pe</w:t>
      </w:r>
      <w:proofErr w:type="spellEnd"/>
      <w:r w:rsidRPr="00846012">
        <w:rPr>
          <w:lang w:val="fr-FR"/>
        </w:rPr>
        <w:t xml:space="preserve"> site, </w:t>
      </w:r>
      <w:proofErr w:type="spellStart"/>
      <w:r w:rsidRPr="00846012">
        <w:rPr>
          <w:lang w:val="fr-FR"/>
        </w:rPr>
        <w:t>fără</w:t>
      </w:r>
      <w:proofErr w:type="spellEnd"/>
      <w:r w:rsidRPr="00846012">
        <w:rPr>
          <w:lang w:val="fr-FR"/>
        </w:rPr>
        <w:t xml:space="preserve"> a fi </w:t>
      </w:r>
      <w:proofErr w:type="spellStart"/>
      <w:r w:rsidRPr="00846012">
        <w:rPr>
          <w:lang w:val="fr-FR"/>
        </w:rPr>
        <w:t>necesară</w:t>
      </w:r>
      <w:proofErr w:type="spellEnd"/>
      <w:r w:rsidRPr="00846012">
        <w:rPr>
          <w:lang w:val="fr-FR"/>
        </w:rPr>
        <w:t xml:space="preserve"> </w:t>
      </w:r>
      <w:proofErr w:type="spellStart"/>
      <w:r w:rsidRPr="00846012">
        <w:rPr>
          <w:lang w:val="fr-FR"/>
        </w:rPr>
        <w:t>autentificarea</w:t>
      </w:r>
      <w:proofErr w:type="spellEnd"/>
      <w:r w:rsidRPr="00846012">
        <w:rPr>
          <w:lang w:val="fr-FR"/>
        </w:rPr>
        <w:t xml:space="preserve"> </w:t>
      </w:r>
      <w:proofErr w:type="spellStart"/>
      <w:r w:rsidRPr="00846012">
        <w:rPr>
          <w:lang w:val="fr-FR"/>
        </w:rPr>
        <w:t>acestuia</w:t>
      </w:r>
      <w:proofErr w:type="spellEnd"/>
      <w:r w:rsidRPr="00846012">
        <w:rPr>
          <w:lang w:val="fr-FR"/>
        </w:rPr>
        <w:t xml:space="preserve">. </w:t>
      </w:r>
      <w:proofErr w:type="spellStart"/>
      <w:r>
        <w:t>Calculul</w:t>
      </w:r>
      <w:proofErr w:type="spellEnd"/>
      <w:r>
        <w:t xml:space="preserve"> are </w:t>
      </w:r>
      <w:proofErr w:type="spellStart"/>
      <w:r>
        <w:t>caracter</w:t>
      </w:r>
      <w:proofErr w:type="spellEnd"/>
      <w:r>
        <w:t xml:space="preserve"> </w:t>
      </w:r>
      <w:proofErr w:type="spellStart"/>
      <w:r>
        <w:t>pur</w:t>
      </w:r>
      <w:proofErr w:type="spellEnd"/>
      <w:r>
        <w:t xml:space="preserve"> informativ și nu reprezintă o ofertă fermă.</w:t>
      </w:r>
    </w:p>
    <w:p w14:paraId="33625B8E" w14:textId="77777777" w:rsidR="003260D0" w:rsidRDefault="00916C8E">
      <w:pPr>
        <w:pStyle w:val="ListBullet"/>
        <w:spacing w:after="60"/>
        <w:jc w:val="both"/>
      </w:pPr>
      <w:r>
        <w:rPr>
          <w:b/>
        </w:rPr>
        <w:t>OFERTĂ</w:t>
      </w:r>
      <w:r>
        <w:t xml:space="preserve"> – documentul emis de WINNERS GROUP COMPANIE DE BROKERAJ S.R.L., în baza informațiilor furnizate de Utilizator, care conține elementele prevăzute în Norma ASF nr. 22/2021, Anexa nr. 16, privind comercializarea electronică.</w:t>
      </w:r>
    </w:p>
    <w:p w14:paraId="5F5F2EC6" w14:textId="77777777" w:rsidR="003260D0" w:rsidRDefault="00916C8E">
      <w:pPr>
        <w:pStyle w:val="ListBullet"/>
        <w:spacing w:after="60"/>
        <w:jc w:val="both"/>
      </w:pPr>
      <w:r>
        <w:rPr>
          <w:b/>
        </w:rPr>
        <w:t>COMANDĂ</w:t>
      </w:r>
      <w:r>
        <w:t xml:space="preserve"> – document electronic prin care Cumpărătorul transmite Brokerului intenția de a achiziționa o poliță de asigurare prin intermediul site-ului www.winnersgroup.ro.</w:t>
      </w:r>
    </w:p>
    <w:p w14:paraId="61925A1D" w14:textId="77777777" w:rsidR="003260D0" w:rsidRPr="00846012" w:rsidRDefault="00916C8E">
      <w:pPr>
        <w:pStyle w:val="ListBullet"/>
        <w:spacing w:after="60"/>
        <w:jc w:val="both"/>
        <w:rPr>
          <w:lang w:val="fr-FR"/>
        </w:rPr>
      </w:pPr>
      <w:r>
        <w:rPr>
          <w:b/>
        </w:rPr>
        <w:t>MANDAT DE BROKERAJ</w:t>
      </w:r>
      <w:r>
        <w:t xml:space="preserve"> – acordul prin care Clientul împuternicește WINNERS GROUP COMPANIE DE BROKERAJ S.R.L. să îl reprezinte în relația cu asigurătorii parteneri, în vederea obținerii ofertelor și emiterii poliței de asigurare. </w:t>
      </w:r>
      <w:proofErr w:type="spellStart"/>
      <w:r w:rsidRPr="00846012">
        <w:rPr>
          <w:lang w:val="fr-FR"/>
        </w:rPr>
        <w:t>Mandatul</w:t>
      </w:r>
      <w:proofErr w:type="spellEnd"/>
      <w:r w:rsidRPr="00846012">
        <w:rPr>
          <w:lang w:val="fr-FR"/>
        </w:rPr>
        <w:t xml:space="preserve"> de </w:t>
      </w:r>
      <w:proofErr w:type="spellStart"/>
      <w:r w:rsidRPr="00846012">
        <w:rPr>
          <w:lang w:val="fr-FR"/>
        </w:rPr>
        <w:t>brokeraj</w:t>
      </w:r>
      <w:proofErr w:type="spellEnd"/>
      <w:r w:rsidRPr="00846012">
        <w:rPr>
          <w:lang w:val="fr-FR"/>
        </w:rPr>
        <w:t xml:space="preserve"> se </w:t>
      </w:r>
      <w:proofErr w:type="spellStart"/>
      <w:r w:rsidRPr="00846012">
        <w:rPr>
          <w:lang w:val="fr-FR"/>
        </w:rPr>
        <w:t>consideră</w:t>
      </w:r>
      <w:proofErr w:type="spellEnd"/>
      <w:r w:rsidRPr="00846012">
        <w:rPr>
          <w:lang w:val="fr-FR"/>
        </w:rPr>
        <w:t xml:space="preserve"> </w:t>
      </w:r>
      <w:proofErr w:type="spellStart"/>
      <w:r w:rsidRPr="00846012">
        <w:rPr>
          <w:lang w:val="fr-FR"/>
        </w:rPr>
        <w:t>acordat</w:t>
      </w:r>
      <w:proofErr w:type="spellEnd"/>
      <w:r w:rsidRPr="00846012">
        <w:rPr>
          <w:lang w:val="fr-FR"/>
        </w:rPr>
        <w:t xml:space="preserve"> prin </w:t>
      </w:r>
      <w:proofErr w:type="spellStart"/>
      <w:r w:rsidRPr="00846012">
        <w:rPr>
          <w:lang w:val="fr-FR"/>
        </w:rPr>
        <w:t>acceptarea</w:t>
      </w:r>
      <w:proofErr w:type="spellEnd"/>
      <w:r w:rsidRPr="00846012">
        <w:rPr>
          <w:lang w:val="fr-FR"/>
        </w:rPr>
        <w:t xml:space="preserve"> </w:t>
      </w:r>
      <w:proofErr w:type="spellStart"/>
      <w:r w:rsidRPr="00846012">
        <w:rPr>
          <w:lang w:val="fr-FR"/>
        </w:rPr>
        <w:t>prezentelor</w:t>
      </w:r>
      <w:proofErr w:type="spellEnd"/>
      <w:r w:rsidRPr="00846012">
        <w:rPr>
          <w:lang w:val="fr-FR"/>
        </w:rPr>
        <w:t xml:space="preserve"> </w:t>
      </w:r>
      <w:proofErr w:type="spellStart"/>
      <w:r w:rsidRPr="00846012">
        <w:rPr>
          <w:lang w:val="fr-FR"/>
        </w:rPr>
        <w:t>Termeni</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Condiții</w:t>
      </w:r>
      <w:proofErr w:type="spellEnd"/>
      <w:r w:rsidRPr="00846012">
        <w:rPr>
          <w:lang w:val="fr-FR"/>
        </w:rPr>
        <w:t xml:space="preserve"> </w:t>
      </w:r>
      <w:proofErr w:type="spellStart"/>
      <w:r w:rsidRPr="00846012">
        <w:rPr>
          <w:lang w:val="fr-FR"/>
        </w:rPr>
        <w:t>și</w:t>
      </w:r>
      <w:proofErr w:type="spellEnd"/>
      <w:r w:rsidRPr="00846012">
        <w:rPr>
          <w:lang w:val="fr-FR"/>
        </w:rPr>
        <w:t xml:space="preserve"> prin </w:t>
      </w:r>
      <w:proofErr w:type="spellStart"/>
      <w:r w:rsidRPr="00846012">
        <w:rPr>
          <w:lang w:val="fr-FR"/>
        </w:rPr>
        <w:t>finalizarea</w:t>
      </w:r>
      <w:proofErr w:type="spellEnd"/>
      <w:r w:rsidRPr="00846012">
        <w:rPr>
          <w:lang w:val="fr-FR"/>
        </w:rPr>
        <w:t xml:space="preserve"> </w:t>
      </w:r>
      <w:proofErr w:type="spellStart"/>
      <w:r w:rsidRPr="00846012">
        <w:rPr>
          <w:lang w:val="fr-FR"/>
        </w:rPr>
        <w:t>comenzii</w:t>
      </w:r>
      <w:proofErr w:type="spellEnd"/>
      <w:r w:rsidRPr="00846012">
        <w:rPr>
          <w:lang w:val="fr-FR"/>
        </w:rPr>
        <w:t xml:space="preserve"> </w:t>
      </w:r>
      <w:proofErr w:type="spellStart"/>
      <w:r w:rsidRPr="00846012">
        <w:rPr>
          <w:lang w:val="fr-FR"/>
        </w:rPr>
        <w:t>pe</w:t>
      </w:r>
      <w:proofErr w:type="spellEnd"/>
      <w:r w:rsidRPr="00846012">
        <w:rPr>
          <w:lang w:val="fr-FR"/>
        </w:rPr>
        <w:t xml:space="preserve"> site.</w:t>
      </w:r>
    </w:p>
    <w:p w14:paraId="4697F1DC" w14:textId="77777777" w:rsidR="003260D0" w:rsidRPr="00846012" w:rsidRDefault="00916C8E">
      <w:pPr>
        <w:pStyle w:val="ListBullet"/>
        <w:spacing w:after="60"/>
        <w:jc w:val="both"/>
        <w:rPr>
          <w:lang w:val="fr-FR"/>
        </w:rPr>
      </w:pPr>
      <w:r w:rsidRPr="00846012">
        <w:rPr>
          <w:b/>
          <w:lang w:val="fr-FR"/>
        </w:rPr>
        <w:t>COMERCIALIZARE ELECTRONICĂ</w:t>
      </w:r>
      <w:r w:rsidRPr="00846012">
        <w:rPr>
          <w:lang w:val="fr-FR"/>
        </w:rPr>
        <w:t xml:space="preserve"> – </w:t>
      </w:r>
      <w:proofErr w:type="spellStart"/>
      <w:r w:rsidRPr="00846012">
        <w:rPr>
          <w:lang w:val="fr-FR"/>
        </w:rPr>
        <w:t>activitatea</w:t>
      </w:r>
      <w:proofErr w:type="spellEnd"/>
      <w:r w:rsidRPr="00846012">
        <w:rPr>
          <w:lang w:val="fr-FR"/>
        </w:rPr>
        <w:t xml:space="preserve"> de </w:t>
      </w:r>
      <w:proofErr w:type="spellStart"/>
      <w:r w:rsidRPr="00846012">
        <w:rPr>
          <w:lang w:val="fr-FR"/>
        </w:rPr>
        <w:t>distribuție</w:t>
      </w:r>
      <w:proofErr w:type="spellEnd"/>
      <w:r w:rsidRPr="00846012">
        <w:rPr>
          <w:lang w:val="fr-FR"/>
        </w:rPr>
        <w:t xml:space="preserve"> a </w:t>
      </w:r>
      <w:proofErr w:type="spellStart"/>
      <w:r w:rsidRPr="00846012">
        <w:rPr>
          <w:lang w:val="fr-FR"/>
        </w:rPr>
        <w:t>contractelor</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efectuată</w:t>
      </w:r>
      <w:proofErr w:type="spellEnd"/>
      <w:r w:rsidRPr="00846012">
        <w:rPr>
          <w:lang w:val="fr-FR"/>
        </w:rPr>
        <w:t xml:space="preserve"> la </w:t>
      </w:r>
      <w:proofErr w:type="spellStart"/>
      <w:r w:rsidRPr="00846012">
        <w:rPr>
          <w:lang w:val="fr-FR"/>
        </w:rPr>
        <w:t>distanță</w:t>
      </w:r>
      <w:proofErr w:type="spellEnd"/>
      <w:r w:rsidRPr="00846012">
        <w:rPr>
          <w:lang w:val="fr-FR"/>
        </w:rPr>
        <w:t xml:space="preserve">, prin </w:t>
      </w:r>
      <w:proofErr w:type="spellStart"/>
      <w:r w:rsidRPr="00846012">
        <w:rPr>
          <w:lang w:val="fr-FR"/>
        </w:rPr>
        <w:t>intermediul</w:t>
      </w:r>
      <w:proofErr w:type="spellEnd"/>
      <w:r w:rsidRPr="00846012">
        <w:rPr>
          <w:lang w:val="fr-FR"/>
        </w:rPr>
        <w:t xml:space="preserve"> site-</w:t>
      </w:r>
      <w:proofErr w:type="spellStart"/>
      <w:r w:rsidRPr="00846012">
        <w:rPr>
          <w:lang w:val="fr-FR"/>
        </w:rPr>
        <w:t>ului</w:t>
      </w:r>
      <w:proofErr w:type="spellEnd"/>
      <w:r w:rsidRPr="00846012">
        <w:rPr>
          <w:lang w:val="fr-FR"/>
        </w:rPr>
        <w:t xml:space="preserve"> www.winnersgroup.ro, </w:t>
      </w:r>
      <w:proofErr w:type="spellStart"/>
      <w:r w:rsidRPr="00846012">
        <w:rPr>
          <w:lang w:val="fr-FR"/>
        </w:rPr>
        <w:t>în</w:t>
      </w:r>
      <w:proofErr w:type="spellEnd"/>
      <w:r w:rsidRPr="00846012">
        <w:rPr>
          <w:lang w:val="fr-FR"/>
        </w:rPr>
        <w:t xml:space="preserve"> </w:t>
      </w:r>
      <w:proofErr w:type="spellStart"/>
      <w:r w:rsidRPr="00846012">
        <w:rPr>
          <w:lang w:val="fr-FR"/>
        </w:rPr>
        <w:t>conformitate</w:t>
      </w:r>
      <w:proofErr w:type="spellEnd"/>
      <w:r w:rsidRPr="00846012">
        <w:rPr>
          <w:lang w:val="fr-FR"/>
        </w:rPr>
        <w:t xml:space="preserve"> </w:t>
      </w:r>
      <w:proofErr w:type="spellStart"/>
      <w:r w:rsidRPr="00846012">
        <w:rPr>
          <w:lang w:val="fr-FR"/>
        </w:rPr>
        <w:t>cu</w:t>
      </w:r>
      <w:proofErr w:type="spellEnd"/>
      <w:r w:rsidRPr="00846012">
        <w:rPr>
          <w:lang w:val="fr-FR"/>
        </w:rPr>
        <w:t xml:space="preserve"> </w:t>
      </w:r>
      <w:proofErr w:type="spellStart"/>
      <w:r w:rsidRPr="00846012">
        <w:rPr>
          <w:lang w:val="fr-FR"/>
        </w:rPr>
        <w:t>prevederile</w:t>
      </w:r>
      <w:proofErr w:type="spellEnd"/>
      <w:r w:rsidRPr="00846012">
        <w:rPr>
          <w:lang w:val="fr-FR"/>
        </w:rPr>
        <w:t xml:space="preserve"> </w:t>
      </w:r>
      <w:proofErr w:type="spellStart"/>
      <w:r w:rsidRPr="00846012">
        <w:rPr>
          <w:lang w:val="fr-FR"/>
        </w:rPr>
        <w:t>Legii</w:t>
      </w:r>
      <w:proofErr w:type="spellEnd"/>
      <w:r w:rsidRPr="00846012">
        <w:rPr>
          <w:lang w:val="fr-FR"/>
        </w:rPr>
        <w:t xml:space="preserve"> nr. 236/2018 </w:t>
      </w:r>
      <w:proofErr w:type="spellStart"/>
      <w:r w:rsidRPr="00846012">
        <w:rPr>
          <w:lang w:val="fr-FR"/>
        </w:rPr>
        <w:t>privind</w:t>
      </w:r>
      <w:proofErr w:type="spellEnd"/>
      <w:r w:rsidRPr="00846012">
        <w:rPr>
          <w:lang w:val="fr-FR"/>
        </w:rPr>
        <w:t xml:space="preserve"> </w:t>
      </w:r>
      <w:proofErr w:type="spellStart"/>
      <w:r w:rsidRPr="00846012">
        <w:rPr>
          <w:lang w:val="fr-FR"/>
        </w:rPr>
        <w:t>distribuția</w:t>
      </w:r>
      <w:proofErr w:type="spellEnd"/>
      <w:r w:rsidRPr="00846012">
        <w:rPr>
          <w:lang w:val="fr-FR"/>
        </w:rPr>
        <w:t xml:space="preserve"> de </w:t>
      </w:r>
      <w:proofErr w:type="spellStart"/>
      <w:r w:rsidRPr="00846012">
        <w:rPr>
          <w:lang w:val="fr-FR"/>
        </w:rPr>
        <w:t>asigurări</w:t>
      </w:r>
      <w:proofErr w:type="spellEnd"/>
      <w:r w:rsidRPr="00846012">
        <w:rPr>
          <w:lang w:val="fr-FR"/>
        </w:rPr>
        <w:t xml:space="preserve"> </w:t>
      </w:r>
      <w:proofErr w:type="spellStart"/>
      <w:r w:rsidRPr="00846012">
        <w:rPr>
          <w:lang w:val="fr-FR"/>
        </w:rPr>
        <w:t>și</w:t>
      </w:r>
      <w:proofErr w:type="spellEnd"/>
      <w:r w:rsidRPr="00846012">
        <w:rPr>
          <w:lang w:val="fr-FR"/>
        </w:rPr>
        <w:t xml:space="preserve"> ale </w:t>
      </w:r>
      <w:proofErr w:type="spellStart"/>
      <w:r w:rsidRPr="00846012">
        <w:rPr>
          <w:lang w:val="fr-FR"/>
        </w:rPr>
        <w:t>Normei</w:t>
      </w:r>
      <w:proofErr w:type="spellEnd"/>
      <w:r w:rsidRPr="00846012">
        <w:rPr>
          <w:lang w:val="fr-FR"/>
        </w:rPr>
        <w:t xml:space="preserve"> ASF nr. 22/2021.</w:t>
      </w:r>
    </w:p>
    <w:p w14:paraId="4E267145" w14:textId="77777777" w:rsidR="003260D0" w:rsidRDefault="00916C8E">
      <w:pPr>
        <w:pStyle w:val="ListBullet"/>
        <w:spacing w:after="60"/>
        <w:jc w:val="both"/>
      </w:pPr>
      <w:r>
        <w:rPr>
          <w:b/>
        </w:rPr>
        <w:t>PRESTAREA SERVICIILOR PE CALE ELECTRONICĂ</w:t>
      </w:r>
      <w:r>
        <w:t xml:space="preserve"> – efectuarea serviciilor de distribuție prin trimiterea și preluarea datelor cu ajutorul sistemelor teleinformatice, la cererea individuală a Utilizatorului, fără prezența simultană a părților.</w:t>
      </w:r>
    </w:p>
    <w:p w14:paraId="33D43092" w14:textId="77777777" w:rsidR="003260D0" w:rsidRPr="00846012" w:rsidRDefault="00916C8E">
      <w:pPr>
        <w:pStyle w:val="Heading2"/>
        <w:rPr>
          <w:lang w:val="fr-FR"/>
        </w:rPr>
      </w:pPr>
      <w:r w:rsidRPr="00846012">
        <w:rPr>
          <w:rFonts w:ascii="Arial" w:hAnsi="Arial"/>
          <w:lang w:val="fr-FR"/>
        </w:rPr>
        <w:t xml:space="preserve">3. </w:t>
      </w:r>
      <w:proofErr w:type="spellStart"/>
      <w:r w:rsidRPr="00846012">
        <w:rPr>
          <w:rFonts w:ascii="Arial" w:hAnsi="Arial"/>
          <w:lang w:val="fr-FR"/>
        </w:rPr>
        <w:t>Obiectul</w:t>
      </w:r>
      <w:proofErr w:type="spellEnd"/>
      <w:r w:rsidRPr="00846012">
        <w:rPr>
          <w:rFonts w:ascii="Arial" w:hAnsi="Arial"/>
          <w:lang w:val="fr-FR"/>
        </w:rPr>
        <w:t xml:space="preserve"> site-</w:t>
      </w:r>
      <w:proofErr w:type="spellStart"/>
      <w:r w:rsidRPr="00846012">
        <w:rPr>
          <w:rFonts w:ascii="Arial" w:hAnsi="Arial"/>
          <w:lang w:val="fr-FR"/>
        </w:rPr>
        <w:t>ului</w:t>
      </w:r>
      <w:proofErr w:type="spellEnd"/>
      <w:r w:rsidRPr="00846012">
        <w:rPr>
          <w:rFonts w:ascii="Arial" w:hAnsi="Arial"/>
          <w:lang w:val="fr-FR"/>
        </w:rPr>
        <w:t xml:space="preserve">. </w:t>
      </w:r>
      <w:proofErr w:type="spellStart"/>
      <w:r w:rsidRPr="00846012">
        <w:rPr>
          <w:rFonts w:ascii="Arial" w:hAnsi="Arial"/>
          <w:lang w:val="fr-FR"/>
        </w:rPr>
        <w:t>Produse</w:t>
      </w:r>
      <w:proofErr w:type="spellEnd"/>
      <w:r w:rsidRPr="00846012">
        <w:rPr>
          <w:rFonts w:ascii="Arial" w:hAnsi="Arial"/>
          <w:lang w:val="fr-FR"/>
        </w:rPr>
        <w:t xml:space="preserve"> </w:t>
      </w:r>
      <w:proofErr w:type="spellStart"/>
      <w:r w:rsidRPr="00846012">
        <w:rPr>
          <w:rFonts w:ascii="Arial" w:hAnsi="Arial"/>
          <w:lang w:val="fr-FR"/>
        </w:rPr>
        <w:t>comercializate</w:t>
      </w:r>
      <w:proofErr w:type="spellEnd"/>
    </w:p>
    <w:p w14:paraId="6E5815F8" w14:textId="77777777" w:rsidR="003260D0" w:rsidRPr="00846012" w:rsidRDefault="00916C8E">
      <w:pPr>
        <w:spacing w:after="120"/>
        <w:jc w:val="both"/>
        <w:rPr>
          <w:lang w:val="fr-FR"/>
        </w:rPr>
      </w:pPr>
      <w:r w:rsidRPr="00846012">
        <w:rPr>
          <w:lang w:val="fr-FR"/>
        </w:rPr>
        <w:t xml:space="preserve">Prin </w:t>
      </w:r>
      <w:proofErr w:type="spellStart"/>
      <w:r w:rsidRPr="00846012">
        <w:rPr>
          <w:lang w:val="fr-FR"/>
        </w:rPr>
        <w:t>intermediul</w:t>
      </w:r>
      <w:proofErr w:type="spellEnd"/>
      <w:r w:rsidRPr="00846012">
        <w:rPr>
          <w:lang w:val="fr-FR"/>
        </w:rPr>
        <w:t xml:space="preserve"> site-</w:t>
      </w:r>
      <w:proofErr w:type="spellStart"/>
      <w:r w:rsidRPr="00846012">
        <w:rPr>
          <w:lang w:val="fr-FR"/>
        </w:rPr>
        <w:t>ului</w:t>
      </w:r>
      <w:proofErr w:type="spellEnd"/>
      <w:r w:rsidRPr="00846012">
        <w:rPr>
          <w:lang w:val="fr-FR"/>
        </w:rPr>
        <w:t xml:space="preserve"> www.winnersgroup.ro, WINNERS GROUP COMPANIE DE BROKERAJ S.R.L. </w:t>
      </w:r>
      <w:proofErr w:type="spellStart"/>
      <w:r w:rsidRPr="00846012">
        <w:rPr>
          <w:lang w:val="fr-FR"/>
        </w:rPr>
        <w:t>desfășoară</w:t>
      </w:r>
      <w:proofErr w:type="spellEnd"/>
      <w:r w:rsidRPr="00846012">
        <w:rPr>
          <w:lang w:val="fr-FR"/>
        </w:rPr>
        <w:t xml:space="preserve"> </w:t>
      </w:r>
      <w:proofErr w:type="spellStart"/>
      <w:r w:rsidRPr="00846012">
        <w:rPr>
          <w:lang w:val="fr-FR"/>
        </w:rPr>
        <w:t>activitate</w:t>
      </w:r>
      <w:proofErr w:type="spellEnd"/>
      <w:r w:rsidRPr="00846012">
        <w:rPr>
          <w:lang w:val="fr-FR"/>
        </w:rPr>
        <w:t xml:space="preserve"> de </w:t>
      </w:r>
      <w:proofErr w:type="spellStart"/>
      <w:r w:rsidRPr="00846012">
        <w:rPr>
          <w:lang w:val="fr-FR"/>
        </w:rPr>
        <w:t>distribuție</w:t>
      </w:r>
      <w:proofErr w:type="spellEnd"/>
      <w:r w:rsidRPr="00846012">
        <w:rPr>
          <w:lang w:val="fr-FR"/>
        </w:rPr>
        <w:t xml:space="preserve"> de </w:t>
      </w:r>
      <w:proofErr w:type="spellStart"/>
      <w:r w:rsidRPr="00846012">
        <w:rPr>
          <w:lang w:val="fr-FR"/>
        </w:rPr>
        <w:t>asigurări</w:t>
      </w:r>
      <w:proofErr w:type="spellEnd"/>
      <w:r w:rsidRPr="00846012">
        <w:rPr>
          <w:lang w:val="fr-FR"/>
        </w:rPr>
        <w:t xml:space="preserve">, </w:t>
      </w:r>
      <w:proofErr w:type="spellStart"/>
      <w:r w:rsidRPr="00846012">
        <w:rPr>
          <w:lang w:val="fr-FR"/>
        </w:rPr>
        <w:t>punând</w:t>
      </w:r>
      <w:proofErr w:type="spellEnd"/>
      <w:r w:rsidRPr="00846012">
        <w:rPr>
          <w:lang w:val="fr-FR"/>
        </w:rPr>
        <w:t xml:space="preserve"> la </w:t>
      </w:r>
      <w:proofErr w:type="spellStart"/>
      <w:r w:rsidRPr="00846012">
        <w:rPr>
          <w:lang w:val="fr-FR"/>
        </w:rPr>
        <w:t>dispoziția</w:t>
      </w:r>
      <w:proofErr w:type="spellEnd"/>
      <w:r w:rsidRPr="00846012">
        <w:rPr>
          <w:lang w:val="fr-FR"/>
        </w:rPr>
        <w:t xml:space="preserve"> </w:t>
      </w:r>
      <w:proofErr w:type="spellStart"/>
      <w:r w:rsidRPr="00846012">
        <w:rPr>
          <w:lang w:val="fr-FR"/>
        </w:rPr>
        <w:t>Utilizatorilor</w:t>
      </w:r>
      <w:proofErr w:type="spellEnd"/>
      <w:r w:rsidRPr="00846012">
        <w:rPr>
          <w:lang w:val="fr-FR"/>
        </w:rPr>
        <w:t xml:space="preserve"> un </w:t>
      </w:r>
      <w:proofErr w:type="spellStart"/>
      <w:r w:rsidRPr="00846012">
        <w:rPr>
          <w:lang w:val="fr-FR"/>
        </w:rPr>
        <w:t>calculator</w:t>
      </w:r>
      <w:proofErr w:type="spellEnd"/>
      <w:r w:rsidRPr="00846012">
        <w:rPr>
          <w:lang w:val="fr-FR"/>
        </w:rPr>
        <w:t xml:space="preserve"> online </w:t>
      </w:r>
      <w:proofErr w:type="spellStart"/>
      <w:r w:rsidRPr="00846012">
        <w:rPr>
          <w:lang w:val="fr-FR"/>
        </w:rPr>
        <w:t>pentru</w:t>
      </w:r>
      <w:proofErr w:type="spellEnd"/>
      <w:r w:rsidRPr="00846012">
        <w:rPr>
          <w:lang w:val="fr-FR"/>
        </w:rPr>
        <w:t xml:space="preserve"> </w:t>
      </w:r>
      <w:proofErr w:type="spellStart"/>
      <w:r w:rsidRPr="00846012">
        <w:rPr>
          <w:b/>
          <w:lang w:val="fr-FR"/>
        </w:rPr>
        <w:t>polițele</w:t>
      </w:r>
      <w:proofErr w:type="spellEnd"/>
      <w:r w:rsidRPr="00846012">
        <w:rPr>
          <w:b/>
          <w:lang w:val="fr-FR"/>
        </w:rPr>
        <w:t xml:space="preserve"> de </w:t>
      </w:r>
      <w:proofErr w:type="spellStart"/>
      <w:r w:rsidRPr="00846012">
        <w:rPr>
          <w:b/>
          <w:lang w:val="fr-FR"/>
        </w:rPr>
        <w:t>Asigurare</w:t>
      </w:r>
      <w:proofErr w:type="spellEnd"/>
      <w:r w:rsidRPr="00846012">
        <w:rPr>
          <w:b/>
          <w:lang w:val="fr-FR"/>
        </w:rPr>
        <w:t xml:space="preserve"> </w:t>
      </w:r>
      <w:proofErr w:type="spellStart"/>
      <w:r w:rsidRPr="00846012">
        <w:rPr>
          <w:b/>
          <w:lang w:val="fr-FR"/>
        </w:rPr>
        <w:t>Obligatorie</w:t>
      </w:r>
      <w:proofErr w:type="spellEnd"/>
      <w:r w:rsidRPr="00846012">
        <w:rPr>
          <w:b/>
          <w:lang w:val="fr-FR"/>
        </w:rPr>
        <w:t xml:space="preserve"> de </w:t>
      </w:r>
      <w:proofErr w:type="spellStart"/>
      <w:r w:rsidRPr="00846012">
        <w:rPr>
          <w:b/>
          <w:lang w:val="fr-FR"/>
        </w:rPr>
        <w:t>Răspundere</w:t>
      </w:r>
      <w:proofErr w:type="spellEnd"/>
      <w:r w:rsidRPr="00846012">
        <w:rPr>
          <w:b/>
          <w:lang w:val="fr-FR"/>
        </w:rPr>
        <w:t xml:space="preserve"> </w:t>
      </w:r>
      <w:proofErr w:type="spellStart"/>
      <w:r w:rsidRPr="00846012">
        <w:rPr>
          <w:b/>
          <w:lang w:val="fr-FR"/>
        </w:rPr>
        <w:t>Civilă</w:t>
      </w:r>
      <w:proofErr w:type="spellEnd"/>
      <w:r w:rsidRPr="00846012">
        <w:rPr>
          <w:b/>
          <w:lang w:val="fr-FR"/>
        </w:rPr>
        <w:t xml:space="preserve"> Auto (RCA)</w:t>
      </w:r>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calitate</w:t>
      </w:r>
      <w:proofErr w:type="spellEnd"/>
      <w:r w:rsidRPr="00846012">
        <w:rPr>
          <w:lang w:val="fr-FR"/>
        </w:rPr>
        <w:t xml:space="preserve"> de </w:t>
      </w:r>
      <w:proofErr w:type="spellStart"/>
      <w:r w:rsidRPr="00846012">
        <w:rPr>
          <w:lang w:val="fr-FR"/>
        </w:rPr>
        <w:t>intermediar</w:t>
      </w:r>
      <w:proofErr w:type="spellEnd"/>
      <w:r w:rsidRPr="00846012">
        <w:rPr>
          <w:lang w:val="fr-FR"/>
        </w:rPr>
        <w:t xml:space="preserve"> principal </w:t>
      </w:r>
      <w:proofErr w:type="spellStart"/>
      <w:r w:rsidRPr="00846012">
        <w:rPr>
          <w:lang w:val="fr-FR"/>
        </w:rPr>
        <w:t>autorizat</w:t>
      </w:r>
      <w:proofErr w:type="spellEnd"/>
      <w:r w:rsidRPr="00846012">
        <w:rPr>
          <w:lang w:val="fr-FR"/>
        </w:rPr>
        <w:t xml:space="preserve"> de A.S.F.</w:t>
      </w:r>
    </w:p>
    <w:p w14:paraId="444FCF7E" w14:textId="77777777" w:rsidR="003260D0" w:rsidRPr="00846012" w:rsidRDefault="00916C8E">
      <w:pPr>
        <w:spacing w:after="120"/>
        <w:jc w:val="both"/>
        <w:rPr>
          <w:lang w:val="fr-FR"/>
        </w:rPr>
      </w:pPr>
      <w:proofErr w:type="spellStart"/>
      <w:r w:rsidRPr="00846012">
        <w:rPr>
          <w:lang w:val="fr-FR"/>
        </w:rPr>
        <w:t>Calculatorul</w:t>
      </w:r>
      <w:proofErr w:type="spellEnd"/>
      <w:r w:rsidRPr="00846012">
        <w:rPr>
          <w:lang w:val="fr-FR"/>
        </w:rPr>
        <w:t xml:space="preserve"> </w:t>
      </w:r>
      <w:proofErr w:type="spellStart"/>
      <w:r w:rsidRPr="00846012">
        <w:rPr>
          <w:lang w:val="fr-FR"/>
        </w:rPr>
        <w:t>afișează</w:t>
      </w:r>
      <w:proofErr w:type="spellEnd"/>
      <w:r w:rsidRPr="00846012">
        <w:rPr>
          <w:lang w:val="fr-FR"/>
        </w:rPr>
        <w:t xml:space="preserve"> </w:t>
      </w:r>
      <w:proofErr w:type="spellStart"/>
      <w:r w:rsidRPr="00846012">
        <w:rPr>
          <w:b/>
          <w:lang w:val="fr-FR"/>
        </w:rPr>
        <w:t>tarifele</w:t>
      </w:r>
      <w:proofErr w:type="spellEnd"/>
      <w:r w:rsidRPr="00846012">
        <w:rPr>
          <w:b/>
          <w:lang w:val="fr-FR"/>
        </w:rPr>
        <w:t xml:space="preserve"> </w:t>
      </w:r>
      <w:proofErr w:type="spellStart"/>
      <w:r w:rsidRPr="00846012">
        <w:rPr>
          <w:b/>
          <w:lang w:val="fr-FR"/>
        </w:rPr>
        <w:t>asigurătorilor</w:t>
      </w:r>
      <w:proofErr w:type="spellEnd"/>
      <w:r w:rsidRPr="00846012">
        <w:rPr>
          <w:b/>
          <w:lang w:val="fr-FR"/>
        </w:rPr>
        <w:t xml:space="preserve"> </w:t>
      </w:r>
      <w:proofErr w:type="spellStart"/>
      <w:r w:rsidRPr="00846012">
        <w:rPr>
          <w:b/>
          <w:lang w:val="fr-FR"/>
        </w:rPr>
        <w:t>parteneri</w:t>
      </w:r>
      <w:proofErr w:type="spellEnd"/>
      <w:r w:rsidRPr="00846012">
        <w:rPr>
          <w:lang w:val="fr-FR"/>
        </w:rPr>
        <w:t xml:space="preserve"> </w:t>
      </w:r>
      <w:proofErr w:type="spellStart"/>
      <w:r w:rsidRPr="00846012">
        <w:rPr>
          <w:lang w:val="fr-FR"/>
        </w:rPr>
        <w:t>cu</w:t>
      </w:r>
      <w:proofErr w:type="spellEnd"/>
      <w:r w:rsidRPr="00846012">
        <w:rPr>
          <w:lang w:val="fr-FR"/>
        </w:rPr>
        <w:t xml:space="preserve"> care WINNERS GROUP COMPANIE DE BROKERAJ S.R.L. are </w:t>
      </w:r>
      <w:proofErr w:type="spellStart"/>
      <w:r w:rsidRPr="00846012">
        <w:rPr>
          <w:lang w:val="fr-FR"/>
        </w:rPr>
        <w:t>încheiate</w:t>
      </w:r>
      <w:proofErr w:type="spellEnd"/>
      <w:r w:rsidRPr="00846012">
        <w:rPr>
          <w:lang w:val="fr-FR"/>
        </w:rPr>
        <w:t xml:space="preserve"> contracte de </w:t>
      </w:r>
      <w:proofErr w:type="spellStart"/>
      <w:r w:rsidRPr="00846012">
        <w:rPr>
          <w:lang w:val="fr-FR"/>
        </w:rPr>
        <w:t>colaborare</w:t>
      </w:r>
      <w:proofErr w:type="spellEnd"/>
      <w:r w:rsidRPr="00846012">
        <w:rPr>
          <w:lang w:val="fr-FR"/>
        </w:rPr>
        <w:t xml:space="preserve"> </w:t>
      </w:r>
      <w:proofErr w:type="spellStart"/>
      <w:r w:rsidRPr="00846012">
        <w:rPr>
          <w:lang w:val="fr-FR"/>
        </w:rPr>
        <w:t>valabile</w:t>
      </w:r>
      <w:proofErr w:type="spellEnd"/>
      <w:r w:rsidRPr="00846012">
        <w:rPr>
          <w:lang w:val="fr-FR"/>
        </w:rPr>
        <w:t xml:space="preserve"> la </w:t>
      </w:r>
      <w:proofErr w:type="spellStart"/>
      <w:r w:rsidRPr="00846012">
        <w:rPr>
          <w:lang w:val="fr-FR"/>
        </w:rPr>
        <w:t>momentul</w:t>
      </w:r>
      <w:proofErr w:type="spellEnd"/>
      <w:r w:rsidRPr="00846012">
        <w:rPr>
          <w:lang w:val="fr-FR"/>
        </w:rPr>
        <w:t xml:space="preserve"> </w:t>
      </w:r>
      <w:proofErr w:type="spellStart"/>
      <w:r w:rsidRPr="00846012">
        <w:rPr>
          <w:lang w:val="fr-FR"/>
        </w:rPr>
        <w:t>cererii</w:t>
      </w:r>
      <w:proofErr w:type="spellEnd"/>
      <w:r w:rsidRPr="00846012">
        <w:rPr>
          <w:lang w:val="fr-FR"/>
        </w:rPr>
        <w:t xml:space="preserve"> de </w:t>
      </w:r>
      <w:proofErr w:type="spellStart"/>
      <w:r w:rsidRPr="00846012">
        <w:rPr>
          <w:lang w:val="fr-FR"/>
        </w:rPr>
        <w:t>ofertă</w:t>
      </w:r>
      <w:proofErr w:type="spellEnd"/>
      <w:r w:rsidRPr="00846012">
        <w:rPr>
          <w:lang w:val="fr-FR"/>
        </w:rPr>
        <w:t xml:space="preserve">. Lista </w:t>
      </w:r>
      <w:proofErr w:type="spellStart"/>
      <w:r w:rsidRPr="00846012">
        <w:rPr>
          <w:lang w:val="fr-FR"/>
        </w:rPr>
        <w:t>asigurătorilor</w:t>
      </w:r>
      <w:proofErr w:type="spellEnd"/>
      <w:r w:rsidRPr="00846012">
        <w:rPr>
          <w:lang w:val="fr-FR"/>
        </w:rPr>
        <w:t xml:space="preserve"> </w:t>
      </w:r>
      <w:proofErr w:type="spellStart"/>
      <w:r w:rsidRPr="00846012">
        <w:rPr>
          <w:lang w:val="fr-FR"/>
        </w:rPr>
        <w:t>parteneri</w:t>
      </w:r>
      <w:proofErr w:type="spellEnd"/>
      <w:r w:rsidRPr="00846012">
        <w:rPr>
          <w:lang w:val="fr-FR"/>
        </w:rPr>
        <w:t xml:space="preserve"> </w:t>
      </w:r>
      <w:proofErr w:type="spellStart"/>
      <w:r w:rsidRPr="00846012">
        <w:rPr>
          <w:lang w:val="fr-FR"/>
        </w:rPr>
        <w:t>poate</w:t>
      </w:r>
      <w:proofErr w:type="spellEnd"/>
      <w:r w:rsidRPr="00846012">
        <w:rPr>
          <w:lang w:val="fr-FR"/>
        </w:rPr>
        <w:t xml:space="preserve"> fi </w:t>
      </w:r>
      <w:proofErr w:type="spellStart"/>
      <w:r w:rsidRPr="00846012">
        <w:rPr>
          <w:lang w:val="fr-FR"/>
        </w:rPr>
        <w:t>actualizată</w:t>
      </w:r>
      <w:proofErr w:type="spellEnd"/>
      <w:r w:rsidRPr="00846012">
        <w:rPr>
          <w:lang w:val="fr-FR"/>
        </w:rPr>
        <w:t xml:space="preserve"> </w:t>
      </w:r>
      <w:proofErr w:type="spellStart"/>
      <w:r w:rsidRPr="00846012">
        <w:rPr>
          <w:lang w:val="fr-FR"/>
        </w:rPr>
        <w:t>periodic</w:t>
      </w:r>
      <w:proofErr w:type="spellEnd"/>
      <w:r w:rsidRPr="00846012">
        <w:rPr>
          <w:lang w:val="fr-FR"/>
        </w:rPr>
        <w:t xml:space="preserve">, </w:t>
      </w:r>
      <w:proofErr w:type="spellStart"/>
      <w:r w:rsidRPr="00846012">
        <w:rPr>
          <w:lang w:val="fr-FR"/>
        </w:rPr>
        <w:t>fără</w:t>
      </w:r>
      <w:proofErr w:type="spellEnd"/>
      <w:r w:rsidRPr="00846012">
        <w:rPr>
          <w:lang w:val="fr-FR"/>
        </w:rPr>
        <w:t xml:space="preserve"> </w:t>
      </w:r>
      <w:proofErr w:type="spellStart"/>
      <w:r w:rsidRPr="00846012">
        <w:rPr>
          <w:lang w:val="fr-FR"/>
        </w:rPr>
        <w:t>notificare</w:t>
      </w:r>
      <w:proofErr w:type="spellEnd"/>
      <w:r w:rsidRPr="00846012">
        <w:rPr>
          <w:lang w:val="fr-FR"/>
        </w:rPr>
        <w:t xml:space="preserve"> </w:t>
      </w:r>
      <w:proofErr w:type="spellStart"/>
      <w:r w:rsidRPr="00846012">
        <w:rPr>
          <w:lang w:val="fr-FR"/>
        </w:rPr>
        <w:t>prealabilă</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funcție</w:t>
      </w:r>
      <w:proofErr w:type="spellEnd"/>
      <w:r w:rsidRPr="00846012">
        <w:rPr>
          <w:lang w:val="fr-FR"/>
        </w:rPr>
        <w:t xml:space="preserve"> de </w:t>
      </w:r>
      <w:proofErr w:type="spellStart"/>
      <w:r w:rsidRPr="00846012">
        <w:rPr>
          <w:lang w:val="fr-FR"/>
        </w:rPr>
        <w:t>relațiile</w:t>
      </w:r>
      <w:proofErr w:type="spellEnd"/>
      <w:r w:rsidRPr="00846012">
        <w:rPr>
          <w:lang w:val="fr-FR"/>
        </w:rPr>
        <w:t xml:space="preserve"> </w:t>
      </w:r>
      <w:proofErr w:type="spellStart"/>
      <w:r w:rsidRPr="00846012">
        <w:rPr>
          <w:lang w:val="fr-FR"/>
        </w:rPr>
        <w:t>comerciale</w:t>
      </w:r>
      <w:proofErr w:type="spellEnd"/>
      <w:r w:rsidRPr="00846012">
        <w:rPr>
          <w:lang w:val="fr-FR"/>
        </w:rPr>
        <w:t xml:space="preserve"> </w:t>
      </w:r>
      <w:proofErr w:type="spellStart"/>
      <w:r w:rsidRPr="00846012">
        <w:rPr>
          <w:lang w:val="fr-FR"/>
        </w:rPr>
        <w:t>curente</w:t>
      </w:r>
      <w:proofErr w:type="spellEnd"/>
      <w:r w:rsidRPr="00846012">
        <w:rPr>
          <w:lang w:val="fr-FR"/>
        </w:rPr>
        <w:t xml:space="preserve"> ale </w:t>
      </w:r>
      <w:proofErr w:type="spellStart"/>
      <w:r w:rsidRPr="00846012">
        <w:rPr>
          <w:lang w:val="fr-FR"/>
        </w:rPr>
        <w:t>Brokerului</w:t>
      </w:r>
      <w:proofErr w:type="spellEnd"/>
      <w:r w:rsidRPr="00846012">
        <w:rPr>
          <w:lang w:val="fr-FR"/>
        </w:rPr>
        <w:t>.</w:t>
      </w:r>
    </w:p>
    <w:p w14:paraId="44D7ED1D" w14:textId="77777777" w:rsidR="003260D0" w:rsidRPr="00846012" w:rsidRDefault="00916C8E">
      <w:pPr>
        <w:spacing w:after="120"/>
        <w:jc w:val="both"/>
        <w:rPr>
          <w:lang w:val="fr-FR"/>
        </w:rPr>
      </w:pPr>
      <w:r w:rsidRPr="00846012">
        <w:rPr>
          <w:lang w:val="fr-FR"/>
        </w:rPr>
        <w:t xml:space="preserve">WINNERS GROUP COMPANIE DE BROKERAJ S.R.L. nu </w:t>
      </w:r>
      <w:proofErr w:type="spellStart"/>
      <w:r w:rsidRPr="00846012">
        <w:rPr>
          <w:lang w:val="fr-FR"/>
        </w:rPr>
        <w:t>reprezintă</w:t>
      </w:r>
      <w:proofErr w:type="spellEnd"/>
      <w:r w:rsidRPr="00846012">
        <w:rPr>
          <w:lang w:val="fr-FR"/>
        </w:rPr>
        <w:t xml:space="preserve"> </w:t>
      </w:r>
      <w:proofErr w:type="spellStart"/>
      <w:r w:rsidRPr="00846012">
        <w:rPr>
          <w:lang w:val="fr-FR"/>
        </w:rPr>
        <w:t>întreaga</w:t>
      </w:r>
      <w:proofErr w:type="spellEnd"/>
      <w:r w:rsidRPr="00846012">
        <w:rPr>
          <w:lang w:val="fr-FR"/>
        </w:rPr>
        <w:t xml:space="preserve"> </w:t>
      </w:r>
      <w:proofErr w:type="spellStart"/>
      <w:r w:rsidRPr="00846012">
        <w:rPr>
          <w:lang w:val="fr-FR"/>
        </w:rPr>
        <w:t>piață</w:t>
      </w:r>
      <w:proofErr w:type="spellEnd"/>
      <w:r w:rsidRPr="00846012">
        <w:rPr>
          <w:lang w:val="fr-FR"/>
        </w:rPr>
        <w:t xml:space="preserve"> de </w:t>
      </w:r>
      <w:proofErr w:type="spellStart"/>
      <w:r w:rsidRPr="00846012">
        <w:rPr>
          <w:lang w:val="fr-FR"/>
        </w:rPr>
        <w:t>asigurări</w:t>
      </w:r>
      <w:proofErr w:type="spellEnd"/>
      <w:r w:rsidRPr="00846012">
        <w:rPr>
          <w:lang w:val="fr-FR"/>
        </w:rPr>
        <w:t xml:space="preserve"> RCA </w:t>
      </w:r>
      <w:proofErr w:type="spellStart"/>
      <w:r w:rsidRPr="00846012">
        <w:rPr>
          <w:lang w:val="fr-FR"/>
        </w:rPr>
        <w:t>din</w:t>
      </w:r>
      <w:proofErr w:type="spellEnd"/>
      <w:r w:rsidRPr="00846012">
        <w:rPr>
          <w:lang w:val="fr-FR"/>
        </w:rPr>
        <w:t xml:space="preserve"> </w:t>
      </w:r>
      <w:proofErr w:type="spellStart"/>
      <w:r w:rsidRPr="00846012">
        <w:rPr>
          <w:lang w:val="fr-FR"/>
        </w:rPr>
        <w:t>România</w:t>
      </w:r>
      <w:proofErr w:type="spellEnd"/>
      <w:r w:rsidRPr="00846012">
        <w:rPr>
          <w:lang w:val="fr-FR"/>
        </w:rPr>
        <w:t xml:space="preserve">. </w:t>
      </w:r>
      <w:proofErr w:type="spellStart"/>
      <w:r w:rsidRPr="00846012">
        <w:rPr>
          <w:lang w:val="fr-FR"/>
        </w:rPr>
        <w:t>Utilizatorul</w:t>
      </w:r>
      <w:proofErr w:type="spellEnd"/>
      <w:r w:rsidRPr="00846012">
        <w:rPr>
          <w:lang w:val="fr-FR"/>
        </w:rPr>
        <w:t xml:space="preserve"> </w:t>
      </w:r>
      <w:proofErr w:type="spellStart"/>
      <w:r w:rsidRPr="00846012">
        <w:rPr>
          <w:lang w:val="fr-FR"/>
        </w:rPr>
        <w:t>ia</w:t>
      </w:r>
      <w:proofErr w:type="spellEnd"/>
      <w:r w:rsidRPr="00846012">
        <w:rPr>
          <w:lang w:val="fr-FR"/>
        </w:rPr>
        <w:t xml:space="preserve"> </w:t>
      </w:r>
      <w:proofErr w:type="spellStart"/>
      <w:r w:rsidRPr="00846012">
        <w:rPr>
          <w:lang w:val="fr-FR"/>
        </w:rPr>
        <w:t>act</w:t>
      </w:r>
      <w:proofErr w:type="spellEnd"/>
      <w:r w:rsidRPr="00846012">
        <w:rPr>
          <w:lang w:val="fr-FR"/>
        </w:rPr>
        <w:t xml:space="preserve"> de </w:t>
      </w:r>
      <w:proofErr w:type="spellStart"/>
      <w:r w:rsidRPr="00846012">
        <w:rPr>
          <w:lang w:val="fr-FR"/>
        </w:rPr>
        <w:t>faptul</w:t>
      </w:r>
      <w:proofErr w:type="spellEnd"/>
      <w:r w:rsidRPr="00846012">
        <w:rPr>
          <w:lang w:val="fr-FR"/>
        </w:rPr>
        <w:t xml:space="preserve"> </w:t>
      </w:r>
      <w:proofErr w:type="spellStart"/>
      <w:r w:rsidRPr="00846012">
        <w:rPr>
          <w:lang w:val="fr-FR"/>
        </w:rPr>
        <w:t>că</w:t>
      </w:r>
      <w:proofErr w:type="spellEnd"/>
      <w:r w:rsidRPr="00846012">
        <w:rPr>
          <w:lang w:val="fr-FR"/>
        </w:rPr>
        <w:t xml:space="preserve"> </w:t>
      </w:r>
      <w:proofErr w:type="spellStart"/>
      <w:r w:rsidRPr="00846012">
        <w:rPr>
          <w:lang w:val="fr-FR"/>
        </w:rPr>
        <w:t>ofertele</w:t>
      </w:r>
      <w:proofErr w:type="spellEnd"/>
      <w:r w:rsidRPr="00846012">
        <w:rPr>
          <w:lang w:val="fr-FR"/>
        </w:rPr>
        <w:t xml:space="preserve"> </w:t>
      </w:r>
      <w:proofErr w:type="spellStart"/>
      <w:r w:rsidRPr="00846012">
        <w:rPr>
          <w:lang w:val="fr-FR"/>
        </w:rPr>
        <w:t>afișate</w:t>
      </w:r>
      <w:proofErr w:type="spellEnd"/>
      <w:r w:rsidRPr="00846012">
        <w:rPr>
          <w:lang w:val="fr-FR"/>
        </w:rPr>
        <w:t xml:space="preserve"> </w:t>
      </w:r>
      <w:proofErr w:type="spellStart"/>
      <w:r w:rsidRPr="00846012">
        <w:rPr>
          <w:lang w:val="fr-FR"/>
        </w:rPr>
        <w:t>pe</w:t>
      </w:r>
      <w:proofErr w:type="spellEnd"/>
      <w:r w:rsidRPr="00846012">
        <w:rPr>
          <w:lang w:val="fr-FR"/>
        </w:rPr>
        <w:t xml:space="preserve"> site provin </w:t>
      </w:r>
      <w:proofErr w:type="spellStart"/>
      <w:r w:rsidRPr="00846012">
        <w:rPr>
          <w:lang w:val="fr-FR"/>
        </w:rPr>
        <w:t>exclusiv</w:t>
      </w:r>
      <w:proofErr w:type="spellEnd"/>
      <w:r w:rsidRPr="00846012">
        <w:rPr>
          <w:lang w:val="fr-FR"/>
        </w:rPr>
        <w:t xml:space="preserve"> de la </w:t>
      </w:r>
      <w:proofErr w:type="spellStart"/>
      <w:proofErr w:type="gramStart"/>
      <w:r w:rsidRPr="00846012">
        <w:rPr>
          <w:lang w:val="fr-FR"/>
        </w:rPr>
        <w:lastRenderedPageBreak/>
        <w:t>asigurătorii</w:t>
      </w:r>
      <w:proofErr w:type="spellEnd"/>
      <w:proofErr w:type="gramEnd"/>
      <w:r w:rsidRPr="00846012">
        <w:rPr>
          <w:lang w:val="fr-FR"/>
        </w:rPr>
        <w:t xml:space="preserve"> </w:t>
      </w:r>
      <w:proofErr w:type="spellStart"/>
      <w:r w:rsidRPr="00846012">
        <w:rPr>
          <w:lang w:val="fr-FR"/>
        </w:rPr>
        <w:t>cu</w:t>
      </w:r>
      <w:proofErr w:type="spellEnd"/>
      <w:r w:rsidRPr="00846012">
        <w:rPr>
          <w:lang w:val="fr-FR"/>
        </w:rPr>
        <w:t xml:space="preserve"> care </w:t>
      </w:r>
      <w:proofErr w:type="spellStart"/>
      <w:r w:rsidRPr="00846012">
        <w:rPr>
          <w:lang w:val="fr-FR"/>
        </w:rPr>
        <w:t>Brokerul</w:t>
      </w:r>
      <w:proofErr w:type="spellEnd"/>
      <w:r w:rsidRPr="00846012">
        <w:rPr>
          <w:lang w:val="fr-FR"/>
        </w:rPr>
        <w:t xml:space="preserve"> are </w:t>
      </w:r>
      <w:proofErr w:type="spellStart"/>
      <w:r w:rsidRPr="00846012">
        <w:rPr>
          <w:lang w:val="fr-FR"/>
        </w:rPr>
        <w:t>parteneriat</w:t>
      </w:r>
      <w:proofErr w:type="spellEnd"/>
      <w:r w:rsidRPr="00846012">
        <w:rPr>
          <w:lang w:val="fr-FR"/>
        </w:rPr>
        <w:t xml:space="preserve"> </w:t>
      </w:r>
      <w:proofErr w:type="spellStart"/>
      <w:r w:rsidRPr="00846012">
        <w:rPr>
          <w:lang w:val="fr-FR"/>
        </w:rPr>
        <w:t>și</w:t>
      </w:r>
      <w:proofErr w:type="spellEnd"/>
      <w:r w:rsidRPr="00846012">
        <w:rPr>
          <w:lang w:val="fr-FR"/>
        </w:rPr>
        <w:t xml:space="preserve"> nu </w:t>
      </w:r>
      <w:proofErr w:type="spellStart"/>
      <w:r w:rsidRPr="00846012">
        <w:rPr>
          <w:lang w:val="fr-FR"/>
        </w:rPr>
        <w:t>constituie</w:t>
      </w:r>
      <w:proofErr w:type="spellEnd"/>
      <w:r w:rsidRPr="00846012">
        <w:rPr>
          <w:lang w:val="fr-FR"/>
        </w:rPr>
        <w:t xml:space="preserve"> o </w:t>
      </w:r>
      <w:proofErr w:type="spellStart"/>
      <w:r w:rsidRPr="00846012">
        <w:rPr>
          <w:lang w:val="fr-FR"/>
        </w:rPr>
        <w:t>ofertă</w:t>
      </w:r>
      <w:proofErr w:type="spellEnd"/>
      <w:r w:rsidRPr="00846012">
        <w:rPr>
          <w:lang w:val="fr-FR"/>
        </w:rPr>
        <w:t xml:space="preserve"> </w:t>
      </w:r>
      <w:proofErr w:type="spellStart"/>
      <w:r w:rsidRPr="00846012">
        <w:rPr>
          <w:lang w:val="fr-FR"/>
        </w:rPr>
        <w:t>comparativă</w:t>
      </w:r>
      <w:proofErr w:type="spellEnd"/>
      <w:r w:rsidRPr="00846012">
        <w:rPr>
          <w:lang w:val="fr-FR"/>
        </w:rPr>
        <w:t xml:space="preserve"> </w:t>
      </w:r>
      <w:proofErr w:type="spellStart"/>
      <w:r w:rsidRPr="00846012">
        <w:rPr>
          <w:lang w:val="fr-FR"/>
        </w:rPr>
        <w:t>completă</w:t>
      </w:r>
      <w:proofErr w:type="spellEnd"/>
      <w:r w:rsidRPr="00846012">
        <w:rPr>
          <w:lang w:val="fr-FR"/>
        </w:rPr>
        <w:t xml:space="preserve"> a </w:t>
      </w:r>
      <w:proofErr w:type="spellStart"/>
      <w:r w:rsidRPr="00846012">
        <w:rPr>
          <w:lang w:val="fr-FR"/>
        </w:rPr>
        <w:t>tuturor</w:t>
      </w:r>
      <w:proofErr w:type="spellEnd"/>
      <w:r w:rsidRPr="00846012">
        <w:rPr>
          <w:lang w:val="fr-FR"/>
        </w:rPr>
        <w:t xml:space="preserve"> </w:t>
      </w:r>
      <w:proofErr w:type="spellStart"/>
      <w:r w:rsidRPr="00846012">
        <w:rPr>
          <w:lang w:val="fr-FR"/>
        </w:rPr>
        <w:t>asigurătorilor</w:t>
      </w:r>
      <w:proofErr w:type="spellEnd"/>
      <w:r w:rsidRPr="00846012">
        <w:rPr>
          <w:lang w:val="fr-FR"/>
        </w:rPr>
        <w:t xml:space="preserve"> RCA </w:t>
      </w:r>
      <w:proofErr w:type="spellStart"/>
      <w:r w:rsidRPr="00846012">
        <w:rPr>
          <w:lang w:val="fr-FR"/>
        </w:rPr>
        <w:t>autorizați</w:t>
      </w:r>
      <w:proofErr w:type="spellEnd"/>
      <w:r w:rsidRPr="00846012">
        <w:rPr>
          <w:lang w:val="fr-FR"/>
        </w:rPr>
        <w:t xml:space="preserve"> </w:t>
      </w:r>
      <w:proofErr w:type="spellStart"/>
      <w:r w:rsidRPr="00846012">
        <w:rPr>
          <w:lang w:val="fr-FR"/>
        </w:rPr>
        <w:t>să</w:t>
      </w:r>
      <w:proofErr w:type="spellEnd"/>
      <w:r w:rsidRPr="00846012">
        <w:rPr>
          <w:lang w:val="fr-FR"/>
        </w:rPr>
        <w:t xml:space="preserve"> </w:t>
      </w:r>
      <w:proofErr w:type="spellStart"/>
      <w:r w:rsidRPr="00846012">
        <w:rPr>
          <w:lang w:val="fr-FR"/>
        </w:rPr>
        <w:t>opereze</w:t>
      </w:r>
      <w:proofErr w:type="spellEnd"/>
      <w:r w:rsidRPr="00846012">
        <w:rPr>
          <w:lang w:val="fr-FR"/>
        </w:rPr>
        <w:t xml:space="preserve"> </w:t>
      </w:r>
      <w:proofErr w:type="spellStart"/>
      <w:r w:rsidRPr="00846012">
        <w:rPr>
          <w:lang w:val="fr-FR"/>
        </w:rPr>
        <w:t>pe</w:t>
      </w:r>
      <w:proofErr w:type="spellEnd"/>
      <w:r w:rsidRPr="00846012">
        <w:rPr>
          <w:lang w:val="fr-FR"/>
        </w:rPr>
        <w:t xml:space="preserve"> </w:t>
      </w:r>
      <w:proofErr w:type="spellStart"/>
      <w:r w:rsidRPr="00846012">
        <w:rPr>
          <w:lang w:val="fr-FR"/>
        </w:rPr>
        <w:t>teritoriul</w:t>
      </w:r>
      <w:proofErr w:type="spellEnd"/>
      <w:r w:rsidRPr="00846012">
        <w:rPr>
          <w:lang w:val="fr-FR"/>
        </w:rPr>
        <w:t xml:space="preserve"> </w:t>
      </w:r>
      <w:proofErr w:type="spellStart"/>
      <w:r w:rsidRPr="00846012">
        <w:rPr>
          <w:lang w:val="fr-FR"/>
        </w:rPr>
        <w:t>României</w:t>
      </w:r>
      <w:proofErr w:type="spellEnd"/>
      <w:r w:rsidRPr="00846012">
        <w:rPr>
          <w:lang w:val="fr-FR"/>
        </w:rPr>
        <w:t>.</w:t>
      </w:r>
    </w:p>
    <w:p w14:paraId="2AB0514C" w14:textId="77777777" w:rsidR="003260D0" w:rsidRPr="00846012" w:rsidRDefault="00916C8E">
      <w:pPr>
        <w:pStyle w:val="Heading2"/>
        <w:rPr>
          <w:lang w:val="fr-FR"/>
        </w:rPr>
      </w:pPr>
      <w:r w:rsidRPr="00846012">
        <w:rPr>
          <w:rFonts w:ascii="Arial" w:hAnsi="Arial"/>
          <w:lang w:val="fr-FR"/>
        </w:rPr>
        <w:t xml:space="preserve">4. </w:t>
      </w:r>
      <w:proofErr w:type="spellStart"/>
      <w:r w:rsidRPr="00846012">
        <w:rPr>
          <w:rFonts w:ascii="Arial" w:hAnsi="Arial"/>
          <w:lang w:val="fr-FR"/>
        </w:rPr>
        <w:t>Reguli</w:t>
      </w:r>
      <w:proofErr w:type="spellEnd"/>
      <w:r w:rsidRPr="00846012">
        <w:rPr>
          <w:rFonts w:ascii="Arial" w:hAnsi="Arial"/>
          <w:lang w:val="fr-FR"/>
        </w:rPr>
        <w:t xml:space="preserve"> de </w:t>
      </w:r>
      <w:proofErr w:type="spellStart"/>
      <w:r w:rsidRPr="00846012">
        <w:rPr>
          <w:rFonts w:ascii="Arial" w:hAnsi="Arial"/>
          <w:lang w:val="fr-FR"/>
        </w:rPr>
        <w:t>utilizare</w:t>
      </w:r>
      <w:proofErr w:type="spellEnd"/>
      <w:r w:rsidRPr="00846012">
        <w:rPr>
          <w:rFonts w:ascii="Arial" w:hAnsi="Arial"/>
          <w:lang w:val="fr-FR"/>
        </w:rPr>
        <w:t xml:space="preserve"> a site-</w:t>
      </w:r>
      <w:proofErr w:type="spellStart"/>
      <w:r w:rsidRPr="00846012">
        <w:rPr>
          <w:rFonts w:ascii="Arial" w:hAnsi="Arial"/>
          <w:lang w:val="fr-FR"/>
        </w:rPr>
        <w:t>ului</w:t>
      </w:r>
      <w:proofErr w:type="spellEnd"/>
      <w:r w:rsidRPr="00846012">
        <w:rPr>
          <w:rFonts w:ascii="Arial" w:hAnsi="Arial"/>
          <w:lang w:val="fr-FR"/>
        </w:rPr>
        <w:t xml:space="preserve">. </w:t>
      </w:r>
      <w:proofErr w:type="spellStart"/>
      <w:r w:rsidRPr="00846012">
        <w:rPr>
          <w:rFonts w:ascii="Arial" w:hAnsi="Arial"/>
          <w:lang w:val="fr-FR"/>
        </w:rPr>
        <w:t>Capacitatea</w:t>
      </w:r>
      <w:proofErr w:type="spellEnd"/>
      <w:r w:rsidRPr="00846012">
        <w:rPr>
          <w:rFonts w:ascii="Arial" w:hAnsi="Arial"/>
          <w:lang w:val="fr-FR"/>
        </w:rPr>
        <w:t xml:space="preserve"> </w:t>
      </w:r>
      <w:proofErr w:type="spellStart"/>
      <w:r w:rsidRPr="00846012">
        <w:rPr>
          <w:rFonts w:ascii="Arial" w:hAnsi="Arial"/>
          <w:lang w:val="fr-FR"/>
        </w:rPr>
        <w:t>Utilizatorului</w:t>
      </w:r>
      <w:proofErr w:type="spellEnd"/>
    </w:p>
    <w:p w14:paraId="492B8954" w14:textId="77777777" w:rsidR="003260D0" w:rsidRPr="00846012" w:rsidRDefault="00916C8E">
      <w:pPr>
        <w:spacing w:after="120"/>
        <w:jc w:val="both"/>
        <w:rPr>
          <w:lang w:val="fr-FR"/>
        </w:rPr>
      </w:pPr>
      <w:proofErr w:type="spellStart"/>
      <w:r w:rsidRPr="00846012">
        <w:rPr>
          <w:lang w:val="fr-FR"/>
        </w:rPr>
        <w:t>Utilizarea</w:t>
      </w:r>
      <w:proofErr w:type="spellEnd"/>
      <w:r w:rsidRPr="00846012">
        <w:rPr>
          <w:lang w:val="fr-FR"/>
        </w:rPr>
        <w:t xml:space="preserve"> site-</w:t>
      </w:r>
      <w:proofErr w:type="spellStart"/>
      <w:r w:rsidRPr="00846012">
        <w:rPr>
          <w:lang w:val="fr-FR"/>
        </w:rPr>
        <w:t>ului</w:t>
      </w:r>
      <w:proofErr w:type="spellEnd"/>
      <w:r w:rsidRPr="00846012">
        <w:rPr>
          <w:lang w:val="fr-FR"/>
        </w:rPr>
        <w:t xml:space="preserve"> www.winnersgroup.ro este </w:t>
      </w:r>
      <w:proofErr w:type="spellStart"/>
      <w:r w:rsidRPr="00846012">
        <w:rPr>
          <w:lang w:val="fr-FR"/>
        </w:rPr>
        <w:t>permisă</w:t>
      </w:r>
      <w:proofErr w:type="spellEnd"/>
      <w:r w:rsidRPr="00846012">
        <w:rPr>
          <w:lang w:val="fr-FR"/>
        </w:rPr>
        <w:t xml:space="preserve"> </w:t>
      </w:r>
      <w:proofErr w:type="spellStart"/>
      <w:r w:rsidRPr="00846012">
        <w:rPr>
          <w:lang w:val="fr-FR"/>
        </w:rPr>
        <w:t>exclusiv</w:t>
      </w:r>
      <w:proofErr w:type="spellEnd"/>
      <w:r w:rsidRPr="00846012">
        <w:rPr>
          <w:lang w:val="fr-FR"/>
        </w:rPr>
        <w:t xml:space="preserve"> </w:t>
      </w:r>
      <w:proofErr w:type="spellStart"/>
      <w:r w:rsidRPr="00846012">
        <w:rPr>
          <w:lang w:val="fr-FR"/>
        </w:rPr>
        <w:t>persoanelor</w:t>
      </w:r>
      <w:proofErr w:type="spellEnd"/>
      <w:r w:rsidRPr="00846012">
        <w:rPr>
          <w:lang w:val="fr-FR"/>
        </w:rPr>
        <w:t xml:space="preserve"> care au </w:t>
      </w:r>
      <w:proofErr w:type="spellStart"/>
      <w:r w:rsidRPr="00846012">
        <w:rPr>
          <w:lang w:val="fr-FR"/>
        </w:rPr>
        <w:t>împlinit</w:t>
      </w:r>
      <w:proofErr w:type="spellEnd"/>
      <w:r w:rsidRPr="00846012">
        <w:rPr>
          <w:lang w:val="fr-FR"/>
        </w:rPr>
        <w:t xml:space="preserve"> </w:t>
      </w:r>
      <w:proofErr w:type="spellStart"/>
      <w:r w:rsidRPr="00846012">
        <w:rPr>
          <w:lang w:val="fr-FR"/>
        </w:rPr>
        <w:t>vârsta</w:t>
      </w:r>
      <w:proofErr w:type="spellEnd"/>
      <w:r w:rsidRPr="00846012">
        <w:rPr>
          <w:lang w:val="fr-FR"/>
        </w:rPr>
        <w:t xml:space="preserve"> de </w:t>
      </w:r>
      <w:r w:rsidRPr="00846012">
        <w:rPr>
          <w:b/>
          <w:lang w:val="fr-FR"/>
        </w:rPr>
        <w:t xml:space="preserve">18 </w:t>
      </w:r>
      <w:proofErr w:type="spellStart"/>
      <w:r w:rsidRPr="00846012">
        <w:rPr>
          <w:b/>
          <w:lang w:val="fr-FR"/>
        </w:rPr>
        <w:t>ani</w:t>
      </w:r>
      <w:proofErr w:type="spellEnd"/>
      <w:r w:rsidRPr="00846012">
        <w:rPr>
          <w:lang w:val="fr-FR"/>
        </w:rPr>
        <w:t xml:space="preserve"> </w:t>
      </w:r>
      <w:proofErr w:type="spellStart"/>
      <w:r w:rsidRPr="00846012">
        <w:rPr>
          <w:lang w:val="fr-FR"/>
        </w:rPr>
        <w:t>și</w:t>
      </w:r>
      <w:proofErr w:type="spellEnd"/>
      <w:r w:rsidRPr="00846012">
        <w:rPr>
          <w:lang w:val="fr-FR"/>
        </w:rPr>
        <w:t xml:space="preserve"> au </w:t>
      </w:r>
      <w:proofErr w:type="spellStart"/>
      <w:r w:rsidRPr="00846012">
        <w:rPr>
          <w:lang w:val="fr-FR"/>
        </w:rPr>
        <w:t>capacitatea</w:t>
      </w:r>
      <w:proofErr w:type="spellEnd"/>
      <w:r w:rsidRPr="00846012">
        <w:rPr>
          <w:lang w:val="fr-FR"/>
        </w:rPr>
        <w:t xml:space="preserve"> </w:t>
      </w:r>
      <w:proofErr w:type="spellStart"/>
      <w:r w:rsidRPr="00846012">
        <w:rPr>
          <w:lang w:val="fr-FR"/>
        </w:rPr>
        <w:t>deplină</w:t>
      </w:r>
      <w:proofErr w:type="spellEnd"/>
      <w:r w:rsidRPr="00846012">
        <w:rPr>
          <w:lang w:val="fr-FR"/>
        </w:rPr>
        <w:t xml:space="preserve"> de </w:t>
      </w:r>
      <w:proofErr w:type="spellStart"/>
      <w:r w:rsidRPr="00846012">
        <w:rPr>
          <w:lang w:val="fr-FR"/>
        </w:rPr>
        <w:t>exercițiu</w:t>
      </w:r>
      <w:proofErr w:type="spellEnd"/>
      <w:r w:rsidRPr="00846012">
        <w:rPr>
          <w:lang w:val="fr-FR"/>
        </w:rPr>
        <w:t xml:space="preserve"> </w:t>
      </w:r>
      <w:proofErr w:type="spellStart"/>
      <w:r w:rsidRPr="00846012">
        <w:rPr>
          <w:lang w:val="fr-FR"/>
        </w:rPr>
        <w:t>pentru</w:t>
      </w:r>
      <w:proofErr w:type="spellEnd"/>
      <w:r w:rsidRPr="00846012">
        <w:rPr>
          <w:lang w:val="fr-FR"/>
        </w:rPr>
        <w:t xml:space="preserve"> a-</w:t>
      </w:r>
      <w:proofErr w:type="spellStart"/>
      <w:r w:rsidRPr="00846012">
        <w:rPr>
          <w:lang w:val="fr-FR"/>
        </w:rPr>
        <w:t>și</w:t>
      </w:r>
      <w:proofErr w:type="spellEnd"/>
      <w:r w:rsidRPr="00846012">
        <w:rPr>
          <w:lang w:val="fr-FR"/>
        </w:rPr>
        <w:t xml:space="preserve"> </w:t>
      </w:r>
      <w:proofErr w:type="spellStart"/>
      <w:r w:rsidRPr="00846012">
        <w:rPr>
          <w:lang w:val="fr-FR"/>
        </w:rPr>
        <w:t>asuma</w:t>
      </w:r>
      <w:proofErr w:type="spellEnd"/>
      <w:r w:rsidRPr="00846012">
        <w:rPr>
          <w:lang w:val="fr-FR"/>
        </w:rPr>
        <w:t xml:space="preserve"> </w:t>
      </w:r>
      <w:proofErr w:type="spellStart"/>
      <w:r w:rsidRPr="00846012">
        <w:rPr>
          <w:lang w:val="fr-FR"/>
        </w:rPr>
        <w:t>personal</w:t>
      </w:r>
      <w:proofErr w:type="spellEnd"/>
      <w:r w:rsidRPr="00846012">
        <w:rPr>
          <w:lang w:val="fr-FR"/>
        </w:rPr>
        <w:t xml:space="preserve"> </w:t>
      </w:r>
      <w:proofErr w:type="spellStart"/>
      <w:r w:rsidRPr="00846012">
        <w:rPr>
          <w:lang w:val="fr-FR"/>
        </w:rPr>
        <w:t>drepturi</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obligații</w:t>
      </w:r>
      <w:proofErr w:type="spellEnd"/>
      <w:r w:rsidRPr="00846012">
        <w:rPr>
          <w:lang w:val="fr-FR"/>
        </w:rPr>
        <w:t xml:space="preserve"> civile.</w:t>
      </w:r>
    </w:p>
    <w:p w14:paraId="2640489D" w14:textId="77777777" w:rsidR="003260D0" w:rsidRPr="00846012" w:rsidRDefault="00916C8E">
      <w:pPr>
        <w:spacing w:after="120"/>
        <w:jc w:val="both"/>
        <w:rPr>
          <w:lang w:val="fr-FR"/>
        </w:rPr>
      </w:pPr>
      <w:proofErr w:type="spellStart"/>
      <w:r w:rsidRPr="00846012">
        <w:rPr>
          <w:lang w:val="fr-FR"/>
        </w:rPr>
        <w:t>Folosirea</w:t>
      </w:r>
      <w:proofErr w:type="spellEnd"/>
      <w:r w:rsidRPr="00846012">
        <w:rPr>
          <w:lang w:val="fr-FR"/>
        </w:rPr>
        <w:t xml:space="preserve"> site-</w:t>
      </w:r>
      <w:proofErr w:type="spellStart"/>
      <w:r w:rsidRPr="00846012">
        <w:rPr>
          <w:lang w:val="fr-FR"/>
        </w:rPr>
        <w:t>ului</w:t>
      </w:r>
      <w:proofErr w:type="spellEnd"/>
      <w:r w:rsidRPr="00846012">
        <w:rPr>
          <w:lang w:val="fr-FR"/>
        </w:rPr>
        <w:t xml:space="preserve"> este </w:t>
      </w:r>
      <w:proofErr w:type="spellStart"/>
      <w:r w:rsidRPr="00846012">
        <w:rPr>
          <w:lang w:val="fr-FR"/>
        </w:rPr>
        <w:t>posibilă</w:t>
      </w:r>
      <w:proofErr w:type="spellEnd"/>
      <w:r w:rsidRPr="00846012">
        <w:rPr>
          <w:lang w:val="fr-FR"/>
        </w:rPr>
        <w:t xml:space="preserve"> </w:t>
      </w:r>
      <w:proofErr w:type="spellStart"/>
      <w:r w:rsidRPr="00846012">
        <w:rPr>
          <w:lang w:val="fr-FR"/>
        </w:rPr>
        <w:t>cu</w:t>
      </w:r>
      <w:proofErr w:type="spellEnd"/>
      <w:r w:rsidRPr="00846012">
        <w:rPr>
          <w:lang w:val="fr-FR"/>
        </w:rPr>
        <w:t xml:space="preserve"> </w:t>
      </w:r>
      <w:proofErr w:type="spellStart"/>
      <w:r w:rsidRPr="00846012">
        <w:rPr>
          <w:lang w:val="fr-FR"/>
        </w:rPr>
        <w:t>condiția</w:t>
      </w:r>
      <w:proofErr w:type="spellEnd"/>
      <w:r w:rsidRPr="00846012">
        <w:rPr>
          <w:lang w:val="fr-FR"/>
        </w:rPr>
        <w:t xml:space="preserve"> </w:t>
      </w:r>
      <w:proofErr w:type="gramStart"/>
      <w:r w:rsidRPr="00846012">
        <w:rPr>
          <w:lang w:val="fr-FR"/>
        </w:rPr>
        <w:t>ca</w:t>
      </w:r>
      <w:proofErr w:type="gramEnd"/>
      <w:r w:rsidRPr="00846012">
        <w:rPr>
          <w:lang w:val="fr-FR"/>
        </w:rPr>
        <w:t xml:space="preserve"> </w:t>
      </w:r>
      <w:proofErr w:type="spellStart"/>
      <w:r w:rsidRPr="00846012">
        <w:rPr>
          <w:lang w:val="fr-FR"/>
        </w:rPr>
        <w:t>browserul</w:t>
      </w:r>
      <w:proofErr w:type="spellEnd"/>
      <w:r w:rsidRPr="00846012">
        <w:rPr>
          <w:lang w:val="fr-FR"/>
        </w:rPr>
        <w:t xml:space="preserve"> de internet al </w:t>
      </w:r>
      <w:proofErr w:type="spellStart"/>
      <w:r w:rsidRPr="00846012">
        <w:rPr>
          <w:lang w:val="fr-FR"/>
        </w:rPr>
        <w:t>Utilizatorului</w:t>
      </w:r>
      <w:proofErr w:type="spellEnd"/>
      <w:r w:rsidRPr="00846012">
        <w:rPr>
          <w:lang w:val="fr-FR"/>
        </w:rPr>
        <w:t xml:space="preserve"> </w:t>
      </w:r>
      <w:proofErr w:type="spellStart"/>
      <w:r w:rsidRPr="00846012">
        <w:rPr>
          <w:lang w:val="fr-FR"/>
        </w:rPr>
        <w:t>să</w:t>
      </w:r>
      <w:proofErr w:type="spellEnd"/>
      <w:r w:rsidRPr="00846012">
        <w:rPr>
          <w:lang w:val="fr-FR"/>
        </w:rPr>
        <w:t xml:space="preserve"> </w:t>
      </w:r>
      <w:proofErr w:type="spellStart"/>
      <w:r w:rsidRPr="00846012">
        <w:rPr>
          <w:lang w:val="fr-FR"/>
        </w:rPr>
        <w:t>aibă</w:t>
      </w:r>
      <w:proofErr w:type="spellEnd"/>
      <w:r w:rsidRPr="00846012">
        <w:rPr>
          <w:lang w:val="fr-FR"/>
        </w:rPr>
        <w:t xml:space="preserve"> </w:t>
      </w:r>
      <w:proofErr w:type="spellStart"/>
      <w:r w:rsidRPr="00846012">
        <w:rPr>
          <w:lang w:val="fr-FR"/>
        </w:rPr>
        <w:t>activate</w:t>
      </w:r>
      <w:proofErr w:type="spellEnd"/>
      <w:r w:rsidRPr="00846012">
        <w:rPr>
          <w:lang w:val="fr-FR"/>
        </w:rPr>
        <w:t xml:space="preserve"> JavaScript </w:t>
      </w:r>
      <w:proofErr w:type="spellStart"/>
      <w:r w:rsidRPr="00846012">
        <w:rPr>
          <w:lang w:val="fr-FR"/>
        </w:rPr>
        <w:t>și</w:t>
      </w:r>
      <w:proofErr w:type="spellEnd"/>
      <w:r w:rsidRPr="00846012">
        <w:rPr>
          <w:lang w:val="fr-FR"/>
        </w:rPr>
        <w:t xml:space="preserve"> Cookies.</w:t>
      </w:r>
    </w:p>
    <w:p w14:paraId="0B2E747F" w14:textId="77777777" w:rsidR="003260D0" w:rsidRDefault="00916C8E">
      <w:pPr>
        <w:spacing w:after="120"/>
        <w:jc w:val="both"/>
      </w:pPr>
      <w:proofErr w:type="spellStart"/>
      <w:r>
        <w:t>Utilizatorul</w:t>
      </w:r>
      <w:proofErr w:type="spellEnd"/>
      <w:r>
        <w:t xml:space="preserve"> se </w:t>
      </w:r>
      <w:proofErr w:type="spellStart"/>
      <w:r>
        <w:t>obligă</w:t>
      </w:r>
      <w:proofErr w:type="spellEnd"/>
      <w:r>
        <w:t>:</w:t>
      </w:r>
    </w:p>
    <w:p w14:paraId="1037EE3A" w14:textId="77777777" w:rsidR="003260D0" w:rsidRPr="00846012" w:rsidRDefault="00916C8E">
      <w:pPr>
        <w:pStyle w:val="ListBullet"/>
        <w:spacing w:after="60"/>
        <w:jc w:val="both"/>
        <w:rPr>
          <w:lang w:val="fr-FR"/>
        </w:rPr>
      </w:pPr>
      <w:proofErr w:type="spellStart"/>
      <w:proofErr w:type="gramStart"/>
      <w:r w:rsidRPr="00846012">
        <w:rPr>
          <w:lang w:val="fr-FR"/>
        </w:rPr>
        <w:t>să</w:t>
      </w:r>
      <w:proofErr w:type="spellEnd"/>
      <w:proofErr w:type="gramEnd"/>
      <w:r w:rsidRPr="00846012">
        <w:rPr>
          <w:lang w:val="fr-FR"/>
        </w:rPr>
        <w:t xml:space="preserve"> </w:t>
      </w:r>
      <w:proofErr w:type="spellStart"/>
      <w:r w:rsidRPr="00846012">
        <w:rPr>
          <w:lang w:val="fr-FR"/>
        </w:rPr>
        <w:t>folosească</w:t>
      </w:r>
      <w:proofErr w:type="spellEnd"/>
      <w:r w:rsidRPr="00846012">
        <w:rPr>
          <w:lang w:val="fr-FR"/>
        </w:rPr>
        <w:t xml:space="preserve"> site-</w:t>
      </w:r>
      <w:proofErr w:type="spellStart"/>
      <w:r w:rsidRPr="00846012">
        <w:rPr>
          <w:lang w:val="fr-FR"/>
        </w:rPr>
        <w:t>ul</w:t>
      </w:r>
      <w:proofErr w:type="spellEnd"/>
      <w:r w:rsidRPr="00846012">
        <w:rPr>
          <w:lang w:val="fr-FR"/>
        </w:rPr>
        <w:t xml:space="preserve"> </w:t>
      </w:r>
      <w:proofErr w:type="spellStart"/>
      <w:r w:rsidRPr="00846012">
        <w:rPr>
          <w:lang w:val="fr-FR"/>
        </w:rPr>
        <w:t>exclusiv</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scopuri</w:t>
      </w:r>
      <w:proofErr w:type="spellEnd"/>
      <w:r w:rsidRPr="00846012">
        <w:rPr>
          <w:lang w:val="fr-FR"/>
        </w:rPr>
        <w:t xml:space="preserve"> </w:t>
      </w:r>
      <w:proofErr w:type="spellStart"/>
      <w:r w:rsidRPr="00846012">
        <w:rPr>
          <w:lang w:val="fr-FR"/>
        </w:rPr>
        <w:t>legale</w:t>
      </w:r>
      <w:proofErr w:type="spellEnd"/>
      <w:r w:rsidRPr="00846012">
        <w:rPr>
          <w:lang w:val="fr-FR"/>
        </w:rPr>
        <w:t xml:space="preserve">, </w:t>
      </w:r>
      <w:proofErr w:type="spellStart"/>
      <w:r w:rsidRPr="00846012">
        <w:rPr>
          <w:lang w:val="fr-FR"/>
        </w:rPr>
        <w:t>cu</w:t>
      </w:r>
      <w:proofErr w:type="spellEnd"/>
      <w:r w:rsidRPr="00846012">
        <w:rPr>
          <w:lang w:val="fr-FR"/>
        </w:rPr>
        <w:t xml:space="preserve"> </w:t>
      </w:r>
      <w:proofErr w:type="spellStart"/>
      <w:r w:rsidRPr="00846012">
        <w:rPr>
          <w:lang w:val="fr-FR"/>
        </w:rPr>
        <w:t>bună-credință</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condiții</w:t>
      </w:r>
      <w:proofErr w:type="spellEnd"/>
      <w:r w:rsidRPr="00846012">
        <w:rPr>
          <w:lang w:val="fr-FR"/>
        </w:rPr>
        <w:t xml:space="preserve"> de </w:t>
      </w:r>
      <w:proofErr w:type="spellStart"/>
      <w:proofErr w:type="gramStart"/>
      <w:r w:rsidRPr="00846012">
        <w:rPr>
          <w:lang w:val="fr-FR"/>
        </w:rPr>
        <w:t>corectitudine</w:t>
      </w:r>
      <w:proofErr w:type="spellEnd"/>
      <w:r w:rsidRPr="00846012">
        <w:rPr>
          <w:lang w:val="fr-FR"/>
        </w:rPr>
        <w:t>;</w:t>
      </w:r>
      <w:proofErr w:type="gramEnd"/>
    </w:p>
    <w:p w14:paraId="4CBAE27D" w14:textId="77777777" w:rsidR="003260D0" w:rsidRPr="00846012" w:rsidRDefault="00916C8E">
      <w:pPr>
        <w:pStyle w:val="ListBullet"/>
        <w:spacing w:after="60"/>
        <w:jc w:val="both"/>
        <w:rPr>
          <w:lang w:val="fr-FR"/>
        </w:rPr>
      </w:pPr>
      <w:proofErr w:type="spellStart"/>
      <w:proofErr w:type="gramStart"/>
      <w:r w:rsidRPr="00846012">
        <w:rPr>
          <w:lang w:val="fr-FR"/>
        </w:rPr>
        <w:t>să</w:t>
      </w:r>
      <w:proofErr w:type="spellEnd"/>
      <w:proofErr w:type="gramEnd"/>
      <w:r w:rsidRPr="00846012">
        <w:rPr>
          <w:lang w:val="fr-FR"/>
        </w:rPr>
        <w:t xml:space="preserve"> </w:t>
      </w:r>
      <w:proofErr w:type="spellStart"/>
      <w:r w:rsidRPr="00846012">
        <w:rPr>
          <w:lang w:val="fr-FR"/>
        </w:rPr>
        <w:t>introducă</w:t>
      </w:r>
      <w:proofErr w:type="spellEnd"/>
      <w:r w:rsidRPr="00846012">
        <w:rPr>
          <w:lang w:val="fr-FR"/>
        </w:rPr>
        <w:t xml:space="preserve"> </w:t>
      </w:r>
      <w:proofErr w:type="spellStart"/>
      <w:r w:rsidRPr="00846012">
        <w:rPr>
          <w:lang w:val="fr-FR"/>
        </w:rPr>
        <w:t>pe</w:t>
      </w:r>
      <w:proofErr w:type="spellEnd"/>
      <w:r w:rsidRPr="00846012">
        <w:rPr>
          <w:lang w:val="fr-FR"/>
        </w:rPr>
        <w:t xml:space="preserve"> site </w:t>
      </w:r>
      <w:proofErr w:type="spellStart"/>
      <w:r w:rsidRPr="00846012">
        <w:rPr>
          <w:b/>
          <w:lang w:val="fr-FR"/>
        </w:rPr>
        <w:t>numai</w:t>
      </w:r>
      <w:proofErr w:type="spellEnd"/>
      <w:r w:rsidRPr="00846012">
        <w:rPr>
          <w:b/>
          <w:lang w:val="fr-FR"/>
        </w:rPr>
        <w:t xml:space="preserve"> date </w:t>
      </w:r>
      <w:proofErr w:type="spellStart"/>
      <w:r w:rsidRPr="00846012">
        <w:rPr>
          <w:b/>
          <w:lang w:val="fr-FR"/>
        </w:rPr>
        <w:t>corecte</w:t>
      </w:r>
      <w:proofErr w:type="spellEnd"/>
      <w:r w:rsidRPr="00846012">
        <w:rPr>
          <w:b/>
          <w:lang w:val="fr-FR"/>
        </w:rPr>
        <w:t xml:space="preserve">, </w:t>
      </w:r>
      <w:proofErr w:type="spellStart"/>
      <w:r w:rsidRPr="00846012">
        <w:rPr>
          <w:b/>
          <w:lang w:val="fr-FR"/>
        </w:rPr>
        <w:t>complete</w:t>
      </w:r>
      <w:proofErr w:type="spellEnd"/>
      <w:r w:rsidRPr="00846012">
        <w:rPr>
          <w:b/>
          <w:lang w:val="fr-FR"/>
        </w:rPr>
        <w:t xml:space="preserve"> </w:t>
      </w:r>
      <w:proofErr w:type="spellStart"/>
      <w:r w:rsidRPr="00846012">
        <w:rPr>
          <w:b/>
          <w:lang w:val="fr-FR"/>
        </w:rPr>
        <w:t>și</w:t>
      </w:r>
      <w:proofErr w:type="spellEnd"/>
      <w:r w:rsidRPr="00846012">
        <w:rPr>
          <w:b/>
          <w:lang w:val="fr-FR"/>
        </w:rPr>
        <w:t xml:space="preserve"> conforme </w:t>
      </w:r>
      <w:proofErr w:type="spellStart"/>
      <w:r w:rsidRPr="00846012">
        <w:rPr>
          <w:b/>
          <w:lang w:val="fr-FR"/>
        </w:rPr>
        <w:t>cu</w:t>
      </w:r>
      <w:proofErr w:type="spellEnd"/>
      <w:r w:rsidRPr="00846012">
        <w:rPr>
          <w:b/>
          <w:lang w:val="fr-FR"/>
        </w:rPr>
        <w:t xml:space="preserve"> </w:t>
      </w:r>
      <w:proofErr w:type="spellStart"/>
      <w:r w:rsidRPr="00846012">
        <w:rPr>
          <w:b/>
          <w:lang w:val="fr-FR"/>
        </w:rPr>
        <w:t>realitatea</w:t>
      </w:r>
      <w:proofErr w:type="spellEnd"/>
      <w:r w:rsidRPr="00846012">
        <w:rPr>
          <w:lang w:val="fr-FR"/>
        </w:rPr>
        <w:t xml:space="preserve">. WINNERS GROUP COMPANIE DE BROKERAJ S.R.L. nu </w:t>
      </w:r>
      <w:proofErr w:type="spellStart"/>
      <w:r w:rsidRPr="00846012">
        <w:rPr>
          <w:lang w:val="fr-FR"/>
        </w:rPr>
        <w:t>poate</w:t>
      </w:r>
      <w:proofErr w:type="spellEnd"/>
      <w:r w:rsidRPr="00846012">
        <w:rPr>
          <w:lang w:val="fr-FR"/>
        </w:rPr>
        <w:t xml:space="preserve"> fi </w:t>
      </w:r>
      <w:proofErr w:type="spellStart"/>
      <w:r w:rsidRPr="00846012">
        <w:rPr>
          <w:lang w:val="fr-FR"/>
        </w:rPr>
        <w:t>ținut</w:t>
      </w:r>
      <w:proofErr w:type="spellEnd"/>
      <w:r w:rsidRPr="00846012">
        <w:rPr>
          <w:lang w:val="fr-FR"/>
        </w:rPr>
        <w:t xml:space="preserve"> </w:t>
      </w:r>
      <w:proofErr w:type="spellStart"/>
      <w:r w:rsidRPr="00846012">
        <w:rPr>
          <w:lang w:val="fr-FR"/>
        </w:rPr>
        <w:t>răspunzător</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nicio</w:t>
      </w:r>
      <w:proofErr w:type="spellEnd"/>
      <w:r w:rsidRPr="00846012">
        <w:rPr>
          <w:lang w:val="fr-FR"/>
        </w:rPr>
        <w:t xml:space="preserve"> </w:t>
      </w:r>
      <w:proofErr w:type="spellStart"/>
      <w:r w:rsidRPr="00846012">
        <w:rPr>
          <w:lang w:val="fr-FR"/>
        </w:rPr>
        <w:t>formă</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consecințele</w:t>
      </w:r>
      <w:proofErr w:type="spellEnd"/>
      <w:r w:rsidRPr="00846012">
        <w:rPr>
          <w:lang w:val="fr-FR"/>
        </w:rPr>
        <w:t xml:space="preserve"> </w:t>
      </w:r>
      <w:proofErr w:type="spellStart"/>
      <w:r w:rsidRPr="00846012">
        <w:rPr>
          <w:lang w:val="fr-FR"/>
        </w:rPr>
        <w:t>furnizării</w:t>
      </w:r>
      <w:proofErr w:type="spellEnd"/>
      <w:r w:rsidRPr="00846012">
        <w:rPr>
          <w:lang w:val="fr-FR"/>
        </w:rPr>
        <w:t xml:space="preserve"> de </w:t>
      </w:r>
      <w:proofErr w:type="spellStart"/>
      <w:r w:rsidRPr="00846012">
        <w:rPr>
          <w:lang w:val="fr-FR"/>
        </w:rPr>
        <w:t>informații</w:t>
      </w:r>
      <w:proofErr w:type="spellEnd"/>
      <w:r w:rsidRPr="00846012">
        <w:rPr>
          <w:lang w:val="fr-FR"/>
        </w:rPr>
        <w:t xml:space="preserve"> </w:t>
      </w:r>
      <w:proofErr w:type="spellStart"/>
      <w:r w:rsidRPr="00846012">
        <w:rPr>
          <w:lang w:val="fr-FR"/>
        </w:rPr>
        <w:t>incorecte</w:t>
      </w:r>
      <w:proofErr w:type="spellEnd"/>
      <w:r w:rsidRPr="00846012">
        <w:rPr>
          <w:lang w:val="fr-FR"/>
        </w:rPr>
        <w:t xml:space="preserve">, </w:t>
      </w:r>
      <w:proofErr w:type="spellStart"/>
      <w:r w:rsidRPr="00846012">
        <w:rPr>
          <w:lang w:val="fr-FR"/>
        </w:rPr>
        <w:t>incomplete</w:t>
      </w:r>
      <w:proofErr w:type="spellEnd"/>
      <w:r w:rsidRPr="00846012">
        <w:rPr>
          <w:lang w:val="fr-FR"/>
        </w:rPr>
        <w:t xml:space="preserve"> </w:t>
      </w:r>
      <w:proofErr w:type="spellStart"/>
      <w:r w:rsidRPr="00846012">
        <w:rPr>
          <w:lang w:val="fr-FR"/>
        </w:rPr>
        <w:t>sau</w:t>
      </w:r>
      <w:proofErr w:type="spellEnd"/>
      <w:r w:rsidRPr="00846012">
        <w:rPr>
          <w:lang w:val="fr-FR"/>
        </w:rPr>
        <w:t xml:space="preserve"> false de </w:t>
      </w:r>
      <w:proofErr w:type="spellStart"/>
      <w:r w:rsidRPr="00846012">
        <w:rPr>
          <w:lang w:val="fr-FR"/>
        </w:rPr>
        <w:t>către</w:t>
      </w:r>
      <w:proofErr w:type="spellEnd"/>
      <w:r w:rsidRPr="00846012">
        <w:rPr>
          <w:lang w:val="fr-FR"/>
        </w:rPr>
        <w:t xml:space="preserve"> </w:t>
      </w:r>
      <w:proofErr w:type="spellStart"/>
      <w:r w:rsidRPr="00846012">
        <w:rPr>
          <w:lang w:val="fr-FR"/>
        </w:rPr>
        <w:t>Utilizator</w:t>
      </w:r>
      <w:proofErr w:type="spellEnd"/>
      <w:r w:rsidRPr="00846012">
        <w:rPr>
          <w:lang w:val="fr-FR"/>
        </w:rPr>
        <w:t xml:space="preserve"> (</w:t>
      </w:r>
      <w:proofErr w:type="spellStart"/>
      <w:r w:rsidRPr="00846012">
        <w:rPr>
          <w:lang w:val="fr-FR"/>
        </w:rPr>
        <w:t>inclusiv</w:t>
      </w:r>
      <w:proofErr w:type="spellEnd"/>
      <w:r w:rsidRPr="00846012">
        <w:rPr>
          <w:lang w:val="fr-FR"/>
        </w:rPr>
        <w:t xml:space="preserve"> </w:t>
      </w:r>
      <w:proofErr w:type="spellStart"/>
      <w:r w:rsidRPr="00846012">
        <w:rPr>
          <w:lang w:val="fr-FR"/>
        </w:rPr>
        <w:t>refuzul</w:t>
      </w:r>
      <w:proofErr w:type="spellEnd"/>
      <w:r w:rsidRPr="00846012">
        <w:rPr>
          <w:lang w:val="fr-FR"/>
        </w:rPr>
        <w:t xml:space="preserve"> </w:t>
      </w:r>
      <w:proofErr w:type="spellStart"/>
      <w:r w:rsidRPr="00846012">
        <w:rPr>
          <w:lang w:val="fr-FR"/>
        </w:rPr>
        <w:t>emiterii</w:t>
      </w:r>
      <w:proofErr w:type="spellEnd"/>
      <w:r w:rsidRPr="00846012">
        <w:rPr>
          <w:lang w:val="fr-FR"/>
        </w:rPr>
        <w:t xml:space="preserve"> </w:t>
      </w:r>
      <w:proofErr w:type="spellStart"/>
      <w:r w:rsidRPr="00846012">
        <w:rPr>
          <w:lang w:val="fr-FR"/>
        </w:rPr>
        <w:t>poliței</w:t>
      </w:r>
      <w:proofErr w:type="spellEnd"/>
      <w:r w:rsidRPr="00846012">
        <w:rPr>
          <w:lang w:val="fr-FR"/>
        </w:rPr>
        <w:t xml:space="preserve">, </w:t>
      </w:r>
      <w:proofErr w:type="spellStart"/>
      <w:r w:rsidRPr="00846012">
        <w:rPr>
          <w:lang w:val="fr-FR"/>
        </w:rPr>
        <w:t>anularea</w:t>
      </w:r>
      <w:proofErr w:type="spellEnd"/>
      <w:r w:rsidRPr="00846012">
        <w:rPr>
          <w:lang w:val="fr-FR"/>
        </w:rPr>
        <w:t xml:space="preserve"> </w:t>
      </w:r>
      <w:proofErr w:type="spellStart"/>
      <w:r w:rsidRPr="00846012">
        <w:rPr>
          <w:lang w:val="fr-FR"/>
        </w:rPr>
        <w:t>acesteia</w:t>
      </w:r>
      <w:proofErr w:type="spellEnd"/>
      <w:r w:rsidRPr="00846012">
        <w:rPr>
          <w:lang w:val="fr-FR"/>
        </w:rPr>
        <w:t xml:space="preserve"> de </w:t>
      </w:r>
      <w:proofErr w:type="spellStart"/>
      <w:r w:rsidRPr="00846012">
        <w:rPr>
          <w:lang w:val="fr-FR"/>
        </w:rPr>
        <w:t>către</w:t>
      </w:r>
      <w:proofErr w:type="spellEnd"/>
      <w:r w:rsidRPr="00846012">
        <w:rPr>
          <w:lang w:val="fr-FR"/>
        </w:rPr>
        <w:t xml:space="preserve"> </w:t>
      </w:r>
      <w:proofErr w:type="spellStart"/>
      <w:r w:rsidRPr="00846012">
        <w:rPr>
          <w:lang w:val="fr-FR"/>
        </w:rPr>
        <w:t>asigurător</w:t>
      </w:r>
      <w:proofErr w:type="spellEnd"/>
      <w:r w:rsidRPr="00846012">
        <w:rPr>
          <w:lang w:val="fr-FR"/>
        </w:rPr>
        <w:t xml:space="preserve">, </w:t>
      </w:r>
      <w:proofErr w:type="spellStart"/>
      <w:r w:rsidRPr="00846012">
        <w:rPr>
          <w:lang w:val="fr-FR"/>
        </w:rPr>
        <w:t>recalcularea</w:t>
      </w:r>
      <w:proofErr w:type="spellEnd"/>
      <w:r w:rsidRPr="00846012">
        <w:rPr>
          <w:lang w:val="fr-FR"/>
        </w:rPr>
        <w:t xml:space="preserve"> </w:t>
      </w:r>
      <w:proofErr w:type="spellStart"/>
      <w:r w:rsidRPr="00846012">
        <w:rPr>
          <w:lang w:val="fr-FR"/>
        </w:rPr>
        <w:t>primei</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refuzul</w:t>
      </w:r>
      <w:proofErr w:type="spellEnd"/>
      <w:r w:rsidRPr="00846012">
        <w:rPr>
          <w:lang w:val="fr-FR"/>
        </w:rPr>
        <w:t xml:space="preserve"> </w:t>
      </w:r>
      <w:proofErr w:type="spellStart"/>
      <w:r w:rsidRPr="00846012">
        <w:rPr>
          <w:lang w:val="fr-FR"/>
        </w:rPr>
        <w:t>plății</w:t>
      </w:r>
      <w:proofErr w:type="spellEnd"/>
      <w:r w:rsidRPr="00846012">
        <w:rPr>
          <w:lang w:val="fr-FR"/>
        </w:rPr>
        <w:t xml:space="preserve"> </w:t>
      </w:r>
      <w:proofErr w:type="spellStart"/>
      <w:r w:rsidRPr="00846012">
        <w:rPr>
          <w:lang w:val="fr-FR"/>
        </w:rPr>
        <w:t>despăgubirilor</w:t>
      </w:r>
      <w:proofErr w:type="spellEnd"/>
      <w:proofErr w:type="gramStart"/>
      <w:r w:rsidRPr="00846012">
        <w:rPr>
          <w:lang w:val="fr-FR"/>
        </w:rPr>
        <w:t>);</w:t>
      </w:r>
      <w:proofErr w:type="gramEnd"/>
    </w:p>
    <w:p w14:paraId="388FB0D3" w14:textId="77777777" w:rsidR="003260D0" w:rsidRPr="00846012" w:rsidRDefault="00916C8E">
      <w:pPr>
        <w:pStyle w:val="ListBullet"/>
        <w:spacing w:after="60"/>
        <w:jc w:val="both"/>
        <w:rPr>
          <w:lang w:val="fr-FR"/>
        </w:rPr>
      </w:pPr>
      <w:proofErr w:type="spellStart"/>
      <w:proofErr w:type="gramStart"/>
      <w:r w:rsidRPr="00846012">
        <w:rPr>
          <w:lang w:val="fr-FR"/>
        </w:rPr>
        <w:t>să</w:t>
      </w:r>
      <w:proofErr w:type="spellEnd"/>
      <w:proofErr w:type="gramEnd"/>
      <w:r w:rsidRPr="00846012">
        <w:rPr>
          <w:lang w:val="fr-FR"/>
        </w:rPr>
        <w:t xml:space="preserve"> </w:t>
      </w:r>
      <w:proofErr w:type="spellStart"/>
      <w:r w:rsidRPr="00846012">
        <w:rPr>
          <w:lang w:val="fr-FR"/>
        </w:rPr>
        <w:t>citească</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să</w:t>
      </w:r>
      <w:proofErr w:type="spellEnd"/>
      <w:r w:rsidRPr="00846012">
        <w:rPr>
          <w:lang w:val="fr-FR"/>
        </w:rPr>
        <w:t xml:space="preserve"> accepte </w:t>
      </w:r>
      <w:proofErr w:type="spellStart"/>
      <w:r w:rsidRPr="00846012">
        <w:rPr>
          <w:lang w:val="fr-FR"/>
        </w:rPr>
        <w:t>documentația</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Documentul</w:t>
      </w:r>
      <w:proofErr w:type="spellEnd"/>
      <w:r w:rsidRPr="00846012">
        <w:rPr>
          <w:lang w:val="fr-FR"/>
        </w:rPr>
        <w:t xml:space="preserve"> de </w:t>
      </w:r>
      <w:proofErr w:type="spellStart"/>
      <w:r w:rsidRPr="00846012">
        <w:rPr>
          <w:lang w:val="fr-FR"/>
        </w:rPr>
        <w:t>Informare</w:t>
      </w:r>
      <w:proofErr w:type="spellEnd"/>
      <w:r w:rsidRPr="00846012">
        <w:rPr>
          <w:lang w:val="fr-FR"/>
        </w:rPr>
        <w:t xml:space="preserve"> </w:t>
      </w:r>
      <w:proofErr w:type="spellStart"/>
      <w:r w:rsidRPr="00846012">
        <w:rPr>
          <w:lang w:val="fr-FR"/>
        </w:rPr>
        <w:t>privind</w:t>
      </w:r>
      <w:proofErr w:type="spellEnd"/>
      <w:r w:rsidRPr="00846012">
        <w:rPr>
          <w:lang w:val="fr-FR"/>
        </w:rPr>
        <w:t xml:space="preserve"> </w:t>
      </w:r>
      <w:proofErr w:type="spellStart"/>
      <w:r w:rsidRPr="00846012">
        <w:rPr>
          <w:lang w:val="fr-FR"/>
        </w:rPr>
        <w:t>Produsul</w:t>
      </w:r>
      <w:proofErr w:type="spellEnd"/>
      <w:r w:rsidRPr="00846012">
        <w:rPr>
          <w:lang w:val="fr-FR"/>
        </w:rPr>
        <w:t xml:space="preserve"> – PID, </w:t>
      </w:r>
      <w:proofErr w:type="spellStart"/>
      <w:r w:rsidRPr="00846012">
        <w:rPr>
          <w:lang w:val="fr-FR"/>
        </w:rPr>
        <w:t>condițiile</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termenii</w:t>
      </w:r>
      <w:proofErr w:type="spellEnd"/>
      <w:r w:rsidRPr="00846012">
        <w:rPr>
          <w:lang w:val="fr-FR"/>
        </w:rPr>
        <w:t xml:space="preserve"> </w:t>
      </w:r>
      <w:proofErr w:type="spellStart"/>
      <w:r w:rsidRPr="00846012">
        <w:rPr>
          <w:lang w:val="fr-FR"/>
        </w:rPr>
        <w:t>contractuali</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informațiile</w:t>
      </w:r>
      <w:proofErr w:type="spellEnd"/>
      <w:r w:rsidRPr="00846012">
        <w:rPr>
          <w:lang w:val="fr-FR"/>
        </w:rPr>
        <w:t xml:space="preserve"> </w:t>
      </w:r>
      <w:proofErr w:type="spellStart"/>
      <w:r w:rsidRPr="00846012">
        <w:rPr>
          <w:lang w:val="fr-FR"/>
        </w:rPr>
        <w:t>pentru</w:t>
      </w:r>
      <w:proofErr w:type="spellEnd"/>
      <w:r w:rsidRPr="00846012">
        <w:rPr>
          <w:lang w:val="fr-FR"/>
        </w:rPr>
        <w:t xml:space="preserve"> client) </w:t>
      </w:r>
      <w:proofErr w:type="spellStart"/>
      <w:r w:rsidRPr="00846012">
        <w:rPr>
          <w:lang w:val="fr-FR"/>
        </w:rPr>
        <w:t>anterior</w:t>
      </w:r>
      <w:proofErr w:type="spellEnd"/>
      <w:r w:rsidRPr="00846012">
        <w:rPr>
          <w:lang w:val="fr-FR"/>
        </w:rPr>
        <w:t xml:space="preserve"> </w:t>
      </w:r>
      <w:proofErr w:type="spellStart"/>
      <w:r w:rsidRPr="00846012">
        <w:rPr>
          <w:lang w:val="fr-FR"/>
        </w:rPr>
        <w:t>plasării</w:t>
      </w:r>
      <w:proofErr w:type="spellEnd"/>
      <w:r w:rsidRPr="00846012">
        <w:rPr>
          <w:lang w:val="fr-FR"/>
        </w:rPr>
        <w:t xml:space="preserve"> </w:t>
      </w:r>
      <w:proofErr w:type="spellStart"/>
      <w:proofErr w:type="gramStart"/>
      <w:r w:rsidRPr="00846012">
        <w:rPr>
          <w:lang w:val="fr-FR"/>
        </w:rPr>
        <w:t>comenzii</w:t>
      </w:r>
      <w:proofErr w:type="spellEnd"/>
      <w:r w:rsidRPr="00846012">
        <w:rPr>
          <w:lang w:val="fr-FR"/>
        </w:rPr>
        <w:t>;</w:t>
      </w:r>
      <w:proofErr w:type="gramEnd"/>
    </w:p>
    <w:p w14:paraId="7B7F5934" w14:textId="77777777" w:rsidR="003260D0" w:rsidRPr="00846012" w:rsidRDefault="00916C8E">
      <w:pPr>
        <w:pStyle w:val="ListBullet"/>
        <w:spacing w:after="60"/>
        <w:jc w:val="both"/>
        <w:rPr>
          <w:lang w:val="fr-FR"/>
        </w:rPr>
      </w:pPr>
      <w:proofErr w:type="spellStart"/>
      <w:proofErr w:type="gramStart"/>
      <w:r w:rsidRPr="00846012">
        <w:rPr>
          <w:lang w:val="fr-FR"/>
        </w:rPr>
        <w:t>să</w:t>
      </w:r>
      <w:proofErr w:type="spellEnd"/>
      <w:proofErr w:type="gramEnd"/>
      <w:r w:rsidRPr="00846012">
        <w:rPr>
          <w:lang w:val="fr-FR"/>
        </w:rPr>
        <w:t xml:space="preserve"> nu </w:t>
      </w:r>
      <w:proofErr w:type="spellStart"/>
      <w:r w:rsidRPr="00846012">
        <w:rPr>
          <w:lang w:val="fr-FR"/>
        </w:rPr>
        <w:t>modifice</w:t>
      </w:r>
      <w:proofErr w:type="spellEnd"/>
      <w:r w:rsidRPr="00846012">
        <w:rPr>
          <w:lang w:val="fr-FR"/>
        </w:rPr>
        <w:t xml:space="preserve">, </w:t>
      </w:r>
      <w:proofErr w:type="spellStart"/>
      <w:r w:rsidRPr="00846012">
        <w:rPr>
          <w:lang w:val="fr-FR"/>
        </w:rPr>
        <w:t>transmită</w:t>
      </w:r>
      <w:proofErr w:type="spellEnd"/>
      <w:r w:rsidRPr="00846012">
        <w:rPr>
          <w:lang w:val="fr-FR"/>
        </w:rPr>
        <w:t xml:space="preserve">, </w:t>
      </w:r>
      <w:proofErr w:type="spellStart"/>
      <w:r w:rsidRPr="00846012">
        <w:rPr>
          <w:lang w:val="fr-FR"/>
        </w:rPr>
        <w:t>publice</w:t>
      </w:r>
      <w:proofErr w:type="spellEnd"/>
      <w:r w:rsidRPr="00846012">
        <w:rPr>
          <w:lang w:val="fr-FR"/>
        </w:rPr>
        <w:t xml:space="preserve">, </w:t>
      </w:r>
      <w:proofErr w:type="spellStart"/>
      <w:r w:rsidRPr="00846012">
        <w:rPr>
          <w:lang w:val="fr-FR"/>
        </w:rPr>
        <w:t>reproducă</w:t>
      </w:r>
      <w:proofErr w:type="spellEnd"/>
      <w:r w:rsidRPr="00846012">
        <w:rPr>
          <w:lang w:val="fr-FR"/>
        </w:rPr>
        <w:t xml:space="preserve">, </w:t>
      </w:r>
      <w:proofErr w:type="spellStart"/>
      <w:r w:rsidRPr="00846012">
        <w:rPr>
          <w:lang w:val="fr-FR"/>
        </w:rPr>
        <w:t>acorde</w:t>
      </w:r>
      <w:proofErr w:type="spellEnd"/>
      <w:r w:rsidRPr="00846012">
        <w:rPr>
          <w:lang w:val="fr-FR"/>
        </w:rPr>
        <w:t xml:space="preserve"> </w:t>
      </w:r>
      <w:proofErr w:type="spellStart"/>
      <w:r w:rsidRPr="00846012">
        <w:rPr>
          <w:lang w:val="fr-FR"/>
        </w:rPr>
        <w:t>licențe</w:t>
      </w:r>
      <w:proofErr w:type="spellEnd"/>
      <w:r w:rsidRPr="00846012">
        <w:rPr>
          <w:lang w:val="fr-FR"/>
        </w:rPr>
        <w:t xml:space="preserve">, </w:t>
      </w:r>
      <w:proofErr w:type="spellStart"/>
      <w:r w:rsidRPr="00846012">
        <w:rPr>
          <w:lang w:val="fr-FR"/>
        </w:rPr>
        <w:t>creeze</w:t>
      </w:r>
      <w:proofErr w:type="spellEnd"/>
      <w:r w:rsidRPr="00846012">
        <w:rPr>
          <w:lang w:val="fr-FR"/>
        </w:rPr>
        <w:t xml:space="preserve"> </w:t>
      </w:r>
      <w:proofErr w:type="spellStart"/>
      <w:r w:rsidRPr="00846012">
        <w:rPr>
          <w:lang w:val="fr-FR"/>
        </w:rPr>
        <w:t>produse</w:t>
      </w:r>
      <w:proofErr w:type="spellEnd"/>
      <w:r w:rsidRPr="00846012">
        <w:rPr>
          <w:lang w:val="fr-FR"/>
        </w:rPr>
        <w:t xml:space="preserve"> </w:t>
      </w:r>
      <w:proofErr w:type="spellStart"/>
      <w:r w:rsidRPr="00846012">
        <w:rPr>
          <w:lang w:val="fr-FR"/>
        </w:rPr>
        <w:t>derivate</w:t>
      </w:r>
      <w:proofErr w:type="spellEnd"/>
      <w:r w:rsidRPr="00846012">
        <w:rPr>
          <w:lang w:val="fr-FR"/>
        </w:rPr>
        <w:t xml:space="preserve">, </w:t>
      </w:r>
      <w:proofErr w:type="spellStart"/>
      <w:r w:rsidRPr="00846012">
        <w:rPr>
          <w:lang w:val="fr-FR"/>
        </w:rPr>
        <w:t>transfere</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vândă</w:t>
      </w:r>
      <w:proofErr w:type="spellEnd"/>
      <w:r w:rsidRPr="00846012">
        <w:rPr>
          <w:lang w:val="fr-FR"/>
        </w:rPr>
        <w:t xml:space="preserve"> </w:t>
      </w:r>
      <w:proofErr w:type="spellStart"/>
      <w:r w:rsidRPr="00846012">
        <w:rPr>
          <w:lang w:val="fr-FR"/>
        </w:rPr>
        <w:t>orice</w:t>
      </w:r>
      <w:proofErr w:type="spellEnd"/>
      <w:r w:rsidRPr="00846012">
        <w:rPr>
          <w:lang w:val="fr-FR"/>
        </w:rPr>
        <w:t xml:space="preserve"> </w:t>
      </w:r>
      <w:proofErr w:type="spellStart"/>
      <w:r w:rsidRPr="00846012">
        <w:rPr>
          <w:lang w:val="fr-FR"/>
        </w:rPr>
        <w:t>informație</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serviciu</w:t>
      </w:r>
      <w:proofErr w:type="spellEnd"/>
      <w:r w:rsidRPr="00846012">
        <w:rPr>
          <w:lang w:val="fr-FR"/>
        </w:rPr>
        <w:t xml:space="preserve"> </w:t>
      </w:r>
      <w:proofErr w:type="spellStart"/>
      <w:r w:rsidRPr="00846012">
        <w:rPr>
          <w:lang w:val="fr-FR"/>
        </w:rPr>
        <w:t>obținut</w:t>
      </w:r>
      <w:proofErr w:type="spellEnd"/>
      <w:r w:rsidRPr="00846012">
        <w:rPr>
          <w:lang w:val="fr-FR"/>
        </w:rPr>
        <w:t xml:space="preserve"> de </w:t>
      </w:r>
      <w:proofErr w:type="spellStart"/>
      <w:r w:rsidRPr="00846012">
        <w:rPr>
          <w:lang w:val="fr-FR"/>
        </w:rPr>
        <w:t>pe</w:t>
      </w:r>
      <w:proofErr w:type="spellEnd"/>
      <w:r w:rsidRPr="00846012">
        <w:rPr>
          <w:lang w:val="fr-FR"/>
        </w:rPr>
        <w:t xml:space="preserve"> </w:t>
      </w:r>
      <w:proofErr w:type="spellStart"/>
      <w:r w:rsidRPr="00846012">
        <w:rPr>
          <w:lang w:val="fr-FR"/>
        </w:rPr>
        <w:t>sau</w:t>
      </w:r>
      <w:proofErr w:type="spellEnd"/>
      <w:r w:rsidRPr="00846012">
        <w:rPr>
          <w:lang w:val="fr-FR"/>
        </w:rPr>
        <w:t xml:space="preserve"> prin </w:t>
      </w:r>
      <w:proofErr w:type="spellStart"/>
      <w:r w:rsidRPr="00846012">
        <w:rPr>
          <w:lang w:val="fr-FR"/>
        </w:rPr>
        <w:t>intermediul</w:t>
      </w:r>
      <w:proofErr w:type="spellEnd"/>
      <w:r w:rsidRPr="00846012">
        <w:rPr>
          <w:lang w:val="fr-FR"/>
        </w:rPr>
        <w:t xml:space="preserve"> site-</w:t>
      </w:r>
      <w:proofErr w:type="spellStart"/>
      <w:proofErr w:type="gramStart"/>
      <w:r w:rsidRPr="00846012">
        <w:rPr>
          <w:lang w:val="fr-FR"/>
        </w:rPr>
        <w:t>ului</w:t>
      </w:r>
      <w:proofErr w:type="spellEnd"/>
      <w:r w:rsidRPr="00846012">
        <w:rPr>
          <w:lang w:val="fr-FR"/>
        </w:rPr>
        <w:t>;</w:t>
      </w:r>
      <w:proofErr w:type="gramEnd"/>
    </w:p>
    <w:p w14:paraId="5F8E15D3" w14:textId="77777777" w:rsidR="003260D0" w:rsidRPr="00846012" w:rsidRDefault="00916C8E">
      <w:pPr>
        <w:pStyle w:val="ListBullet"/>
        <w:spacing w:after="60"/>
        <w:jc w:val="both"/>
        <w:rPr>
          <w:lang w:val="fr-FR"/>
        </w:rPr>
      </w:pPr>
      <w:proofErr w:type="spellStart"/>
      <w:proofErr w:type="gramStart"/>
      <w:r w:rsidRPr="00846012">
        <w:rPr>
          <w:lang w:val="fr-FR"/>
        </w:rPr>
        <w:t>să</w:t>
      </w:r>
      <w:proofErr w:type="spellEnd"/>
      <w:proofErr w:type="gramEnd"/>
      <w:r w:rsidRPr="00846012">
        <w:rPr>
          <w:lang w:val="fr-FR"/>
        </w:rPr>
        <w:t xml:space="preserve"> nu </w:t>
      </w:r>
      <w:proofErr w:type="spellStart"/>
      <w:r w:rsidRPr="00846012">
        <w:rPr>
          <w:lang w:val="fr-FR"/>
        </w:rPr>
        <w:t>utilizeze</w:t>
      </w:r>
      <w:proofErr w:type="spellEnd"/>
      <w:r w:rsidRPr="00846012">
        <w:rPr>
          <w:lang w:val="fr-FR"/>
        </w:rPr>
        <w:t xml:space="preserve"> site-</w:t>
      </w:r>
      <w:proofErr w:type="spellStart"/>
      <w:r w:rsidRPr="00846012">
        <w:rPr>
          <w:lang w:val="fr-FR"/>
        </w:rPr>
        <w:t>ul</w:t>
      </w:r>
      <w:proofErr w:type="spellEnd"/>
      <w:r w:rsidRPr="00846012">
        <w:rPr>
          <w:lang w:val="fr-FR"/>
        </w:rPr>
        <w:t xml:space="preserve"> </w:t>
      </w:r>
      <w:proofErr w:type="spellStart"/>
      <w:r w:rsidRPr="00846012">
        <w:rPr>
          <w:lang w:val="fr-FR"/>
        </w:rPr>
        <w:t>pentru</w:t>
      </w:r>
      <w:proofErr w:type="spellEnd"/>
      <w:r w:rsidRPr="00846012">
        <w:rPr>
          <w:lang w:val="fr-FR"/>
        </w:rPr>
        <w:t xml:space="preserve"> a </w:t>
      </w:r>
      <w:proofErr w:type="spellStart"/>
      <w:r w:rsidRPr="00846012">
        <w:rPr>
          <w:lang w:val="fr-FR"/>
        </w:rPr>
        <w:t>transmite</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recepționa</w:t>
      </w:r>
      <w:proofErr w:type="spellEnd"/>
      <w:r w:rsidRPr="00846012">
        <w:rPr>
          <w:lang w:val="fr-FR"/>
        </w:rPr>
        <w:t xml:space="preserve"> </w:t>
      </w:r>
      <w:proofErr w:type="spellStart"/>
      <w:r w:rsidRPr="00846012">
        <w:rPr>
          <w:lang w:val="fr-FR"/>
        </w:rPr>
        <w:t>materiale</w:t>
      </w:r>
      <w:proofErr w:type="spellEnd"/>
      <w:r w:rsidRPr="00846012">
        <w:rPr>
          <w:lang w:val="fr-FR"/>
        </w:rPr>
        <w:t xml:space="preserve"> </w:t>
      </w:r>
      <w:proofErr w:type="spellStart"/>
      <w:r w:rsidRPr="00846012">
        <w:rPr>
          <w:lang w:val="fr-FR"/>
        </w:rPr>
        <w:t>cu</w:t>
      </w:r>
      <w:proofErr w:type="spellEnd"/>
      <w:r w:rsidRPr="00846012">
        <w:rPr>
          <w:lang w:val="fr-FR"/>
        </w:rPr>
        <w:t xml:space="preserve"> </w:t>
      </w:r>
      <w:proofErr w:type="spellStart"/>
      <w:r w:rsidRPr="00846012">
        <w:rPr>
          <w:lang w:val="fr-FR"/>
        </w:rPr>
        <w:t>conținut</w:t>
      </w:r>
      <w:proofErr w:type="spellEnd"/>
      <w:r w:rsidRPr="00846012">
        <w:rPr>
          <w:lang w:val="fr-FR"/>
        </w:rPr>
        <w:t xml:space="preserve"> </w:t>
      </w:r>
      <w:proofErr w:type="spellStart"/>
      <w:r w:rsidRPr="00846012">
        <w:rPr>
          <w:lang w:val="fr-FR"/>
        </w:rPr>
        <w:t>ilegal</w:t>
      </w:r>
      <w:proofErr w:type="spellEnd"/>
      <w:r w:rsidRPr="00846012">
        <w:rPr>
          <w:lang w:val="fr-FR"/>
        </w:rPr>
        <w:t xml:space="preserve">, </w:t>
      </w:r>
      <w:proofErr w:type="spellStart"/>
      <w:r w:rsidRPr="00846012">
        <w:rPr>
          <w:lang w:val="fr-FR"/>
        </w:rPr>
        <w:t>imoral</w:t>
      </w:r>
      <w:proofErr w:type="spellEnd"/>
      <w:r w:rsidRPr="00846012">
        <w:rPr>
          <w:lang w:val="fr-FR"/>
        </w:rPr>
        <w:t xml:space="preserve">, </w:t>
      </w:r>
      <w:proofErr w:type="spellStart"/>
      <w:r w:rsidRPr="00846012">
        <w:rPr>
          <w:lang w:val="fr-FR"/>
        </w:rPr>
        <w:t>obscen</w:t>
      </w:r>
      <w:proofErr w:type="spellEnd"/>
      <w:r w:rsidRPr="00846012">
        <w:rPr>
          <w:lang w:val="fr-FR"/>
        </w:rPr>
        <w:t xml:space="preserve">, </w:t>
      </w:r>
      <w:proofErr w:type="spellStart"/>
      <w:r w:rsidRPr="00846012">
        <w:rPr>
          <w:lang w:val="fr-FR"/>
        </w:rPr>
        <w:t>vulgar</w:t>
      </w:r>
      <w:proofErr w:type="spellEnd"/>
      <w:r w:rsidRPr="00846012">
        <w:rPr>
          <w:lang w:val="fr-FR"/>
        </w:rPr>
        <w:t xml:space="preserve">, </w:t>
      </w:r>
      <w:proofErr w:type="spellStart"/>
      <w:r w:rsidRPr="00846012">
        <w:rPr>
          <w:lang w:val="fr-FR"/>
        </w:rPr>
        <w:t>defăimător</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proofErr w:type="gramStart"/>
      <w:r w:rsidRPr="00846012">
        <w:rPr>
          <w:lang w:val="fr-FR"/>
        </w:rPr>
        <w:t>amenințător</w:t>
      </w:r>
      <w:proofErr w:type="spellEnd"/>
      <w:r w:rsidRPr="00846012">
        <w:rPr>
          <w:lang w:val="fr-FR"/>
        </w:rPr>
        <w:t>;</w:t>
      </w:r>
      <w:proofErr w:type="gramEnd"/>
    </w:p>
    <w:p w14:paraId="68E83C42" w14:textId="77777777" w:rsidR="003260D0" w:rsidRPr="00846012" w:rsidRDefault="00916C8E">
      <w:pPr>
        <w:pStyle w:val="ListBullet"/>
        <w:spacing w:after="60"/>
        <w:jc w:val="both"/>
        <w:rPr>
          <w:lang w:val="fr-FR"/>
        </w:rPr>
      </w:pPr>
      <w:proofErr w:type="spellStart"/>
      <w:proofErr w:type="gramStart"/>
      <w:r w:rsidRPr="00846012">
        <w:rPr>
          <w:lang w:val="fr-FR"/>
        </w:rPr>
        <w:t>să</w:t>
      </w:r>
      <w:proofErr w:type="spellEnd"/>
      <w:proofErr w:type="gramEnd"/>
      <w:r w:rsidRPr="00846012">
        <w:rPr>
          <w:lang w:val="fr-FR"/>
        </w:rPr>
        <w:t xml:space="preserve"> nu </w:t>
      </w:r>
      <w:proofErr w:type="spellStart"/>
      <w:r w:rsidRPr="00846012">
        <w:rPr>
          <w:lang w:val="fr-FR"/>
        </w:rPr>
        <w:t>desfășoare</w:t>
      </w:r>
      <w:proofErr w:type="spellEnd"/>
      <w:r w:rsidRPr="00846012">
        <w:rPr>
          <w:lang w:val="fr-FR"/>
        </w:rPr>
        <w:t xml:space="preserve"> </w:t>
      </w:r>
      <w:proofErr w:type="spellStart"/>
      <w:r w:rsidRPr="00846012">
        <w:rPr>
          <w:lang w:val="fr-FR"/>
        </w:rPr>
        <w:t>activități</w:t>
      </w:r>
      <w:proofErr w:type="spellEnd"/>
      <w:r w:rsidRPr="00846012">
        <w:rPr>
          <w:lang w:val="fr-FR"/>
        </w:rPr>
        <w:t xml:space="preserve"> de tip cracking, hacking, </w:t>
      </w:r>
      <w:proofErr w:type="spellStart"/>
      <w:r w:rsidRPr="00846012">
        <w:rPr>
          <w:lang w:val="fr-FR"/>
        </w:rPr>
        <w:t>atacuri</w:t>
      </w:r>
      <w:proofErr w:type="spellEnd"/>
      <w:r w:rsidRPr="00846012">
        <w:rPr>
          <w:lang w:val="fr-FR"/>
        </w:rPr>
        <w:t xml:space="preserve"> „Denial of Service” </w:t>
      </w:r>
      <w:proofErr w:type="spellStart"/>
      <w:r w:rsidRPr="00846012">
        <w:rPr>
          <w:lang w:val="fr-FR"/>
        </w:rPr>
        <w:t>sau</w:t>
      </w:r>
      <w:proofErr w:type="spellEnd"/>
      <w:r w:rsidRPr="00846012">
        <w:rPr>
          <w:lang w:val="fr-FR"/>
        </w:rPr>
        <w:t xml:space="preserve"> </w:t>
      </w:r>
      <w:proofErr w:type="spellStart"/>
      <w:r w:rsidRPr="00846012">
        <w:rPr>
          <w:lang w:val="fr-FR"/>
        </w:rPr>
        <w:t>orice</w:t>
      </w:r>
      <w:proofErr w:type="spellEnd"/>
      <w:r w:rsidRPr="00846012">
        <w:rPr>
          <w:lang w:val="fr-FR"/>
        </w:rPr>
        <w:t xml:space="preserve"> </w:t>
      </w:r>
      <w:proofErr w:type="spellStart"/>
      <w:r w:rsidRPr="00846012">
        <w:rPr>
          <w:lang w:val="fr-FR"/>
        </w:rPr>
        <w:t>altă</w:t>
      </w:r>
      <w:proofErr w:type="spellEnd"/>
      <w:r w:rsidRPr="00846012">
        <w:rPr>
          <w:lang w:val="fr-FR"/>
        </w:rPr>
        <w:t xml:space="preserve"> </w:t>
      </w:r>
      <w:proofErr w:type="spellStart"/>
      <w:r w:rsidRPr="00846012">
        <w:rPr>
          <w:lang w:val="fr-FR"/>
        </w:rPr>
        <w:t>activitate</w:t>
      </w:r>
      <w:proofErr w:type="spellEnd"/>
      <w:r w:rsidRPr="00846012">
        <w:rPr>
          <w:lang w:val="fr-FR"/>
        </w:rPr>
        <w:t xml:space="preserve"> care </w:t>
      </w:r>
      <w:proofErr w:type="spellStart"/>
      <w:r w:rsidRPr="00846012">
        <w:rPr>
          <w:lang w:val="fr-FR"/>
        </w:rPr>
        <w:t>contravine</w:t>
      </w:r>
      <w:proofErr w:type="spellEnd"/>
      <w:r w:rsidRPr="00846012">
        <w:rPr>
          <w:lang w:val="fr-FR"/>
        </w:rPr>
        <w:t xml:space="preserve"> </w:t>
      </w:r>
      <w:proofErr w:type="spellStart"/>
      <w:r w:rsidRPr="00846012">
        <w:rPr>
          <w:lang w:val="fr-FR"/>
        </w:rPr>
        <w:t>politicilor</w:t>
      </w:r>
      <w:proofErr w:type="spellEnd"/>
      <w:r w:rsidRPr="00846012">
        <w:rPr>
          <w:lang w:val="fr-FR"/>
        </w:rPr>
        <w:t xml:space="preserve"> </w:t>
      </w:r>
      <w:proofErr w:type="spellStart"/>
      <w:r w:rsidRPr="00846012">
        <w:rPr>
          <w:lang w:val="fr-FR"/>
        </w:rPr>
        <w:t>general</w:t>
      </w:r>
      <w:proofErr w:type="spellEnd"/>
      <w:r w:rsidRPr="00846012">
        <w:rPr>
          <w:lang w:val="fr-FR"/>
        </w:rPr>
        <w:t xml:space="preserve"> </w:t>
      </w:r>
      <w:proofErr w:type="spellStart"/>
      <w:r w:rsidRPr="00846012">
        <w:rPr>
          <w:lang w:val="fr-FR"/>
        </w:rPr>
        <w:t>acceptate</w:t>
      </w:r>
      <w:proofErr w:type="spellEnd"/>
      <w:r w:rsidRPr="00846012">
        <w:rPr>
          <w:lang w:val="fr-FR"/>
        </w:rPr>
        <w:t xml:space="preserve"> de </w:t>
      </w:r>
      <w:proofErr w:type="spellStart"/>
      <w:r w:rsidRPr="00846012">
        <w:rPr>
          <w:lang w:val="fr-FR"/>
        </w:rPr>
        <w:t>acces</w:t>
      </w:r>
      <w:proofErr w:type="spellEnd"/>
      <w:r w:rsidRPr="00846012">
        <w:rPr>
          <w:lang w:val="fr-FR"/>
        </w:rPr>
        <w:t xml:space="preserve"> </w:t>
      </w:r>
      <w:proofErr w:type="gramStart"/>
      <w:r w:rsidRPr="00846012">
        <w:rPr>
          <w:lang w:val="fr-FR"/>
        </w:rPr>
        <w:t>la internet</w:t>
      </w:r>
      <w:proofErr w:type="gramEnd"/>
      <w:r w:rsidRPr="00846012">
        <w:rPr>
          <w:lang w:val="fr-FR"/>
        </w:rPr>
        <w:t>.</w:t>
      </w:r>
    </w:p>
    <w:p w14:paraId="305C8C70" w14:textId="77777777" w:rsidR="003260D0" w:rsidRPr="00846012" w:rsidRDefault="00916C8E">
      <w:pPr>
        <w:spacing w:after="120"/>
        <w:jc w:val="both"/>
        <w:rPr>
          <w:lang w:val="fr-FR"/>
        </w:rPr>
      </w:pPr>
      <w:proofErr w:type="spellStart"/>
      <w:r w:rsidRPr="00846012">
        <w:rPr>
          <w:lang w:val="fr-FR"/>
        </w:rPr>
        <w:t>Violarea</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tentativele</w:t>
      </w:r>
      <w:proofErr w:type="spellEnd"/>
      <w:r w:rsidRPr="00846012">
        <w:rPr>
          <w:lang w:val="fr-FR"/>
        </w:rPr>
        <w:t xml:space="preserve"> de </w:t>
      </w:r>
      <w:proofErr w:type="spellStart"/>
      <w:r w:rsidRPr="00846012">
        <w:rPr>
          <w:lang w:val="fr-FR"/>
        </w:rPr>
        <w:t>violare</w:t>
      </w:r>
      <w:proofErr w:type="spellEnd"/>
      <w:r w:rsidRPr="00846012">
        <w:rPr>
          <w:lang w:val="fr-FR"/>
        </w:rPr>
        <w:t xml:space="preserve"> a </w:t>
      </w:r>
      <w:proofErr w:type="spellStart"/>
      <w:r w:rsidRPr="00846012">
        <w:rPr>
          <w:lang w:val="fr-FR"/>
        </w:rPr>
        <w:t>securității</w:t>
      </w:r>
      <w:proofErr w:type="spellEnd"/>
      <w:r w:rsidRPr="00846012">
        <w:rPr>
          <w:lang w:val="fr-FR"/>
        </w:rPr>
        <w:t xml:space="preserve"> </w:t>
      </w:r>
      <w:proofErr w:type="spellStart"/>
      <w:r w:rsidRPr="00846012">
        <w:rPr>
          <w:lang w:val="fr-FR"/>
        </w:rPr>
        <w:t>sistemelor</w:t>
      </w:r>
      <w:proofErr w:type="spellEnd"/>
      <w:r w:rsidRPr="00846012">
        <w:rPr>
          <w:lang w:val="fr-FR"/>
        </w:rPr>
        <w:t xml:space="preserve"> </w:t>
      </w:r>
      <w:proofErr w:type="spellStart"/>
      <w:r w:rsidRPr="00846012">
        <w:rPr>
          <w:lang w:val="fr-FR"/>
        </w:rPr>
        <w:t>informatice</w:t>
      </w:r>
      <w:proofErr w:type="spellEnd"/>
      <w:r w:rsidRPr="00846012">
        <w:rPr>
          <w:lang w:val="fr-FR"/>
        </w:rPr>
        <w:t xml:space="preserve"> </w:t>
      </w:r>
      <w:proofErr w:type="spellStart"/>
      <w:r w:rsidRPr="00846012">
        <w:rPr>
          <w:lang w:val="fr-FR"/>
        </w:rPr>
        <w:t>intră</w:t>
      </w:r>
      <w:proofErr w:type="spellEnd"/>
      <w:r w:rsidRPr="00846012">
        <w:rPr>
          <w:lang w:val="fr-FR"/>
        </w:rPr>
        <w:t xml:space="preserve"> </w:t>
      </w:r>
      <w:proofErr w:type="spellStart"/>
      <w:r w:rsidRPr="00846012">
        <w:rPr>
          <w:lang w:val="fr-FR"/>
        </w:rPr>
        <w:t>sub</w:t>
      </w:r>
      <w:proofErr w:type="spellEnd"/>
      <w:r w:rsidRPr="00846012">
        <w:rPr>
          <w:lang w:val="fr-FR"/>
        </w:rPr>
        <w:t xml:space="preserve"> </w:t>
      </w:r>
      <w:proofErr w:type="spellStart"/>
      <w:r w:rsidRPr="00846012">
        <w:rPr>
          <w:lang w:val="fr-FR"/>
        </w:rPr>
        <w:t>incidența</w:t>
      </w:r>
      <w:proofErr w:type="spellEnd"/>
      <w:r w:rsidRPr="00846012">
        <w:rPr>
          <w:lang w:val="fr-FR"/>
        </w:rPr>
        <w:t xml:space="preserve"> </w:t>
      </w:r>
      <w:proofErr w:type="spellStart"/>
      <w:r w:rsidRPr="00846012">
        <w:rPr>
          <w:lang w:val="fr-FR"/>
        </w:rPr>
        <w:t>legii</w:t>
      </w:r>
      <w:proofErr w:type="spellEnd"/>
      <w:r w:rsidRPr="00846012">
        <w:rPr>
          <w:lang w:val="fr-FR"/>
        </w:rPr>
        <w:t xml:space="preserve"> </w:t>
      </w:r>
      <w:proofErr w:type="spellStart"/>
      <w:proofErr w:type="gramStart"/>
      <w:r w:rsidRPr="00846012">
        <w:rPr>
          <w:lang w:val="fr-FR"/>
        </w:rPr>
        <w:t>penale</w:t>
      </w:r>
      <w:proofErr w:type="spellEnd"/>
      <w:r w:rsidRPr="00846012">
        <w:rPr>
          <w:lang w:val="fr-FR"/>
        </w:rPr>
        <w:t>;</w:t>
      </w:r>
      <w:proofErr w:type="gramEnd"/>
      <w:r w:rsidRPr="00846012">
        <w:rPr>
          <w:lang w:val="fr-FR"/>
        </w:rPr>
        <w:t xml:space="preserve"> </w:t>
      </w:r>
      <w:proofErr w:type="spellStart"/>
      <w:r w:rsidRPr="00846012">
        <w:rPr>
          <w:lang w:val="fr-FR"/>
        </w:rPr>
        <w:t>orice</w:t>
      </w:r>
      <w:proofErr w:type="spellEnd"/>
      <w:r w:rsidRPr="00846012">
        <w:rPr>
          <w:lang w:val="fr-FR"/>
        </w:rPr>
        <w:t xml:space="preserve"> </w:t>
      </w:r>
      <w:proofErr w:type="spellStart"/>
      <w:r w:rsidRPr="00846012">
        <w:rPr>
          <w:lang w:val="fr-FR"/>
        </w:rPr>
        <w:t>astfel</w:t>
      </w:r>
      <w:proofErr w:type="spellEnd"/>
      <w:r w:rsidRPr="00846012">
        <w:rPr>
          <w:lang w:val="fr-FR"/>
        </w:rPr>
        <w:t xml:space="preserve"> de </w:t>
      </w:r>
      <w:proofErr w:type="spellStart"/>
      <w:r w:rsidRPr="00846012">
        <w:rPr>
          <w:lang w:val="fr-FR"/>
        </w:rPr>
        <w:t>încălcare</w:t>
      </w:r>
      <w:proofErr w:type="spellEnd"/>
      <w:r w:rsidRPr="00846012">
        <w:rPr>
          <w:lang w:val="fr-FR"/>
        </w:rPr>
        <w:t xml:space="preserve"> va fi </w:t>
      </w:r>
      <w:proofErr w:type="spellStart"/>
      <w:r w:rsidRPr="00846012">
        <w:rPr>
          <w:lang w:val="fr-FR"/>
        </w:rPr>
        <w:t>raportată</w:t>
      </w:r>
      <w:proofErr w:type="spellEnd"/>
      <w:r w:rsidRPr="00846012">
        <w:rPr>
          <w:lang w:val="fr-FR"/>
        </w:rPr>
        <w:t xml:space="preserve"> </w:t>
      </w:r>
      <w:proofErr w:type="spellStart"/>
      <w:r w:rsidRPr="00846012">
        <w:rPr>
          <w:lang w:val="fr-FR"/>
        </w:rPr>
        <w:t>autorităților</w:t>
      </w:r>
      <w:proofErr w:type="spellEnd"/>
      <w:r w:rsidRPr="00846012">
        <w:rPr>
          <w:lang w:val="fr-FR"/>
        </w:rPr>
        <w:t xml:space="preserve"> </w:t>
      </w:r>
      <w:proofErr w:type="spellStart"/>
      <w:r w:rsidRPr="00846012">
        <w:rPr>
          <w:lang w:val="fr-FR"/>
        </w:rPr>
        <w:t>competente</w:t>
      </w:r>
      <w:proofErr w:type="spellEnd"/>
      <w:r w:rsidRPr="00846012">
        <w:rPr>
          <w:lang w:val="fr-FR"/>
        </w:rPr>
        <w:t>.</w:t>
      </w:r>
    </w:p>
    <w:p w14:paraId="69848412" w14:textId="77777777" w:rsidR="003260D0" w:rsidRPr="00846012" w:rsidRDefault="00916C8E">
      <w:pPr>
        <w:pStyle w:val="Heading2"/>
        <w:rPr>
          <w:lang w:val="fr-FR"/>
        </w:rPr>
      </w:pPr>
      <w:r w:rsidRPr="00846012">
        <w:rPr>
          <w:rFonts w:ascii="Arial" w:hAnsi="Arial"/>
          <w:lang w:val="fr-FR"/>
        </w:rPr>
        <w:t xml:space="preserve">5. </w:t>
      </w:r>
      <w:proofErr w:type="spellStart"/>
      <w:r w:rsidRPr="00846012">
        <w:rPr>
          <w:rFonts w:ascii="Arial" w:hAnsi="Arial"/>
          <w:lang w:val="fr-FR"/>
        </w:rPr>
        <w:t>Procesul</w:t>
      </w:r>
      <w:proofErr w:type="spellEnd"/>
      <w:r w:rsidRPr="00846012">
        <w:rPr>
          <w:rFonts w:ascii="Arial" w:hAnsi="Arial"/>
          <w:lang w:val="fr-FR"/>
        </w:rPr>
        <w:t xml:space="preserve"> de </w:t>
      </w:r>
      <w:proofErr w:type="spellStart"/>
      <w:r w:rsidRPr="00846012">
        <w:rPr>
          <w:rFonts w:ascii="Arial" w:hAnsi="Arial"/>
          <w:lang w:val="fr-FR"/>
        </w:rPr>
        <w:t>încheiere</w:t>
      </w:r>
      <w:proofErr w:type="spellEnd"/>
      <w:r w:rsidRPr="00846012">
        <w:rPr>
          <w:rFonts w:ascii="Arial" w:hAnsi="Arial"/>
          <w:lang w:val="fr-FR"/>
        </w:rPr>
        <w:t xml:space="preserve"> a </w:t>
      </w:r>
      <w:proofErr w:type="spellStart"/>
      <w:r w:rsidRPr="00846012">
        <w:rPr>
          <w:rFonts w:ascii="Arial" w:hAnsi="Arial"/>
          <w:lang w:val="fr-FR"/>
        </w:rPr>
        <w:t>contractului</w:t>
      </w:r>
      <w:proofErr w:type="spellEnd"/>
      <w:r w:rsidRPr="00846012">
        <w:rPr>
          <w:rFonts w:ascii="Arial" w:hAnsi="Arial"/>
          <w:lang w:val="fr-FR"/>
        </w:rPr>
        <w:t xml:space="preserve"> de </w:t>
      </w:r>
      <w:proofErr w:type="spellStart"/>
      <w:r w:rsidRPr="00846012">
        <w:rPr>
          <w:rFonts w:ascii="Arial" w:hAnsi="Arial"/>
          <w:lang w:val="fr-FR"/>
        </w:rPr>
        <w:t>asigurare</w:t>
      </w:r>
      <w:proofErr w:type="spellEnd"/>
      <w:r w:rsidRPr="00846012">
        <w:rPr>
          <w:rFonts w:ascii="Arial" w:hAnsi="Arial"/>
          <w:lang w:val="fr-FR"/>
        </w:rPr>
        <w:t xml:space="preserve"> RCA</w:t>
      </w:r>
    </w:p>
    <w:p w14:paraId="1BCB8926" w14:textId="77777777" w:rsidR="003260D0" w:rsidRPr="00846012" w:rsidRDefault="00916C8E">
      <w:pPr>
        <w:pStyle w:val="Heading3"/>
        <w:rPr>
          <w:lang w:val="fr-FR"/>
        </w:rPr>
      </w:pPr>
      <w:r w:rsidRPr="00846012">
        <w:rPr>
          <w:rFonts w:ascii="Arial" w:hAnsi="Arial"/>
          <w:lang w:val="fr-FR"/>
        </w:rPr>
        <w:t xml:space="preserve">5.1. </w:t>
      </w:r>
      <w:proofErr w:type="spellStart"/>
      <w:r w:rsidRPr="00846012">
        <w:rPr>
          <w:rFonts w:ascii="Arial" w:hAnsi="Arial"/>
          <w:lang w:val="fr-FR"/>
        </w:rPr>
        <w:t>Solicitarea</w:t>
      </w:r>
      <w:proofErr w:type="spellEnd"/>
      <w:r w:rsidRPr="00846012">
        <w:rPr>
          <w:rFonts w:ascii="Arial" w:hAnsi="Arial"/>
          <w:lang w:val="fr-FR"/>
        </w:rPr>
        <w:t xml:space="preserve"> </w:t>
      </w:r>
      <w:proofErr w:type="spellStart"/>
      <w:r w:rsidRPr="00846012">
        <w:rPr>
          <w:rFonts w:ascii="Arial" w:hAnsi="Arial"/>
          <w:lang w:val="fr-FR"/>
        </w:rPr>
        <w:t>ofertei</w:t>
      </w:r>
      <w:proofErr w:type="spellEnd"/>
    </w:p>
    <w:p w14:paraId="6A592BC7" w14:textId="77777777" w:rsidR="003260D0" w:rsidRPr="00846012" w:rsidRDefault="00916C8E">
      <w:pPr>
        <w:spacing w:after="120"/>
        <w:jc w:val="both"/>
        <w:rPr>
          <w:lang w:val="fr-FR"/>
        </w:rPr>
      </w:pPr>
      <w:proofErr w:type="spellStart"/>
      <w:r w:rsidRPr="00846012">
        <w:rPr>
          <w:lang w:val="fr-FR"/>
        </w:rPr>
        <w:t>Utilizatorul</w:t>
      </w:r>
      <w:proofErr w:type="spellEnd"/>
      <w:r w:rsidRPr="00846012">
        <w:rPr>
          <w:lang w:val="fr-FR"/>
        </w:rPr>
        <w:t xml:space="preserve"> </w:t>
      </w:r>
      <w:proofErr w:type="spellStart"/>
      <w:r w:rsidRPr="00846012">
        <w:rPr>
          <w:lang w:val="fr-FR"/>
        </w:rPr>
        <w:t>completează</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formularul</w:t>
      </w:r>
      <w:proofErr w:type="spellEnd"/>
      <w:r w:rsidRPr="00846012">
        <w:rPr>
          <w:lang w:val="fr-FR"/>
        </w:rPr>
        <w:t xml:space="preserve"> </w:t>
      </w:r>
      <w:proofErr w:type="spellStart"/>
      <w:r w:rsidRPr="00846012">
        <w:rPr>
          <w:lang w:val="fr-FR"/>
        </w:rPr>
        <w:t>electronic</w:t>
      </w:r>
      <w:proofErr w:type="spellEnd"/>
      <w:r w:rsidRPr="00846012">
        <w:rPr>
          <w:lang w:val="fr-FR"/>
        </w:rPr>
        <w:t xml:space="preserve"> </w:t>
      </w:r>
      <w:proofErr w:type="spellStart"/>
      <w:r w:rsidRPr="00846012">
        <w:rPr>
          <w:lang w:val="fr-FR"/>
        </w:rPr>
        <w:t>disponibil</w:t>
      </w:r>
      <w:proofErr w:type="spellEnd"/>
      <w:r w:rsidRPr="00846012">
        <w:rPr>
          <w:lang w:val="fr-FR"/>
        </w:rPr>
        <w:t xml:space="preserve"> </w:t>
      </w:r>
      <w:proofErr w:type="spellStart"/>
      <w:r w:rsidRPr="00846012">
        <w:rPr>
          <w:lang w:val="fr-FR"/>
        </w:rPr>
        <w:t>pe</w:t>
      </w:r>
      <w:proofErr w:type="spellEnd"/>
      <w:r w:rsidRPr="00846012">
        <w:rPr>
          <w:lang w:val="fr-FR"/>
        </w:rPr>
        <w:t xml:space="preserve"> site </w:t>
      </w:r>
      <w:proofErr w:type="spellStart"/>
      <w:r w:rsidRPr="00846012">
        <w:rPr>
          <w:lang w:val="fr-FR"/>
        </w:rPr>
        <w:t>datele</w:t>
      </w:r>
      <w:proofErr w:type="spellEnd"/>
      <w:r w:rsidRPr="00846012">
        <w:rPr>
          <w:lang w:val="fr-FR"/>
        </w:rPr>
        <w:t xml:space="preserve"> </w:t>
      </w:r>
      <w:proofErr w:type="spellStart"/>
      <w:r w:rsidRPr="00846012">
        <w:rPr>
          <w:lang w:val="fr-FR"/>
        </w:rPr>
        <w:t>necesare</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emiterea</w:t>
      </w:r>
      <w:proofErr w:type="spellEnd"/>
      <w:r w:rsidRPr="00846012">
        <w:rPr>
          <w:lang w:val="fr-FR"/>
        </w:rPr>
        <w:t xml:space="preserve"> </w:t>
      </w:r>
      <w:proofErr w:type="spellStart"/>
      <w:r w:rsidRPr="00846012">
        <w:rPr>
          <w:lang w:val="fr-FR"/>
        </w:rPr>
        <w:t>ofertei</w:t>
      </w:r>
      <w:proofErr w:type="spellEnd"/>
      <w:r w:rsidRPr="00846012">
        <w:rPr>
          <w:lang w:val="fr-FR"/>
        </w:rPr>
        <w:t xml:space="preserve"> RCA, </w:t>
      </w:r>
      <w:proofErr w:type="spellStart"/>
      <w:r w:rsidRPr="00846012">
        <w:rPr>
          <w:lang w:val="fr-FR"/>
        </w:rPr>
        <w:t>conform</w:t>
      </w:r>
      <w:proofErr w:type="spellEnd"/>
      <w:r w:rsidRPr="00846012">
        <w:rPr>
          <w:lang w:val="fr-FR"/>
        </w:rPr>
        <w:t xml:space="preserve"> </w:t>
      </w:r>
      <w:proofErr w:type="spellStart"/>
      <w:r w:rsidRPr="00846012">
        <w:rPr>
          <w:lang w:val="fr-FR"/>
        </w:rPr>
        <w:t>cerințelor</w:t>
      </w:r>
      <w:proofErr w:type="spellEnd"/>
      <w:r w:rsidRPr="00846012">
        <w:rPr>
          <w:lang w:val="fr-FR"/>
        </w:rPr>
        <w:t xml:space="preserve"> </w:t>
      </w:r>
      <w:proofErr w:type="spellStart"/>
      <w:r w:rsidRPr="00846012">
        <w:rPr>
          <w:lang w:val="fr-FR"/>
        </w:rPr>
        <w:t>legale</w:t>
      </w:r>
      <w:proofErr w:type="spellEnd"/>
      <w:r w:rsidRPr="00846012">
        <w:rPr>
          <w:lang w:val="fr-FR"/>
        </w:rPr>
        <w:t xml:space="preserve"> (date </w:t>
      </w:r>
      <w:proofErr w:type="spellStart"/>
      <w:r w:rsidRPr="00846012">
        <w:rPr>
          <w:lang w:val="fr-FR"/>
        </w:rPr>
        <w:t>despre</w:t>
      </w:r>
      <w:proofErr w:type="spellEnd"/>
      <w:r w:rsidRPr="00846012">
        <w:rPr>
          <w:lang w:val="fr-FR"/>
        </w:rPr>
        <w:t xml:space="preserve"> </w:t>
      </w:r>
      <w:proofErr w:type="spellStart"/>
      <w:r w:rsidRPr="00846012">
        <w:rPr>
          <w:lang w:val="fr-FR"/>
        </w:rPr>
        <w:t>vehicul</w:t>
      </w:r>
      <w:proofErr w:type="spellEnd"/>
      <w:r w:rsidRPr="00846012">
        <w:rPr>
          <w:lang w:val="fr-FR"/>
        </w:rPr>
        <w:t xml:space="preserve">, date </w:t>
      </w:r>
      <w:proofErr w:type="spellStart"/>
      <w:r w:rsidRPr="00846012">
        <w:rPr>
          <w:lang w:val="fr-FR"/>
        </w:rPr>
        <w:t>despre</w:t>
      </w:r>
      <w:proofErr w:type="spellEnd"/>
      <w:r w:rsidRPr="00846012">
        <w:rPr>
          <w:lang w:val="fr-FR"/>
        </w:rPr>
        <w:t xml:space="preserve"> contractant </w:t>
      </w:r>
      <w:proofErr w:type="spellStart"/>
      <w:r w:rsidRPr="00846012">
        <w:rPr>
          <w:lang w:val="fr-FR"/>
        </w:rPr>
        <w:t>și</w:t>
      </w:r>
      <w:proofErr w:type="spellEnd"/>
      <w:r w:rsidRPr="00846012">
        <w:rPr>
          <w:lang w:val="fr-FR"/>
        </w:rPr>
        <w:t xml:space="preserve"> </w:t>
      </w:r>
      <w:proofErr w:type="spellStart"/>
      <w:r w:rsidRPr="00846012">
        <w:rPr>
          <w:lang w:val="fr-FR"/>
        </w:rPr>
        <w:t>utilizator</w:t>
      </w:r>
      <w:proofErr w:type="spellEnd"/>
      <w:r w:rsidRPr="00846012">
        <w:rPr>
          <w:lang w:val="fr-FR"/>
        </w:rPr>
        <w:t xml:space="preserve">, </w:t>
      </w:r>
      <w:proofErr w:type="spellStart"/>
      <w:r w:rsidRPr="00846012">
        <w:rPr>
          <w:lang w:val="fr-FR"/>
        </w:rPr>
        <w:t>istoric</w:t>
      </w:r>
      <w:proofErr w:type="spellEnd"/>
      <w:r w:rsidRPr="00846012">
        <w:rPr>
          <w:lang w:val="fr-FR"/>
        </w:rPr>
        <w:t xml:space="preserve"> </w:t>
      </w:r>
      <w:proofErr w:type="spellStart"/>
      <w:r w:rsidRPr="00846012">
        <w:rPr>
          <w:lang w:val="fr-FR"/>
        </w:rPr>
        <w:t>daune</w:t>
      </w:r>
      <w:proofErr w:type="spellEnd"/>
      <w:r w:rsidRPr="00846012">
        <w:rPr>
          <w:lang w:val="fr-FR"/>
        </w:rPr>
        <w:t xml:space="preserve"> etc.). </w:t>
      </w:r>
      <w:proofErr w:type="spellStart"/>
      <w:r w:rsidRPr="00846012">
        <w:rPr>
          <w:lang w:val="fr-FR"/>
        </w:rPr>
        <w:t>În</w:t>
      </w:r>
      <w:proofErr w:type="spellEnd"/>
      <w:r w:rsidRPr="00846012">
        <w:rPr>
          <w:lang w:val="fr-FR"/>
        </w:rPr>
        <w:t xml:space="preserve"> </w:t>
      </w:r>
      <w:proofErr w:type="spellStart"/>
      <w:r w:rsidRPr="00846012">
        <w:rPr>
          <w:lang w:val="fr-FR"/>
        </w:rPr>
        <w:t>baza</w:t>
      </w:r>
      <w:proofErr w:type="spellEnd"/>
      <w:r w:rsidRPr="00846012">
        <w:rPr>
          <w:lang w:val="fr-FR"/>
        </w:rPr>
        <w:t xml:space="preserve"> </w:t>
      </w:r>
      <w:proofErr w:type="spellStart"/>
      <w:r w:rsidRPr="00846012">
        <w:rPr>
          <w:lang w:val="fr-FR"/>
        </w:rPr>
        <w:t>acestor</w:t>
      </w:r>
      <w:proofErr w:type="spellEnd"/>
      <w:r w:rsidRPr="00846012">
        <w:rPr>
          <w:lang w:val="fr-FR"/>
        </w:rPr>
        <w:t xml:space="preserve"> </w:t>
      </w:r>
      <w:proofErr w:type="spellStart"/>
      <w:r w:rsidRPr="00846012">
        <w:rPr>
          <w:lang w:val="fr-FR"/>
        </w:rPr>
        <w:t>informații</w:t>
      </w:r>
      <w:proofErr w:type="spellEnd"/>
      <w:r w:rsidRPr="00846012">
        <w:rPr>
          <w:lang w:val="fr-FR"/>
        </w:rPr>
        <w:t xml:space="preserve">, </w:t>
      </w:r>
      <w:proofErr w:type="spellStart"/>
      <w:r w:rsidRPr="00846012">
        <w:rPr>
          <w:lang w:val="fr-FR"/>
        </w:rPr>
        <w:t>sistemul</w:t>
      </w:r>
      <w:proofErr w:type="spellEnd"/>
      <w:r w:rsidRPr="00846012">
        <w:rPr>
          <w:lang w:val="fr-FR"/>
        </w:rPr>
        <w:t xml:space="preserve"> </w:t>
      </w:r>
      <w:proofErr w:type="spellStart"/>
      <w:r w:rsidRPr="00846012">
        <w:rPr>
          <w:lang w:val="fr-FR"/>
        </w:rPr>
        <w:t>informatic</w:t>
      </w:r>
      <w:proofErr w:type="spellEnd"/>
      <w:r w:rsidRPr="00846012">
        <w:rPr>
          <w:lang w:val="fr-FR"/>
        </w:rPr>
        <w:t xml:space="preserve"> al </w:t>
      </w:r>
      <w:proofErr w:type="spellStart"/>
      <w:r w:rsidRPr="00846012">
        <w:rPr>
          <w:lang w:val="fr-FR"/>
        </w:rPr>
        <w:t>Brokerului</w:t>
      </w:r>
      <w:proofErr w:type="spellEnd"/>
      <w:r w:rsidRPr="00846012">
        <w:rPr>
          <w:lang w:val="fr-FR"/>
        </w:rPr>
        <w:t xml:space="preserve"> </w:t>
      </w:r>
      <w:proofErr w:type="spellStart"/>
      <w:r w:rsidRPr="00846012">
        <w:rPr>
          <w:lang w:val="fr-FR"/>
        </w:rPr>
        <w:t>calculează</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afișează</w:t>
      </w:r>
      <w:proofErr w:type="spellEnd"/>
      <w:r w:rsidRPr="00846012">
        <w:rPr>
          <w:lang w:val="fr-FR"/>
        </w:rPr>
        <w:t xml:space="preserve"> </w:t>
      </w:r>
      <w:proofErr w:type="spellStart"/>
      <w:r w:rsidRPr="00846012">
        <w:rPr>
          <w:lang w:val="fr-FR"/>
        </w:rPr>
        <w:t>ofertele</w:t>
      </w:r>
      <w:proofErr w:type="spellEnd"/>
      <w:r w:rsidRPr="00846012">
        <w:rPr>
          <w:lang w:val="fr-FR"/>
        </w:rPr>
        <w:t xml:space="preserve"> de la </w:t>
      </w:r>
      <w:proofErr w:type="spellStart"/>
      <w:r w:rsidRPr="00846012">
        <w:rPr>
          <w:lang w:val="fr-FR"/>
        </w:rPr>
        <w:t>asigurătorii</w:t>
      </w:r>
      <w:proofErr w:type="spellEnd"/>
      <w:r w:rsidRPr="00846012">
        <w:rPr>
          <w:lang w:val="fr-FR"/>
        </w:rPr>
        <w:t xml:space="preserve"> </w:t>
      </w:r>
      <w:proofErr w:type="spellStart"/>
      <w:r w:rsidRPr="00846012">
        <w:rPr>
          <w:lang w:val="fr-FR"/>
        </w:rPr>
        <w:t>parteneri</w:t>
      </w:r>
      <w:proofErr w:type="spellEnd"/>
      <w:r w:rsidRPr="00846012">
        <w:rPr>
          <w:lang w:val="fr-FR"/>
        </w:rPr>
        <w:t>.</w:t>
      </w:r>
    </w:p>
    <w:p w14:paraId="79F15B3D" w14:textId="77777777" w:rsidR="003260D0" w:rsidRPr="00846012" w:rsidRDefault="00916C8E">
      <w:pPr>
        <w:pStyle w:val="Heading3"/>
        <w:rPr>
          <w:lang w:val="fr-FR"/>
        </w:rPr>
      </w:pPr>
      <w:r w:rsidRPr="00846012">
        <w:rPr>
          <w:rFonts w:ascii="Arial" w:hAnsi="Arial"/>
          <w:lang w:val="fr-FR"/>
        </w:rPr>
        <w:t xml:space="preserve">5.2. </w:t>
      </w:r>
      <w:proofErr w:type="spellStart"/>
      <w:r w:rsidRPr="00846012">
        <w:rPr>
          <w:rFonts w:ascii="Arial" w:hAnsi="Arial"/>
          <w:lang w:val="fr-FR"/>
        </w:rPr>
        <w:t>Plasarea</w:t>
      </w:r>
      <w:proofErr w:type="spellEnd"/>
      <w:r w:rsidRPr="00846012">
        <w:rPr>
          <w:rFonts w:ascii="Arial" w:hAnsi="Arial"/>
          <w:lang w:val="fr-FR"/>
        </w:rPr>
        <w:t xml:space="preserve"> </w:t>
      </w:r>
      <w:proofErr w:type="spellStart"/>
      <w:r w:rsidRPr="00846012">
        <w:rPr>
          <w:rFonts w:ascii="Arial" w:hAnsi="Arial"/>
          <w:lang w:val="fr-FR"/>
        </w:rPr>
        <w:t>comenzii</w:t>
      </w:r>
      <w:proofErr w:type="spellEnd"/>
    </w:p>
    <w:p w14:paraId="3B462D38" w14:textId="77777777" w:rsidR="003260D0" w:rsidRPr="00846012" w:rsidRDefault="00916C8E">
      <w:pPr>
        <w:spacing w:after="120"/>
        <w:jc w:val="both"/>
        <w:rPr>
          <w:lang w:val="fr-FR"/>
        </w:rPr>
      </w:pPr>
      <w:r w:rsidRPr="00846012">
        <w:rPr>
          <w:lang w:val="fr-FR"/>
        </w:rPr>
        <w:t xml:space="preserve">După </w:t>
      </w:r>
      <w:proofErr w:type="spellStart"/>
      <w:r w:rsidRPr="00846012">
        <w:rPr>
          <w:lang w:val="fr-FR"/>
        </w:rPr>
        <w:t>analizarea</w:t>
      </w:r>
      <w:proofErr w:type="spellEnd"/>
      <w:r w:rsidRPr="00846012">
        <w:rPr>
          <w:lang w:val="fr-FR"/>
        </w:rPr>
        <w:t xml:space="preserve"> </w:t>
      </w:r>
      <w:proofErr w:type="spellStart"/>
      <w:r w:rsidRPr="00846012">
        <w:rPr>
          <w:lang w:val="fr-FR"/>
        </w:rPr>
        <w:t>ofertelor</w:t>
      </w:r>
      <w:proofErr w:type="spellEnd"/>
      <w:r w:rsidRPr="00846012">
        <w:rPr>
          <w:lang w:val="fr-FR"/>
        </w:rPr>
        <w:t xml:space="preserve"> </w:t>
      </w:r>
      <w:proofErr w:type="spellStart"/>
      <w:r w:rsidRPr="00846012">
        <w:rPr>
          <w:lang w:val="fr-FR"/>
        </w:rPr>
        <w:t>afișate</w:t>
      </w:r>
      <w:proofErr w:type="spellEnd"/>
      <w:r w:rsidRPr="00846012">
        <w:rPr>
          <w:lang w:val="fr-FR"/>
        </w:rPr>
        <w:t xml:space="preserve">, </w:t>
      </w:r>
      <w:proofErr w:type="spellStart"/>
      <w:r w:rsidRPr="00846012">
        <w:rPr>
          <w:lang w:val="fr-FR"/>
        </w:rPr>
        <w:t>Utilizatorul</w:t>
      </w:r>
      <w:proofErr w:type="spellEnd"/>
      <w:r w:rsidRPr="00846012">
        <w:rPr>
          <w:lang w:val="fr-FR"/>
        </w:rPr>
        <w:t xml:space="preserve"> </w:t>
      </w:r>
      <w:proofErr w:type="spellStart"/>
      <w:r w:rsidRPr="00846012">
        <w:rPr>
          <w:lang w:val="fr-FR"/>
        </w:rPr>
        <w:t>selectează</w:t>
      </w:r>
      <w:proofErr w:type="spellEnd"/>
      <w:r w:rsidRPr="00846012">
        <w:rPr>
          <w:lang w:val="fr-FR"/>
        </w:rPr>
        <w:t xml:space="preserve"> </w:t>
      </w:r>
      <w:proofErr w:type="spellStart"/>
      <w:r w:rsidRPr="00846012">
        <w:rPr>
          <w:lang w:val="fr-FR"/>
        </w:rPr>
        <w:t>polița</w:t>
      </w:r>
      <w:proofErr w:type="spellEnd"/>
      <w:r w:rsidRPr="00846012">
        <w:rPr>
          <w:lang w:val="fr-FR"/>
        </w:rPr>
        <w:t xml:space="preserve"> </w:t>
      </w:r>
      <w:proofErr w:type="spellStart"/>
      <w:r w:rsidRPr="00846012">
        <w:rPr>
          <w:lang w:val="fr-FR"/>
        </w:rPr>
        <w:t>dorită</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apasă</w:t>
      </w:r>
      <w:proofErr w:type="spellEnd"/>
      <w:r w:rsidRPr="00846012">
        <w:rPr>
          <w:lang w:val="fr-FR"/>
        </w:rPr>
        <w:t xml:space="preserve"> </w:t>
      </w:r>
      <w:proofErr w:type="spellStart"/>
      <w:r w:rsidRPr="00846012">
        <w:rPr>
          <w:lang w:val="fr-FR"/>
        </w:rPr>
        <w:t>butonul</w:t>
      </w:r>
      <w:proofErr w:type="spellEnd"/>
      <w:r w:rsidRPr="00846012">
        <w:rPr>
          <w:lang w:val="fr-FR"/>
        </w:rPr>
        <w:t xml:space="preserve"> de </w:t>
      </w:r>
      <w:proofErr w:type="spellStart"/>
      <w:r w:rsidRPr="00846012">
        <w:rPr>
          <w:lang w:val="fr-FR"/>
        </w:rPr>
        <w:t>cumpărare</w:t>
      </w:r>
      <w:proofErr w:type="spellEnd"/>
      <w:r w:rsidRPr="00846012">
        <w:rPr>
          <w:lang w:val="fr-FR"/>
        </w:rPr>
        <w:t xml:space="preserve">, </w:t>
      </w:r>
      <w:proofErr w:type="spellStart"/>
      <w:r w:rsidRPr="00846012">
        <w:rPr>
          <w:lang w:val="fr-FR"/>
        </w:rPr>
        <w:t>plasând</w:t>
      </w:r>
      <w:proofErr w:type="spellEnd"/>
      <w:r w:rsidRPr="00846012">
        <w:rPr>
          <w:lang w:val="fr-FR"/>
        </w:rPr>
        <w:t xml:space="preserve"> </w:t>
      </w:r>
      <w:proofErr w:type="spellStart"/>
      <w:r w:rsidRPr="00846012">
        <w:rPr>
          <w:lang w:val="fr-FR"/>
        </w:rPr>
        <w:t>astfel</w:t>
      </w:r>
      <w:proofErr w:type="spellEnd"/>
      <w:r w:rsidRPr="00846012">
        <w:rPr>
          <w:lang w:val="fr-FR"/>
        </w:rPr>
        <w:t xml:space="preserve"> </w:t>
      </w:r>
      <w:proofErr w:type="spellStart"/>
      <w:r w:rsidRPr="00846012">
        <w:rPr>
          <w:lang w:val="fr-FR"/>
        </w:rPr>
        <w:t>comanda</w:t>
      </w:r>
      <w:proofErr w:type="spellEnd"/>
      <w:r w:rsidRPr="00846012">
        <w:rPr>
          <w:lang w:val="fr-FR"/>
        </w:rPr>
        <w:t xml:space="preserve"> </w:t>
      </w:r>
      <w:proofErr w:type="spellStart"/>
      <w:r w:rsidRPr="00846012">
        <w:rPr>
          <w:lang w:val="fr-FR"/>
        </w:rPr>
        <w:t>electronică</w:t>
      </w:r>
      <w:proofErr w:type="spellEnd"/>
      <w:r w:rsidRPr="00846012">
        <w:rPr>
          <w:lang w:val="fr-FR"/>
        </w:rPr>
        <w:t>.</w:t>
      </w:r>
    </w:p>
    <w:p w14:paraId="0E419324" w14:textId="77777777" w:rsidR="003260D0" w:rsidRPr="00846012" w:rsidRDefault="00916C8E">
      <w:pPr>
        <w:spacing w:after="120"/>
        <w:jc w:val="both"/>
        <w:rPr>
          <w:lang w:val="fr-FR"/>
        </w:rPr>
      </w:pPr>
      <w:proofErr w:type="spellStart"/>
      <w:r w:rsidRPr="00846012">
        <w:rPr>
          <w:b/>
          <w:lang w:val="fr-FR"/>
        </w:rPr>
        <w:t>Înainte</w:t>
      </w:r>
      <w:proofErr w:type="spellEnd"/>
      <w:r w:rsidRPr="00846012">
        <w:rPr>
          <w:b/>
          <w:lang w:val="fr-FR"/>
        </w:rPr>
        <w:t xml:space="preserve"> de </w:t>
      </w:r>
      <w:proofErr w:type="spellStart"/>
      <w:r w:rsidRPr="00846012">
        <w:rPr>
          <w:b/>
          <w:lang w:val="fr-FR"/>
        </w:rPr>
        <w:t>finalizarea</w:t>
      </w:r>
      <w:proofErr w:type="spellEnd"/>
      <w:r w:rsidRPr="00846012">
        <w:rPr>
          <w:b/>
          <w:lang w:val="fr-FR"/>
        </w:rPr>
        <w:t xml:space="preserve"> </w:t>
      </w:r>
      <w:proofErr w:type="spellStart"/>
      <w:r w:rsidRPr="00846012">
        <w:rPr>
          <w:b/>
          <w:lang w:val="fr-FR"/>
        </w:rPr>
        <w:t>comenzii</w:t>
      </w:r>
      <w:proofErr w:type="spellEnd"/>
      <w:r w:rsidRPr="00846012">
        <w:rPr>
          <w:b/>
          <w:lang w:val="fr-FR"/>
        </w:rPr>
        <w:t xml:space="preserve">, </w:t>
      </w:r>
      <w:proofErr w:type="spellStart"/>
      <w:r w:rsidRPr="00846012">
        <w:rPr>
          <w:b/>
          <w:lang w:val="fr-FR"/>
        </w:rPr>
        <w:t>Cumpărătorul</w:t>
      </w:r>
      <w:proofErr w:type="spellEnd"/>
      <w:r w:rsidRPr="00846012">
        <w:rPr>
          <w:b/>
          <w:lang w:val="fr-FR"/>
        </w:rPr>
        <w:t xml:space="preserve"> </w:t>
      </w:r>
      <w:proofErr w:type="spellStart"/>
      <w:r w:rsidRPr="00846012">
        <w:rPr>
          <w:b/>
          <w:lang w:val="fr-FR"/>
        </w:rPr>
        <w:t>declară</w:t>
      </w:r>
      <w:proofErr w:type="spellEnd"/>
      <w:r w:rsidRPr="00846012">
        <w:rPr>
          <w:b/>
          <w:lang w:val="fr-FR"/>
        </w:rPr>
        <w:t xml:space="preserve"> </w:t>
      </w:r>
      <w:proofErr w:type="spellStart"/>
      <w:r w:rsidRPr="00846012">
        <w:rPr>
          <w:b/>
          <w:lang w:val="fr-FR"/>
        </w:rPr>
        <w:t>pe</w:t>
      </w:r>
      <w:proofErr w:type="spellEnd"/>
      <w:r w:rsidRPr="00846012">
        <w:rPr>
          <w:b/>
          <w:lang w:val="fr-FR"/>
        </w:rPr>
        <w:t xml:space="preserve"> propria </w:t>
      </w:r>
      <w:proofErr w:type="spellStart"/>
      <w:r w:rsidRPr="00846012">
        <w:rPr>
          <w:b/>
          <w:lang w:val="fr-FR"/>
        </w:rPr>
        <w:t>răspundere</w:t>
      </w:r>
      <w:proofErr w:type="spellEnd"/>
      <w:r w:rsidRPr="00846012">
        <w:rPr>
          <w:b/>
          <w:lang w:val="fr-FR"/>
        </w:rPr>
        <w:t xml:space="preserve"> </w:t>
      </w:r>
      <w:proofErr w:type="spellStart"/>
      <w:proofErr w:type="gramStart"/>
      <w:r w:rsidRPr="00846012">
        <w:rPr>
          <w:b/>
          <w:lang w:val="fr-FR"/>
        </w:rPr>
        <w:t>că</w:t>
      </w:r>
      <w:proofErr w:type="spellEnd"/>
      <w:r w:rsidRPr="00846012">
        <w:rPr>
          <w:b/>
          <w:lang w:val="fr-FR"/>
        </w:rPr>
        <w:t>:</w:t>
      </w:r>
      <w:proofErr w:type="gramEnd"/>
    </w:p>
    <w:p w14:paraId="04B67EBC" w14:textId="77777777" w:rsidR="003260D0" w:rsidRPr="00846012" w:rsidRDefault="00916C8E">
      <w:pPr>
        <w:spacing w:after="60"/>
        <w:ind w:left="454"/>
        <w:jc w:val="both"/>
        <w:rPr>
          <w:lang w:val="fr-FR"/>
        </w:rPr>
      </w:pPr>
      <w:r w:rsidRPr="00846012">
        <w:rPr>
          <w:lang w:val="fr-FR"/>
        </w:rPr>
        <w:t xml:space="preserve">a) a </w:t>
      </w:r>
      <w:proofErr w:type="spellStart"/>
      <w:r w:rsidRPr="00846012">
        <w:rPr>
          <w:lang w:val="fr-FR"/>
        </w:rPr>
        <w:t>citit</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acceptat</w:t>
      </w:r>
      <w:proofErr w:type="spellEnd"/>
      <w:r w:rsidRPr="00846012">
        <w:rPr>
          <w:lang w:val="fr-FR"/>
        </w:rPr>
        <w:t xml:space="preserve"> </w:t>
      </w:r>
      <w:proofErr w:type="spellStart"/>
      <w:r w:rsidRPr="00846012">
        <w:rPr>
          <w:lang w:val="fr-FR"/>
        </w:rPr>
        <w:t>prevederile</w:t>
      </w:r>
      <w:proofErr w:type="spellEnd"/>
      <w:r w:rsidRPr="00846012">
        <w:rPr>
          <w:lang w:val="fr-FR"/>
        </w:rPr>
        <w:t xml:space="preserve"> </w:t>
      </w:r>
      <w:proofErr w:type="spellStart"/>
      <w:r w:rsidRPr="00846012">
        <w:rPr>
          <w:lang w:val="fr-FR"/>
        </w:rPr>
        <w:t>prezentului</w:t>
      </w:r>
      <w:proofErr w:type="spellEnd"/>
      <w:r w:rsidRPr="00846012">
        <w:rPr>
          <w:lang w:val="fr-FR"/>
        </w:rPr>
        <w:t xml:space="preserve"> document, ale </w:t>
      </w:r>
      <w:proofErr w:type="spellStart"/>
      <w:r w:rsidRPr="00846012">
        <w:rPr>
          <w:lang w:val="fr-FR"/>
        </w:rPr>
        <w:t>Politicii</w:t>
      </w:r>
      <w:proofErr w:type="spellEnd"/>
      <w:r w:rsidRPr="00846012">
        <w:rPr>
          <w:lang w:val="fr-FR"/>
        </w:rPr>
        <w:t xml:space="preserve"> de </w:t>
      </w:r>
      <w:proofErr w:type="spellStart"/>
      <w:r w:rsidRPr="00846012">
        <w:rPr>
          <w:lang w:val="fr-FR"/>
        </w:rPr>
        <w:t>Confidențialitate</w:t>
      </w:r>
      <w:proofErr w:type="spellEnd"/>
      <w:r w:rsidRPr="00846012">
        <w:rPr>
          <w:lang w:val="fr-FR"/>
        </w:rPr>
        <w:t xml:space="preserve"> </w:t>
      </w:r>
      <w:proofErr w:type="spellStart"/>
      <w:r w:rsidRPr="00846012">
        <w:rPr>
          <w:lang w:val="fr-FR"/>
        </w:rPr>
        <w:t>și</w:t>
      </w:r>
      <w:proofErr w:type="spellEnd"/>
      <w:r w:rsidRPr="00846012">
        <w:rPr>
          <w:lang w:val="fr-FR"/>
        </w:rPr>
        <w:t xml:space="preserve"> ale </w:t>
      </w:r>
      <w:proofErr w:type="spellStart"/>
      <w:r w:rsidRPr="00846012">
        <w:rPr>
          <w:lang w:val="fr-FR"/>
        </w:rPr>
        <w:t>Informării</w:t>
      </w:r>
      <w:proofErr w:type="spellEnd"/>
      <w:r w:rsidRPr="00846012">
        <w:rPr>
          <w:lang w:val="fr-FR"/>
        </w:rPr>
        <w:t xml:space="preserve"> </w:t>
      </w:r>
      <w:proofErr w:type="spellStart"/>
      <w:r w:rsidRPr="00846012">
        <w:rPr>
          <w:lang w:val="fr-FR"/>
        </w:rPr>
        <w:t>privind</w:t>
      </w:r>
      <w:proofErr w:type="spellEnd"/>
      <w:r w:rsidRPr="00846012">
        <w:rPr>
          <w:lang w:val="fr-FR"/>
        </w:rPr>
        <w:t xml:space="preserve"> </w:t>
      </w:r>
      <w:proofErr w:type="spellStart"/>
      <w:r w:rsidRPr="00846012">
        <w:rPr>
          <w:lang w:val="fr-FR"/>
        </w:rPr>
        <w:t>contractele</w:t>
      </w:r>
      <w:proofErr w:type="spellEnd"/>
      <w:r w:rsidRPr="00846012">
        <w:rPr>
          <w:lang w:val="fr-FR"/>
        </w:rPr>
        <w:t xml:space="preserve"> la </w:t>
      </w:r>
      <w:proofErr w:type="spellStart"/>
      <w:proofErr w:type="gramStart"/>
      <w:r w:rsidRPr="00846012">
        <w:rPr>
          <w:lang w:val="fr-FR"/>
        </w:rPr>
        <w:t>distanță</w:t>
      </w:r>
      <w:proofErr w:type="spellEnd"/>
      <w:r w:rsidRPr="00846012">
        <w:rPr>
          <w:lang w:val="fr-FR"/>
        </w:rPr>
        <w:t>;</w:t>
      </w:r>
      <w:proofErr w:type="gramEnd"/>
    </w:p>
    <w:p w14:paraId="68289DAE" w14:textId="77777777" w:rsidR="003260D0" w:rsidRPr="00846012" w:rsidRDefault="00916C8E">
      <w:pPr>
        <w:spacing w:after="60"/>
        <w:ind w:left="454"/>
        <w:jc w:val="both"/>
        <w:rPr>
          <w:lang w:val="fr-FR"/>
        </w:rPr>
      </w:pPr>
      <w:r w:rsidRPr="00846012">
        <w:rPr>
          <w:lang w:val="fr-FR"/>
        </w:rPr>
        <w:t xml:space="preserve">b) </w:t>
      </w:r>
      <w:proofErr w:type="spellStart"/>
      <w:r w:rsidRPr="00846012">
        <w:rPr>
          <w:lang w:val="fr-FR"/>
        </w:rPr>
        <w:t>datele</w:t>
      </w:r>
      <w:proofErr w:type="spellEnd"/>
      <w:r w:rsidRPr="00846012">
        <w:rPr>
          <w:lang w:val="fr-FR"/>
        </w:rPr>
        <w:t xml:space="preserve"> </w:t>
      </w:r>
      <w:proofErr w:type="spellStart"/>
      <w:r w:rsidRPr="00846012">
        <w:rPr>
          <w:lang w:val="fr-FR"/>
        </w:rPr>
        <w:t>completate</w:t>
      </w:r>
      <w:proofErr w:type="spellEnd"/>
      <w:r w:rsidRPr="00846012">
        <w:rPr>
          <w:lang w:val="fr-FR"/>
        </w:rPr>
        <w:t xml:space="preserve"> </w:t>
      </w:r>
      <w:proofErr w:type="spellStart"/>
      <w:r w:rsidRPr="00846012">
        <w:rPr>
          <w:lang w:val="fr-FR"/>
        </w:rPr>
        <w:t>pe</w:t>
      </w:r>
      <w:proofErr w:type="spellEnd"/>
      <w:r w:rsidRPr="00846012">
        <w:rPr>
          <w:lang w:val="fr-FR"/>
        </w:rPr>
        <w:t xml:space="preserve"> site </w:t>
      </w:r>
      <w:proofErr w:type="spellStart"/>
      <w:r w:rsidRPr="00846012">
        <w:rPr>
          <w:lang w:val="fr-FR"/>
        </w:rPr>
        <w:t>sunt</w:t>
      </w:r>
      <w:proofErr w:type="spellEnd"/>
      <w:r w:rsidRPr="00846012">
        <w:rPr>
          <w:lang w:val="fr-FR"/>
        </w:rPr>
        <w:t xml:space="preserve"> </w:t>
      </w:r>
      <w:proofErr w:type="spellStart"/>
      <w:r w:rsidRPr="00846012">
        <w:rPr>
          <w:lang w:val="fr-FR"/>
        </w:rPr>
        <w:t>corecte</w:t>
      </w:r>
      <w:proofErr w:type="spellEnd"/>
      <w:r w:rsidRPr="00846012">
        <w:rPr>
          <w:lang w:val="fr-FR"/>
        </w:rPr>
        <w:t xml:space="preserve"> </w:t>
      </w:r>
      <w:proofErr w:type="spellStart"/>
      <w:r w:rsidRPr="00846012">
        <w:rPr>
          <w:lang w:val="fr-FR"/>
        </w:rPr>
        <w:t>și</w:t>
      </w:r>
      <w:proofErr w:type="spellEnd"/>
      <w:r w:rsidRPr="00846012">
        <w:rPr>
          <w:lang w:val="fr-FR"/>
        </w:rPr>
        <w:t xml:space="preserve"> conforme </w:t>
      </w:r>
      <w:proofErr w:type="spellStart"/>
      <w:r w:rsidRPr="00846012">
        <w:rPr>
          <w:lang w:val="fr-FR"/>
        </w:rPr>
        <w:t>cu</w:t>
      </w:r>
      <w:proofErr w:type="spellEnd"/>
      <w:r w:rsidRPr="00846012">
        <w:rPr>
          <w:lang w:val="fr-FR"/>
        </w:rPr>
        <w:t xml:space="preserve"> </w:t>
      </w:r>
      <w:proofErr w:type="spellStart"/>
      <w:proofErr w:type="gramStart"/>
      <w:r w:rsidRPr="00846012">
        <w:rPr>
          <w:lang w:val="fr-FR"/>
        </w:rPr>
        <w:t>realitatea</w:t>
      </w:r>
      <w:proofErr w:type="spellEnd"/>
      <w:r w:rsidRPr="00846012">
        <w:rPr>
          <w:lang w:val="fr-FR"/>
        </w:rPr>
        <w:t>;</w:t>
      </w:r>
      <w:proofErr w:type="gramEnd"/>
    </w:p>
    <w:p w14:paraId="7935FC91" w14:textId="77777777" w:rsidR="003260D0" w:rsidRPr="00846012" w:rsidRDefault="00916C8E">
      <w:pPr>
        <w:spacing w:after="60"/>
        <w:ind w:left="454"/>
        <w:jc w:val="both"/>
        <w:rPr>
          <w:lang w:val="fr-FR"/>
        </w:rPr>
      </w:pPr>
      <w:r w:rsidRPr="00846012">
        <w:rPr>
          <w:lang w:val="fr-FR"/>
        </w:rPr>
        <w:t xml:space="preserve">c) a </w:t>
      </w:r>
      <w:proofErr w:type="spellStart"/>
      <w:r w:rsidRPr="00846012">
        <w:rPr>
          <w:lang w:val="fr-FR"/>
        </w:rPr>
        <w:t>împlinit</w:t>
      </w:r>
      <w:proofErr w:type="spellEnd"/>
      <w:r w:rsidRPr="00846012">
        <w:rPr>
          <w:lang w:val="fr-FR"/>
        </w:rPr>
        <w:t xml:space="preserve"> </w:t>
      </w:r>
      <w:proofErr w:type="spellStart"/>
      <w:r w:rsidRPr="00846012">
        <w:rPr>
          <w:lang w:val="fr-FR"/>
        </w:rPr>
        <w:t>vârsta</w:t>
      </w:r>
      <w:proofErr w:type="spellEnd"/>
      <w:r w:rsidRPr="00846012">
        <w:rPr>
          <w:lang w:val="fr-FR"/>
        </w:rPr>
        <w:t xml:space="preserve"> de 18 </w:t>
      </w:r>
      <w:proofErr w:type="spellStart"/>
      <w:r w:rsidRPr="00846012">
        <w:rPr>
          <w:lang w:val="fr-FR"/>
        </w:rPr>
        <w:t>ani</w:t>
      </w:r>
      <w:proofErr w:type="spellEnd"/>
      <w:r w:rsidRPr="00846012">
        <w:rPr>
          <w:lang w:val="fr-FR"/>
        </w:rPr>
        <w:t xml:space="preserve"> </w:t>
      </w:r>
      <w:proofErr w:type="spellStart"/>
      <w:r w:rsidRPr="00846012">
        <w:rPr>
          <w:lang w:val="fr-FR"/>
        </w:rPr>
        <w:t>și</w:t>
      </w:r>
      <w:proofErr w:type="spellEnd"/>
      <w:r w:rsidRPr="00846012">
        <w:rPr>
          <w:lang w:val="fr-FR"/>
        </w:rPr>
        <w:t xml:space="preserve"> are </w:t>
      </w:r>
      <w:proofErr w:type="spellStart"/>
      <w:r w:rsidRPr="00846012">
        <w:rPr>
          <w:lang w:val="fr-FR"/>
        </w:rPr>
        <w:t>capacitate</w:t>
      </w:r>
      <w:proofErr w:type="spellEnd"/>
      <w:r w:rsidRPr="00846012">
        <w:rPr>
          <w:lang w:val="fr-FR"/>
        </w:rPr>
        <w:t xml:space="preserve"> </w:t>
      </w:r>
      <w:proofErr w:type="spellStart"/>
      <w:r w:rsidRPr="00846012">
        <w:rPr>
          <w:lang w:val="fr-FR"/>
        </w:rPr>
        <w:t>deplină</w:t>
      </w:r>
      <w:proofErr w:type="spellEnd"/>
      <w:r w:rsidRPr="00846012">
        <w:rPr>
          <w:lang w:val="fr-FR"/>
        </w:rPr>
        <w:t xml:space="preserve"> de </w:t>
      </w:r>
      <w:proofErr w:type="spellStart"/>
      <w:proofErr w:type="gramStart"/>
      <w:r w:rsidRPr="00846012">
        <w:rPr>
          <w:lang w:val="fr-FR"/>
        </w:rPr>
        <w:t>exercițiu</w:t>
      </w:r>
      <w:proofErr w:type="spellEnd"/>
      <w:r w:rsidRPr="00846012">
        <w:rPr>
          <w:lang w:val="fr-FR"/>
        </w:rPr>
        <w:t>;</w:t>
      </w:r>
      <w:proofErr w:type="gramEnd"/>
    </w:p>
    <w:p w14:paraId="27273725" w14:textId="77777777" w:rsidR="003260D0" w:rsidRPr="00846012" w:rsidRDefault="00916C8E">
      <w:pPr>
        <w:spacing w:after="60"/>
        <w:ind w:left="454"/>
        <w:jc w:val="both"/>
        <w:rPr>
          <w:lang w:val="fr-FR"/>
        </w:rPr>
      </w:pPr>
      <w:r w:rsidRPr="00846012">
        <w:rPr>
          <w:lang w:val="fr-FR"/>
        </w:rPr>
        <w:t xml:space="preserve">d) a </w:t>
      </w:r>
      <w:proofErr w:type="spellStart"/>
      <w:r w:rsidRPr="00846012">
        <w:rPr>
          <w:lang w:val="fr-FR"/>
        </w:rPr>
        <w:t>luat</w:t>
      </w:r>
      <w:proofErr w:type="spellEnd"/>
      <w:r w:rsidRPr="00846012">
        <w:rPr>
          <w:lang w:val="fr-FR"/>
        </w:rPr>
        <w:t xml:space="preserve"> la </w:t>
      </w:r>
      <w:proofErr w:type="spellStart"/>
      <w:r w:rsidRPr="00846012">
        <w:rPr>
          <w:lang w:val="fr-FR"/>
        </w:rPr>
        <w:t>cunoștință</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acceptă</w:t>
      </w:r>
      <w:proofErr w:type="spellEnd"/>
      <w:r w:rsidRPr="00846012">
        <w:rPr>
          <w:lang w:val="fr-FR"/>
        </w:rPr>
        <w:t xml:space="preserve"> </w:t>
      </w:r>
      <w:proofErr w:type="spellStart"/>
      <w:r w:rsidRPr="00846012">
        <w:rPr>
          <w:lang w:val="fr-FR"/>
        </w:rPr>
        <w:t>termenii</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condițiile</w:t>
      </w:r>
      <w:proofErr w:type="spellEnd"/>
      <w:r w:rsidRPr="00846012">
        <w:rPr>
          <w:lang w:val="fr-FR"/>
        </w:rPr>
        <w:t xml:space="preserve"> </w:t>
      </w:r>
      <w:proofErr w:type="spellStart"/>
      <w:r w:rsidRPr="00846012">
        <w:rPr>
          <w:lang w:val="fr-FR"/>
        </w:rPr>
        <w:t>contractului</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inclusiv</w:t>
      </w:r>
      <w:proofErr w:type="spellEnd"/>
      <w:r w:rsidRPr="00846012">
        <w:rPr>
          <w:lang w:val="fr-FR"/>
        </w:rPr>
        <w:t xml:space="preserve"> </w:t>
      </w:r>
      <w:proofErr w:type="spellStart"/>
      <w:r w:rsidRPr="00846012">
        <w:rPr>
          <w:lang w:val="fr-FR"/>
        </w:rPr>
        <w:t>documentul</w:t>
      </w:r>
      <w:proofErr w:type="spellEnd"/>
      <w:r w:rsidRPr="00846012">
        <w:rPr>
          <w:lang w:val="fr-FR"/>
        </w:rPr>
        <w:t xml:space="preserve"> de </w:t>
      </w:r>
      <w:proofErr w:type="spellStart"/>
      <w:r w:rsidRPr="00846012">
        <w:rPr>
          <w:lang w:val="fr-FR"/>
        </w:rPr>
        <w:t>informare</w:t>
      </w:r>
      <w:proofErr w:type="spellEnd"/>
      <w:r w:rsidRPr="00846012">
        <w:rPr>
          <w:lang w:val="fr-FR"/>
        </w:rPr>
        <w:t xml:space="preserve"> </w:t>
      </w:r>
      <w:proofErr w:type="spellStart"/>
      <w:r w:rsidRPr="00846012">
        <w:rPr>
          <w:lang w:val="fr-FR"/>
        </w:rPr>
        <w:t>privind</w:t>
      </w:r>
      <w:proofErr w:type="spellEnd"/>
      <w:r w:rsidRPr="00846012">
        <w:rPr>
          <w:lang w:val="fr-FR"/>
        </w:rPr>
        <w:t xml:space="preserve"> </w:t>
      </w:r>
      <w:proofErr w:type="spellStart"/>
      <w:r w:rsidRPr="00846012">
        <w:rPr>
          <w:lang w:val="fr-FR"/>
        </w:rPr>
        <w:t>produsul</w:t>
      </w:r>
      <w:proofErr w:type="spellEnd"/>
      <w:r w:rsidRPr="00846012">
        <w:rPr>
          <w:lang w:val="fr-FR"/>
        </w:rPr>
        <w:t xml:space="preserve"> (PID), </w:t>
      </w:r>
      <w:proofErr w:type="spellStart"/>
      <w:r w:rsidRPr="00846012">
        <w:rPr>
          <w:lang w:val="fr-FR"/>
        </w:rPr>
        <w:t>drepturile</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obligațiile</w:t>
      </w:r>
      <w:proofErr w:type="spellEnd"/>
      <w:r w:rsidRPr="00846012">
        <w:rPr>
          <w:lang w:val="fr-FR"/>
        </w:rPr>
        <w:t xml:space="preserve"> ce </w:t>
      </w:r>
      <w:proofErr w:type="spellStart"/>
      <w:r w:rsidRPr="00846012">
        <w:rPr>
          <w:lang w:val="fr-FR"/>
        </w:rPr>
        <w:t>îi</w:t>
      </w:r>
      <w:proofErr w:type="spellEnd"/>
      <w:r w:rsidRPr="00846012">
        <w:rPr>
          <w:lang w:val="fr-FR"/>
        </w:rPr>
        <w:t xml:space="preserve"> </w:t>
      </w:r>
      <w:proofErr w:type="spellStart"/>
      <w:r w:rsidRPr="00846012">
        <w:rPr>
          <w:lang w:val="fr-FR"/>
        </w:rPr>
        <w:t>revin</w:t>
      </w:r>
      <w:proofErr w:type="spellEnd"/>
      <w:r w:rsidRPr="00846012">
        <w:rPr>
          <w:lang w:val="fr-FR"/>
        </w:rPr>
        <w:t xml:space="preserve">, </w:t>
      </w:r>
      <w:proofErr w:type="spellStart"/>
      <w:r w:rsidRPr="00846012">
        <w:rPr>
          <w:lang w:val="fr-FR"/>
        </w:rPr>
        <w:t>precum</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clauzele</w:t>
      </w:r>
      <w:proofErr w:type="spellEnd"/>
      <w:r w:rsidRPr="00846012">
        <w:rPr>
          <w:lang w:val="fr-FR"/>
        </w:rPr>
        <w:t xml:space="preserve"> </w:t>
      </w:r>
      <w:proofErr w:type="spellStart"/>
      <w:r w:rsidRPr="00846012">
        <w:rPr>
          <w:lang w:val="fr-FR"/>
        </w:rPr>
        <w:t>privind</w:t>
      </w:r>
      <w:proofErr w:type="spellEnd"/>
      <w:r w:rsidRPr="00846012">
        <w:rPr>
          <w:lang w:val="fr-FR"/>
        </w:rPr>
        <w:t xml:space="preserve"> </w:t>
      </w:r>
      <w:proofErr w:type="spellStart"/>
      <w:r w:rsidRPr="00846012">
        <w:rPr>
          <w:lang w:val="fr-FR"/>
        </w:rPr>
        <w:t>limitarea</w:t>
      </w:r>
      <w:proofErr w:type="spellEnd"/>
      <w:r w:rsidRPr="00846012">
        <w:rPr>
          <w:lang w:val="fr-FR"/>
        </w:rPr>
        <w:t xml:space="preserve"> </w:t>
      </w:r>
      <w:proofErr w:type="spellStart"/>
      <w:r w:rsidRPr="00846012">
        <w:rPr>
          <w:lang w:val="fr-FR"/>
        </w:rPr>
        <w:t>răspunderii</w:t>
      </w:r>
      <w:proofErr w:type="spellEnd"/>
      <w:r w:rsidRPr="00846012">
        <w:rPr>
          <w:lang w:val="fr-FR"/>
        </w:rPr>
        <w:t xml:space="preserve">, </w:t>
      </w:r>
      <w:proofErr w:type="spellStart"/>
      <w:r w:rsidRPr="00846012">
        <w:rPr>
          <w:lang w:val="fr-FR"/>
        </w:rPr>
        <w:t>rezilierea</w:t>
      </w:r>
      <w:proofErr w:type="spellEnd"/>
      <w:r w:rsidRPr="00846012">
        <w:rPr>
          <w:lang w:val="fr-FR"/>
        </w:rPr>
        <w:t xml:space="preserve"> </w:t>
      </w:r>
      <w:proofErr w:type="spellStart"/>
      <w:r w:rsidRPr="00846012">
        <w:rPr>
          <w:lang w:val="fr-FR"/>
        </w:rPr>
        <w:t>unilaterală</w:t>
      </w:r>
      <w:proofErr w:type="spellEnd"/>
      <w:r w:rsidRPr="00846012">
        <w:rPr>
          <w:lang w:val="fr-FR"/>
        </w:rPr>
        <w:t xml:space="preserve">, </w:t>
      </w:r>
      <w:proofErr w:type="spellStart"/>
      <w:r w:rsidRPr="00846012">
        <w:rPr>
          <w:lang w:val="fr-FR"/>
        </w:rPr>
        <w:t>suspendarea</w:t>
      </w:r>
      <w:proofErr w:type="spellEnd"/>
      <w:r w:rsidRPr="00846012">
        <w:rPr>
          <w:lang w:val="fr-FR"/>
        </w:rPr>
        <w:t xml:space="preserve"> </w:t>
      </w:r>
      <w:proofErr w:type="spellStart"/>
      <w:r w:rsidRPr="00846012">
        <w:rPr>
          <w:lang w:val="fr-FR"/>
        </w:rPr>
        <w:t>executării</w:t>
      </w:r>
      <w:proofErr w:type="spellEnd"/>
      <w:r w:rsidRPr="00846012">
        <w:rPr>
          <w:lang w:val="fr-FR"/>
        </w:rPr>
        <w:t xml:space="preserve"> </w:t>
      </w:r>
      <w:proofErr w:type="spellStart"/>
      <w:r w:rsidRPr="00846012">
        <w:rPr>
          <w:lang w:val="fr-FR"/>
        </w:rPr>
        <w:t>obligațiilor</w:t>
      </w:r>
      <w:proofErr w:type="spellEnd"/>
      <w:r w:rsidRPr="00846012">
        <w:rPr>
          <w:lang w:val="fr-FR"/>
        </w:rPr>
        <w:t xml:space="preserve">, </w:t>
      </w:r>
      <w:proofErr w:type="spellStart"/>
      <w:r w:rsidRPr="00846012">
        <w:rPr>
          <w:lang w:val="fr-FR"/>
        </w:rPr>
        <w:lastRenderedPageBreak/>
        <w:t>pierderea</w:t>
      </w:r>
      <w:proofErr w:type="spellEnd"/>
      <w:r w:rsidRPr="00846012">
        <w:rPr>
          <w:lang w:val="fr-FR"/>
        </w:rPr>
        <w:t xml:space="preserve"> </w:t>
      </w:r>
      <w:proofErr w:type="spellStart"/>
      <w:r w:rsidRPr="00846012">
        <w:rPr>
          <w:lang w:val="fr-FR"/>
        </w:rPr>
        <w:t>drepturilor</w:t>
      </w:r>
      <w:proofErr w:type="spellEnd"/>
      <w:r w:rsidRPr="00846012">
        <w:rPr>
          <w:lang w:val="fr-FR"/>
        </w:rPr>
        <w:t xml:space="preserve"> </w:t>
      </w:r>
      <w:proofErr w:type="spellStart"/>
      <w:r w:rsidRPr="00846012">
        <w:rPr>
          <w:lang w:val="fr-FR"/>
        </w:rPr>
        <w:t>sau</w:t>
      </w:r>
      <w:proofErr w:type="spellEnd"/>
      <w:r w:rsidRPr="00846012">
        <w:rPr>
          <w:lang w:val="fr-FR"/>
        </w:rPr>
        <w:t xml:space="preserve"> a </w:t>
      </w:r>
      <w:proofErr w:type="spellStart"/>
      <w:r w:rsidRPr="00846012">
        <w:rPr>
          <w:lang w:val="fr-FR"/>
        </w:rPr>
        <w:t>beneficiului</w:t>
      </w:r>
      <w:proofErr w:type="spellEnd"/>
      <w:r w:rsidRPr="00846012">
        <w:rPr>
          <w:lang w:val="fr-FR"/>
        </w:rPr>
        <w:t xml:space="preserve"> </w:t>
      </w:r>
      <w:proofErr w:type="spellStart"/>
      <w:r w:rsidRPr="00846012">
        <w:rPr>
          <w:lang w:val="fr-FR"/>
        </w:rPr>
        <w:t>termenului</w:t>
      </w:r>
      <w:proofErr w:type="spellEnd"/>
      <w:r w:rsidRPr="00846012">
        <w:rPr>
          <w:lang w:val="fr-FR"/>
        </w:rPr>
        <w:t xml:space="preserve">, </w:t>
      </w:r>
      <w:proofErr w:type="spellStart"/>
      <w:r w:rsidRPr="00846012">
        <w:rPr>
          <w:lang w:val="fr-FR"/>
        </w:rPr>
        <w:t>limitarea</w:t>
      </w:r>
      <w:proofErr w:type="spellEnd"/>
      <w:r w:rsidRPr="00846012">
        <w:rPr>
          <w:lang w:val="fr-FR"/>
        </w:rPr>
        <w:t xml:space="preserve"> </w:t>
      </w:r>
      <w:proofErr w:type="spellStart"/>
      <w:r w:rsidRPr="00846012">
        <w:rPr>
          <w:lang w:val="fr-FR"/>
        </w:rPr>
        <w:t>dreptului</w:t>
      </w:r>
      <w:proofErr w:type="spellEnd"/>
      <w:r w:rsidRPr="00846012">
        <w:rPr>
          <w:lang w:val="fr-FR"/>
        </w:rPr>
        <w:t xml:space="preserve"> </w:t>
      </w:r>
      <w:proofErr w:type="gramStart"/>
      <w:r w:rsidRPr="00846012">
        <w:rPr>
          <w:lang w:val="fr-FR"/>
        </w:rPr>
        <w:t>de a</w:t>
      </w:r>
      <w:proofErr w:type="gramEnd"/>
      <w:r w:rsidRPr="00846012">
        <w:rPr>
          <w:lang w:val="fr-FR"/>
        </w:rPr>
        <w:t xml:space="preserve"> </w:t>
      </w:r>
      <w:proofErr w:type="spellStart"/>
      <w:r w:rsidRPr="00846012">
        <w:rPr>
          <w:lang w:val="fr-FR"/>
        </w:rPr>
        <w:t>invoca</w:t>
      </w:r>
      <w:proofErr w:type="spellEnd"/>
      <w:r w:rsidRPr="00846012">
        <w:rPr>
          <w:lang w:val="fr-FR"/>
        </w:rPr>
        <w:t xml:space="preserve"> </w:t>
      </w:r>
      <w:proofErr w:type="spellStart"/>
      <w:r w:rsidRPr="00846012">
        <w:rPr>
          <w:lang w:val="fr-FR"/>
        </w:rPr>
        <w:t>excepții</w:t>
      </w:r>
      <w:proofErr w:type="spellEnd"/>
      <w:r w:rsidRPr="00846012">
        <w:rPr>
          <w:lang w:val="fr-FR"/>
        </w:rPr>
        <w:t xml:space="preserve">, </w:t>
      </w:r>
      <w:proofErr w:type="spellStart"/>
      <w:r w:rsidRPr="00846012">
        <w:rPr>
          <w:lang w:val="fr-FR"/>
        </w:rPr>
        <w:t>legea</w:t>
      </w:r>
      <w:proofErr w:type="spellEnd"/>
      <w:r w:rsidRPr="00846012">
        <w:rPr>
          <w:lang w:val="fr-FR"/>
        </w:rPr>
        <w:t xml:space="preserve"> </w:t>
      </w:r>
      <w:proofErr w:type="spellStart"/>
      <w:r w:rsidRPr="00846012">
        <w:rPr>
          <w:lang w:val="fr-FR"/>
        </w:rPr>
        <w:t>aplicabilă</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instanța</w:t>
      </w:r>
      <w:proofErr w:type="spellEnd"/>
      <w:r w:rsidRPr="00846012">
        <w:rPr>
          <w:lang w:val="fr-FR"/>
        </w:rPr>
        <w:t xml:space="preserve"> </w:t>
      </w:r>
      <w:proofErr w:type="spellStart"/>
      <w:proofErr w:type="gramStart"/>
      <w:r w:rsidRPr="00846012">
        <w:rPr>
          <w:lang w:val="fr-FR"/>
        </w:rPr>
        <w:t>competentă</w:t>
      </w:r>
      <w:proofErr w:type="spellEnd"/>
      <w:r w:rsidRPr="00846012">
        <w:rPr>
          <w:lang w:val="fr-FR"/>
        </w:rPr>
        <w:t>;</w:t>
      </w:r>
      <w:proofErr w:type="gramEnd"/>
    </w:p>
    <w:p w14:paraId="267B52A5" w14:textId="77777777" w:rsidR="003260D0" w:rsidRPr="00846012" w:rsidRDefault="00916C8E">
      <w:pPr>
        <w:spacing w:after="60"/>
        <w:ind w:left="454"/>
        <w:jc w:val="both"/>
        <w:rPr>
          <w:lang w:val="fr-FR"/>
        </w:rPr>
      </w:pPr>
      <w:r w:rsidRPr="00846012">
        <w:rPr>
          <w:lang w:val="fr-FR"/>
        </w:rPr>
        <w:t xml:space="preserve">e) este de </w:t>
      </w:r>
      <w:proofErr w:type="spellStart"/>
      <w:r w:rsidRPr="00846012">
        <w:rPr>
          <w:lang w:val="fr-FR"/>
        </w:rPr>
        <w:t>acord</w:t>
      </w:r>
      <w:proofErr w:type="spellEnd"/>
      <w:r w:rsidRPr="00846012">
        <w:rPr>
          <w:lang w:val="fr-FR"/>
        </w:rPr>
        <w:t xml:space="preserve"> </w:t>
      </w:r>
      <w:proofErr w:type="spellStart"/>
      <w:r w:rsidRPr="00846012">
        <w:rPr>
          <w:lang w:val="fr-FR"/>
        </w:rPr>
        <w:t>cu</w:t>
      </w:r>
      <w:proofErr w:type="spellEnd"/>
      <w:r w:rsidRPr="00846012">
        <w:rPr>
          <w:lang w:val="fr-FR"/>
        </w:rPr>
        <w:t xml:space="preserve"> </w:t>
      </w:r>
      <w:proofErr w:type="spellStart"/>
      <w:r w:rsidRPr="00846012">
        <w:rPr>
          <w:lang w:val="fr-FR"/>
        </w:rPr>
        <w:t>emiterea</w:t>
      </w:r>
      <w:proofErr w:type="spellEnd"/>
      <w:r w:rsidRPr="00846012">
        <w:rPr>
          <w:lang w:val="fr-FR"/>
        </w:rPr>
        <w:t xml:space="preserve"> </w:t>
      </w:r>
      <w:proofErr w:type="spellStart"/>
      <w:r w:rsidRPr="00846012">
        <w:rPr>
          <w:lang w:val="fr-FR"/>
        </w:rPr>
        <w:t>poliței</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numele</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pe</w:t>
      </w:r>
      <w:proofErr w:type="spellEnd"/>
      <w:r w:rsidRPr="00846012">
        <w:rPr>
          <w:lang w:val="fr-FR"/>
        </w:rPr>
        <w:t xml:space="preserve"> </w:t>
      </w:r>
      <w:proofErr w:type="spellStart"/>
      <w:r w:rsidRPr="00846012">
        <w:rPr>
          <w:lang w:val="fr-FR"/>
        </w:rPr>
        <w:t>seama</w:t>
      </w:r>
      <w:proofErr w:type="spellEnd"/>
      <w:r w:rsidRPr="00846012">
        <w:rPr>
          <w:lang w:val="fr-FR"/>
        </w:rPr>
        <w:t xml:space="preserve"> sa, prin </w:t>
      </w:r>
      <w:proofErr w:type="spellStart"/>
      <w:r w:rsidRPr="00846012">
        <w:rPr>
          <w:lang w:val="fr-FR"/>
        </w:rPr>
        <w:t>intermediul</w:t>
      </w:r>
      <w:proofErr w:type="spellEnd"/>
      <w:r w:rsidRPr="00846012">
        <w:rPr>
          <w:lang w:val="fr-FR"/>
        </w:rPr>
        <w:t xml:space="preserve"> WINNERS GROUP COMPANIE DE BROKERAJ </w:t>
      </w:r>
      <w:proofErr w:type="gramStart"/>
      <w:r w:rsidRPr="00846012">
        <w:rPr>
          <w:lang w:val="fr-FR"/>
        </w:rPr>
        <w:t>S.R.L.;</w:t>
      </w:r>
      <w:proofErr w:type="gramEnd"/>
    </w:p>
    <w:p w14:paraId="641E535D" w14:textId="77777777" w:rsidR="003260D0" w:rsidRPr="00846012" w:rsidRDefault="00916C8E">
      <w:pPr>
        <w:spacing w:after="60"/>
        <w:ind w:left="454"/>
        <w:jc w:val="both"/>
        <w:rPr>
          <w:lang w:val="fr-FR"/>
        </w:rPr>
      </w:pPr>
      <w:r w:rsidRPr="00846012">
        <w:rPr>
          <w:lang w:val="fr-FR"/>
        </w:rPr>
        <w:t xml:space="preserve">f) </w:t>
      </w:r>
      <w:proofErr w:type="spellStart"/>
      <w:r w:rsidRPr="00846012">
        <w:rPr>
          <w:lang w:val="fr-FR"/>
        </w:rPr>
        <w:t>își</w:t>
      </w:r>
      <w:proofErr w:type="spellEnd"/>
      <w:r w:rsidRPr="00846012">
        <w:rPr>
          <w:lang w:val="fr-FR"/>
        </w:rPr>
        <w:t xml:space="preserve"> </w:t>
      </w:r>
      <w:proofErr w:type="spellStart"/>
      <w:r w:rsidRPr="00846012">
        <w:rPr>
          <w:lang w:val="fr-FR"/>
        </w:rPr>
        <w:t>exprimă</w:t>
      </w:r>
      <w:proofErr w:type="spellEnd"/>
      <w:r w:rsidRPr="00846012">
        <w:rPr>
          <w:lang w:val="fr-FR"/>
        </w:rPr>
        <w:t xml:space="preserve"> </w:t>
      </w:r>
      <w:proofErr w:type="spellStart"/>
      <w:r w:rsidRPr="00846012">
        <w:rPr>
          <w:lang w:val="fr-FR"/>
        </w:rPr>
        <w:t>acordul</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prelucrarea</w:t>
      </w:r>
      <w:proofErr w:type="spellEnd"/>
      <w:r w:rsidRPr="00846012">
        <w:rPr>
          <w:lang w:val="fr-FR"/>
        </w:rPr>
        <w:t xml:space="preserve"> </w:t>
      </w:r>
      <w:proofErr w:type="spellStart"/>
      <w:r w:rsidRPr="00846012">
        <w:rPr>
          <w:lang w:val="fr-FR"/>
        </w:rPr>
        <w:t>datelor</w:t>
      </w:r>
      <w:proofErr w:type="spellEnd"/>
      <w:r w:rsidRPr="00846012">
        <w:rPr>
          <w:lang w:val="fr-FR"/>
        </w:rPr>
        <w:t xml:space="preserve"> </w:t>
      </w:r>
      <w:proofErr w:type="spellStart"/>
      <w:r w:rsidRPr="00846012">
        <w:rPr>
          <w:lang w:val="fr-FR"/>
        </w:rPr>
        <w:t>cu</w:t>
      </w:r>
      <w:proofErr w:type="spellEnd"/>
      <w:r w:rsidRPr="00846012">
        <w:rPr>
          <w:lang w:val="fr-FR"/>
        </w:rPr>
        <w:t xml:space="preserve"> </w:t>
      </w:r>
      <w:proofErr w:type="spellStart"/>
      <w:r w:rsidRPr="00846012">
        <w:rPr>
          <w:lang w:val="fr-FR"/>
        </w:rPr>
        <w:t>caracter</w:t>
      </w:r>
      <w:proofErr w:type="spellEnd"/>
      <w:r w:rsidRPr="00846012">
        <w:rPr>
          <w:lang w:val="fr-FR"/>
        </w:rPr>
        <w:t xml:space="preserve"> </w:t>
      </w:r>
      <w:proofErr w:type="spellStart"/>
      <w:r w:rsidRPr="00846012">
        <w:rPr>
          <w:lang w:val="fr-FR"/>
        </w:rPr>
        <w:t>personal</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scopul</w:t>
      </w:r>
      <w:proofErr w:type="spellEnd"/>
      <w:r w:rsidRPr="00846012">
        <w:rPr>
          <w:lang w:val="fr-FR"/>
        </w:rPr>
        <w:t xml:space="preserve"> </w:t>
      </w:r>
      <w:proofErr w:type="spellStart"/>
      <w:r w:rsidRPr="00846012">
        <w:rPr>
          <w:lang w:val="fr-FR"/>
        </w:rPr>
        <w:t>calculării</w:t>
      </w:r>
      <w:proofErr w:type="spellEnd"/>
      <w:r w:rsidRPr="00846012">
        <w:rPr>
          <w:lang w:val="fr-FR"/>
        </w:rPr>
        <w:t xml:space="preserve"> </w:t>
      </w:r>
      <w:proofErr w:type="spellStart"/>
      <w:r w:rsidRPr="00846012">
        <w:rPr>
          <w:lang w:val="fr-FR"/>
        </w:rPr>
        <w:t>ofertelor</w:t>
      </w:r>
      <w:proofErr w:type="spellEnd"/>
      <w:r w:rsidRPr="00846012">
        <w:rPr>
          <w:lang w:val="fr-FR"/>
        </w:rPr>
        <w:t xml:space="preserve">, </w:t>
      </w:r>
      <w:proofErr w:type="spellStart"/>
      <w:r w:rsidRPr="00846012">
        <w:rPr>
          <w:lang w:val="fr-FR"/>
        </w:rPr>
        <w:t>încheierii</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gestionării</w:t>
      </w:r>
      <w:proofErr w:type="spellEnd"/>
      <w:r w:rsidRPr="00846012">
        <w:rPr>
          <w:lang w:val="fr-FR"/>
        </w:rPr>
        <w:t xml:space="preserve"> </w:t>
      </w:r>
      <w:proofErr w:type="spellStart"/>
      <w:r w:rsidRPr="00846012">
        <w:rPr>
          <w:lang w:val="fr-FR"/>
        </w:rPr>
        <w:t>contractului</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conform</w:t>
      </w:r>
      <w:proofErr w:type="spellEnd"/>
      <w:r w:rsidRPr="00846012">
        <w:rPr>
          <w:lang w:val="fr-FR"/>
        </w:rPr>
        <w:t xml:space="preserve"> </w:t>
      </w:r>
      <w:proofErr w:type="spellStart"/>
      <w:r w:rsidRPr="00846012">
        <w:rPr>
          <w:lang w:val="fr-FR"/>
        </w:rPr>
        <w:t>Politicii</w:t>
      </w:r>
      <w:proofErr w:type="spellEnd"/>
      <w:r w:rsidRPr="00846012">
        <w:rPr>
          <w:lang w:val="fr-FR"/>
        </w:rPr>
        <w:t xml:space="preserve"> de </w:t>
      </w:r>
      <w:proofErr w:type="spellStart"/>
      <w:r w:rsidRPr="00846012">
        <w:rPr>
          <w:lang w:val="fr-FR"/>
        </w:rPr>
        <w:t>Confidențialitate</w:t>
      </w:r>
      <w:proofErr w:type="spellEnd"/>
      <w:r w:rsidRPr="00846012">
        <w:rPr>
          <w:lang w:val="fr-FR"/>
        </w:rPr>
        <w:t xml:space="preserve"> </w:t>
      </w:r>
      <w:proofErr w:type="spellStart"/>
      <w:r w:rsidRPr="00846012">
        <w:rPr>
          <w:lang w:val="fr-FR"/>
        </w:rPr>
        <w:t>publicate</w:t>
      </w:r>
      <w:proofErr w:type="spellEnd"/>
      <w:r w:rsidRPr="00846012">
        <w:rPr>
          <w:lang w:val="fr-FR"/>
        </w:rPr>
        <w:t xml:space="preserve"> </w:t>
      </w:r>
      <w:proofErr w:type="spellStart"/>
      <w:r w:rsidRPr="00846012">
        <w:rPr>
          <w:lang w:val="fr-FR"/>
        </w:rPr>
        <w:t>separat</w:t>
      </w:r>
      <w:proofErr w:type="spellEnd"/>
      <w:r w:rsidRPr="00846012">
        <w:rPr>
          <w:lang w:val="fr-FR"/>
        </w:rPr>
        <w:t xml:space="preserve"> </w:t>
      </w:r>
      <w:proofErr w:type="spellStart"/>
      <w:r w:rsidRPr="00846012">
        <w:rPr>
          <w:lang w:val="fr-FR"/>
        </w:rPr>
        <w:t>pe</w:t>
      </w:r>
      <w:proofErr w:type="spellEnd"/>
      <w:r w:rsidRPr="00846012">
        <w:rPr>
          <w:lang w:val="fr-FR"/>
        </w:rPr>
        <w:t xml:space="preserve"> site.</w:t>
      </w:r>
    </w:p>
    <w:p w14:paraId="7A71054D" w14:textId="77777777" w:rsidR="003260D0" w:rsidRPr="00846012" w:rsidRDefault="00916C8E">
      <w:pPr>
        <w:spacing w:after="120"/>
        <w:jc w:val="both"/>
        <w:rPr>
          <w:lang w:val="fr-FR"/>
        </w:rPr>
      </w:pPr>
      <w:r w:rsidRPr="00846012">
        <w:rPr>
          <w:b/>
          <w:lang w:val="fr-FR"/>
        </w:rPr>
        <w:t xml:space="preserve">Prin </w:t>
      </w:r>
      <w:proofErr w:type="spellStart"/>
      <w:r w:rsidRPr="00846012">
        <w:rPr>
          <w:b/>
          <w:lang w:val="fr-FR"/>
        </w:rPr>
        <w:t>acceptarea</w:t>
      </w:r>
      <w:proofErr w:type="spellEnd"/>
      <w:r w:rsidRPr="00846012">
        <w:rPr>
          <w:b/>
          <w:lang w:val="fr-FR"/>
        </w:rPr>
        <w:t xml:space="preserve"> </w:t>
      </w:r>
      <w:proofErr w:type="spellStart"/>
      <w:r w:rsidRPr="00846012">
        <w:rPr>
          <w:b/>
          <w:lang w:val="fr-FR"/>
        </w:rPr>
        <w:t>prezentului</w:t>
      </w:r>
      <w:proofErr w:type="spellEnd"/>
      <w:r w:rsidRPr="00846012">
        <w:rPr>
          <w:b/>
          <w:lang w:val="fr-FR"/>
        </w:rPr>
        <w:t xml:space="preserve"> document, </w:t>
      </w:r>
      <w:proofErr w:type="spellStart"/>
      <w:r w:rsidRPr="00846012">
        <w:rPr>
          <w:b/>
          <w:lang w:val="fr-FR"/>
        </w:rPr>
        <w:t>Cumpărătorul</w:t>
      </w:r>
      <w:proofErr w:type="spellEnd"/>
      <w:r w:rsidRPr="00846012">
        <w:rPr>
          <w:b/>
          <w:lang w:val="fr-FR"/>
        </w:rPr>
        <w:t xml:space="preserve"> </w:t>
      </w:r>
      <w:proofErr w:type="spellStart"/>
      <w:r w:rsidRPr="00846012">
        <w:rPr>
          <w:b/>
          <w:lang w:val="fr-FR"/>
        </w:rPr>
        <w:t>împuternicește</w:t>
      </w:r>
      <w:proofErr w:type="spellEnd"/>
      <w:r w:rsidRPr="00846012">
        <w:rPr>
          <w:b/>
          <w:lang w:val="fr-FR"/>
        </w:rPr>
        <w:t xml:space="preserve"> WINNERS GROUP COMPANIE DE BROKERAJ S.R.L. (</w:t>
      </w:r>
      <w:proofErr w:type="spellStart"/>
      <w:r w:rsidRPr="00846012">
        <w:rPr>
          <w:b/>
          <w:lang w:val="fr-FR"/>
        </w:rPr>
        <w:t>acordă</w:t>
      </w:r>
      <w:proofErr w:type="spellEnd"/>
      <w:r w:rsidRPr="00846012">
        <w:rPr>
          <w:b/>
          <w:lang w:val="fr-FR"/>
        </w:rPr>
        <w:t xml:space="preserve"> mandat de </w:t>
      </w:r>
      <w:proofErr w:type="spellStart"/>
      <w:r w:rsidRPr="00846012">
        <w:rPr>
          <w:b/>
          <w:lang w:val="fr-FR"/>
        </w:rPr>
        <w:t>brokeraj</w:t>
      </w:r>
      <w:proofErr w:type="spellEnd"/>
      <w:r w:rsidRPr="00846012">
        <w:rPr>
          <w:b/>
          <w:lang w:val="fr-FR"/>
        </w:rPr>
        <w:t xml:space="preserve">) </w:t>
      </w:r>
      <w:proofErr w:type="spellStart"/>
      <w:r w:rsidRPr="00846012">
        <w:rPr>
          <w:b/>
          <w:lang w:val="fr-FR"/>
        </w:rPr>
        <w:t>să</w:t>
      </w:r>
      <w:proofErr w:type="spellEnd"/>
      <w:r w:rsidRPr="00846012">
        <w:rPr>
          <w:b/>
          <w:lang w:val="fr-FR"/>
        </w:rPr>
        <w:t xml:space="preserve"> </w:t>
      </w:r>
      <w:proofErr w:type="spellStart"/>
      <w:r w:rsidRPr="00846012">
        <w:rPr>
          <w:b/>
          <w:lang w:val="fr-FR"/>
        </w:rPr>
        <w:t>îl</w:t>
      </w:r>
      <w:proofErr w:type="spellEnd"/>
      <w:r w:rsidRPr="00846012">
        <w:rPr>
          <w:b/>
          <w:lang w:val="fr-FR"/>
        </w:rPr>
        <w:t xml:space="preserve"> </w:t>
      </w:r>
      <w:proofErr w:type="spellStart"/>
      <w:r w:rsidRPr="00846012">
        <w:rPr>
          <w:b/>
          <w:lang w:val="fr-FR"/>
        </w:rPr>
        <w:t>reprezinte</w:t>
      </w:r>
      <w:proofErr w:type="spellEnd"/>
      <w:r w:rsidRPr="00846012">
        <w:rPr>
          <w:b/>
          <w:lang w:val="fr-FR"/>
        </w:rPr>
        <w:t xml:space="preserve"> </w:t>
      </w:r>
      <w:proofErr w:type="spellStart"/>
      <w:r w:rsidRPr="00846012">
        <w:rPr>
          <w:b/>
          <w:lang w:val="fr-FR"/>
        </w:rPr>
        <w:t>în</w:t>
      </w:r>
      <w:proofErr w:type="spellEnd"/>
      <w:r w:rsidRPr="00846012">
        <w:rPr>
          <w:b/>
          <w:lang w:val="fr-FR"/>
        </w:rPr>
        <w:t xml:space="preserve"> </w:t>
      </w:r>
      <w:proofErr w:type="spellStart"/>
      <w:r w:rsidRPr="00846012">
        <w:rPr>
          <w:b/>
          <w:lang w:val="fr-FR"/>
        </w:rPr>
        <w:t>relația</w:t>
      </w:r>
      <w:proofErr w:type="spellEnd"/>
      <w:r w:rsidRPr="00846012">
        <w:rPr>
          <w:b/>
          <w:lang w:val="fr-FR"/>
        </w:rPr>
        <w:t xml:space="preserve"> </w:t>
      </w:r>
      <w:proofErr w:type="spellStart"/>
      <w:r w:rsidRPr="00846012">
        <w:rPr>
          <w:b/>
          <w:lang w:val="fr-FR"/>
        </w:rPr>
        <w:t>cu</w:t>
      </w:r>
      <w:proofErr w:type="spellEnd"/>
      <w:r w:rsidRPr="00846012">
        <w:rPr>
          <w:b/>
          <w:lang w:val="fr-FR"/>
        </w:rPr>
        <w:t xml:space="preserve"> </w:t>
      </w:r>
      <w:proofErr w:type="spellStart"/>
      <w:r w:rsidRPr="00846012">
        <w:rPr>
          <w:b/>
          <w:lang w:val="fr-FR"/>
        </w:rPr>
        <w:t>asigurătorul</w:t>
      </w:r>
      <w:proofErr w:type="spellEnd"/>
      <w:r w:rsidRPr="00846012">
        <w:rPr>
          <w:b/>
          <w:lang w:val="fr-FR"/>
        </w:rPr>
        <w:t xml:space="preserve">, </w:t>
      </w:r>
      <w:proofErr w:type="spellStart"/>
      <w:r w:rsidRPr="00846012">
        <w:rPr>
          <w:b/>
          <w:lang w:val="fr-FR"/>
        </w:rPr>
        <w:t>să</w:t>
      </w:r>
      <w:proofErr w:type="spellEnd"/>
      <w:r w:rsidRPr="00846012">
        <w:rPr>
          <w:b/>
          <w:lang w:val="fr-FR"/>
        </w:rPr>
        <w:t xml:space="preserve"> </w:t>
      </w:r>
      <w:proofErr w:type="spellStart"/>
      <w:r w:rsidRPr="00846012">
        <w:rPr>
          <w:b/>
          <w:lang w:val="fr-FR"/>
        </w:rPr>
        <w:t>solicite</w:t>
      </w:r>
      <w:proofErr w:type="spellEnd"/>
      <w:r w:rsidRPr="00846012">
        <w:rPr>
          <w:b/>
          <w:lang w:val="fr-FR"/>
        </w:rPr>
        <w:t xml:space="preserve"> </w:t>
      </w:r>
      <w:proofErr w:type="spellStart"/>
      <w:r w:rsidRPr="00846012">
        <w:rPr>
          <w:b/>
          <w:lang w:val="fr-FR"/>
        </w:rPr>
        <w:t>oferta</w:t>
      </w:r>
      <w:proofErr w:type="spellEnd"/>
      <w:r w:rsidRPr="00846012">
        <w:rPr>
          <w:b/>
          <w:lang w:val="fr-FR"/>
        </w:rPr>
        <w:t xml:space="preserve"> de </w:t>
      </w:r>
      <w:proofErr w:type="spellStart"/>
      <w:r w:rsidRPr="00846012">
        <w:rPr>
          <w:b/>
          <w:lang w:val="fr-FR"/>
        </w:rPr>
        <w:t>asigurare</w:t>
      </w:r>
      <w:proofErr w:type="spellEnd"/>
      <w:r w:rsidRPr="00846012">
        <w:rPr>
          <w:b/>
          <w:lang w:val="fr-FR"/>
        </w:rPr>
        <w:t xml:space="preserve"> </w:t>
      </w:r>
      <w:proofErr w:type="spellStart"/>
      <w:r w:rsidRPr="00846012">
        <w:rPr>
          <w:b/>
          <w:lang w:val="fr-FR"/>
        </w:rPr>
        <w:t>și</w:t>
      </w:r>
      <w:proofErr w:type="spellEnd"/>
      <w:r w:rsidRPr="00846012">
        <w:rPr>
          <w:b/>
          <w:lang w:val="fr-FR"/>
        </w:rPr>
        <w:t xml:space="preserve"> </w:t>
      </w:r>
      <w:proofErr w:type="spellStart"/>
      <w:r w:rsidRPr="00846012">
        <w:rPr>
          <w:b/>
          <w:lang w:val="fr-FR"/>
        </w:rPr>
        <w:t>să</w:t>
      </w:r>
      <w:proofErr w:type="spellEnd"/>
      <w:r w:rsidRPr="00846012">
        <w:rPr>
          <w:b/>
          <w:lang w:val="fr-FR"/>
        </w:rPr>
        <w:t xml:space="preserve"> </w:t>
      </w:r>
      <w:proofErr w:type="spellStart"/>
      <w:r w:rsidRPr="00846012">
        <w:rPr>
          <w:b/>
          <w:lang w:val="fr-FR"/>
        </w:rPr>
        <w:t>emită</w:t>
      </w:r>
      <w:proofErr w:type="spellEnd"/>
      <w:r w:rsidRPr="00846012">
        <w:rPr>
          <w:b/>
          <w:lang w:val="fr-FR"/>
        </w:rPr>
        <w:t xml:space="preserve"> </w:t>
      </w:r>
      <w:proofErr w:type="spellStart"/>
      <w:r w:rsidRPr="00846012">
        <w:rPr>
          <w:b/>
          <w:lang w:val="fr-FR"/>
        </w:rPr>
        <w:t>polița</w:t>
      </w:r>
      <w:proofErr w:type="spellEnd"/>
      <w:r w:rsidRPr="00846012">
        <w:rPr>
          <w:b/>
          <w:lang w:val="fr-FR"/>
        </w:rPr>
        <w:t xml:space="preserve"> de </w:t>
      </w:r>
      <w:proofErr w:type="spellStart"/>
      <w:r w:rsidRPr="00846012">
        <w:rPr>
          <w:b/>
          <w:lang w:val="fr-FR"/>
        </w:rPr>
        <w:t>asigurare</w:t>
      </w:r>
      <w:proofErr w:type="spellEnd"/>
      <w:r w:rsidRPr="00846012">
        <w:rPr>
          <w:b/>
          <w:lang w:val="fr-FR"/>
        </w:rPr>
        <w:t xml:space="preserve"> </w:t>
      </w:r>
      <w:proofErr w:type="spellStart"/>
      <w:r w:rsidRPr="00846012">
        <w:rPr>
          <w:b/>
          <w:lang w:val="fr-FR"/>
        </w:rPr>
        <w:t>în</w:t>
      </w:r>
      <w:proofErr w:type="spellEnd"/>
      <w:r w:rsidRPr="00846012">
        <w:rPr>
          <w:b/>
          <w:lang w:val="fr-FR"/>
        </w:rPr>
        <w:t xml:space="preserve"> </w:t>
      </w:r>
      <w:proofErr w:type="spellStart"/>
      <w:r w:rsidRPr="00846012">
        <w:rPr>
          <w:b/>
          <w:lang w:val="fr-FR"/>
        </w:rPr>
        <w:t>numele</w:t>
      </w:r>
      <w:proofErr w:type="spellEnd"/>
      <w:r w:rsidRPr="00846012">
        <w:rPr>
          <w:b/>
          <w:lang w:val="fr-FR"/>
        </w:rPr>
        <w:t xml:space="preserve"> </w:t>
      </w:r>
      <w:proofErr w:type="spellStart"/>
      <w:r w:rsidRPr="00846012">
        <w:rPr>
          <w:b/>
          <w:lang w:val="fr-FR"/>
        </w:rPr>
        <w:t>și</w:t>
      </w:r>
      <w:proofErr w:type="spellEnd"/>
      <w:r w:rsidRPr="00846012">
        <w:rPr>
          <w:b/>
          <w:lang w:val="fr-FR"/>
        </w:rPr>
        <w:t xml:space="preserve"> </w:t>
      </w:r>
      <w:proofErr w:type="spellStart"/>
      <w:r w:rsidRPr="00846012">
        <w:rPr>
          <w:b/>
          <w:lang w:val="fr-FR"/>
        </w:rPr>
        <w:t>pe</w:t>
      </w:r>
      <w:proofErr w:type="spellEnd"/>
      <w:r w:rsidRPr="00846012">
        <w:rPr>
          <w:b/>
          <w:lang w:val="fr-FR"/>
        </w:rPr>
        <w:t xml:space="preserve"> </w:t>
      </w:r>
      <w:proofErr w:type="spellStart"/>
      <w:r w:rsidRPr="00846012">
        <w:rPr>
          <w:b/>
          <w:lang w:val="fr-FR"/>
        </w:rPr>
        <w:t>seama</w:t>
      </w:r>
      <w:proofErr w:type="spellEnd"/>
      <w:r w:rsidRPr="00846012">
        <w:rPr>
          <w:b/>
          <w:lang w:val="fr-FR"/>
        </w:rPr>
        <w:t xml:space="preserve"> sa.</w:t>
      </w:r>
    </w:p>
    <w:p w14:paraId="5CE5581A" w14:textId="77777777" w:rsidR="003260D0" w:rsidRPr="00846012" w:rsidRDefault="00916C8E">
      <w:pPr>
        <w:pStyle w:val="Heading3"/>
        <w:rPr>
          <w:lang w:val="fr-FR"/>
        </w:rPr>
      </w:pPr>
      <w:r w:rsidRPr="00846012">
        <w:rPr>
          <w:rFonts w:ascii="Arial" w:hAnsi="Arial"/>
          <w:lang w:val="fr-FR"/>
        </w:rPr>
        <w:t xml:space="preserve">5.3. </w:t>
      </w:r>
      <w:proofErr w:type="spellStart"/>
      <w:r w:rsidRPr="00846012">
        <w:rPr>
          <w:rFonts w:ascii="Arial" w:hAnsi="Arial"/>
          <w:lang w:val="fr-FR"/>
        </w:rPr>
        <w:t>Confirmarea</w:t>
      </w:r>
      <w:proofErr w:type="spellEnd"/>
      <w:r w:rsidRPr="00846012">
        <w:rPr>
          <w:rFonts w:ascii="Arial" w:hAnsi="Arial"/>
          <w:lang w:val="fr-FR"/>
        </w:rPr>
        <w:t xml:space="preserve"> </w:t>
      </w:r>
      <w:proofErr w:type="spellStart"/>
      <w:r w:rsidRPr="00846012">
        <w:rPr>
          <w:rFonts w:ascii="Arial" w:hAnsi="Arial"/>
          <w:lang w:val="fr-FR"/>
        </w:rPr>
        <w:t>comenzii</w:t>
      </w:r>
      <w:proofErr w:type="spellEnd"/>
      <w:r w:rsidRPr="00846012">
        <w:rPr>
          <w:rFonts w:ascii="Arial" w:hAnsi="Arial"/>
          <w:lang w:val="fr-FR"/>
        </w:rPr>
        <w:t xml:space="preserve"> </w:t>
      </w:r>
      <w:proofErr w:type="spellStart"/>
      <w:r w:rsidRPr="00846012">
        <w:rPr>
          <w:rFonts w:ascii="Arial" w:hAnsi="Arial"/>
          <w:lang w:val="fr-FR"/>
        </w:rPr>
        <w:t>și</w:t>
      </w:r>
      <w:proofErr w:type="spellEnd"/>
      <w:r w:rsidRPr="00846012">
        <w:rPr>
          <w:rFonts w:ascii="Arial" w:hAnsi="Arial"/>
          <w:lang w:val="fr-FR"/>
        </w:rPr>
        <w:t xml:space="preserve"> </w:t>
      </w:r>
      <w:proofErr w:type="spellStart"/>
      <w:r w:rsidRPr="00846012">
        <w:rPr>
          <w:rFonts w:ascii="Arial" w:hAnsi="Arial"/>
          <w:lang w:val="fr-FR"/>
        </w:rPr>
        <w:t>încheierea</w:t>
      </w:r>
      <w:proofErr w:type="spellEnd"/>
      <w:r w:rsidRPr="00846012">
        <w:rPr>
          <w:rFonts w:ascii="Arial" w:hAnsi="Arial"/>
          <w:lang w:val="fr-FR"/>
        </w:rPr>
        <w:t xml:space="preserve"> </w:t>
      </w:r>
      <w:proofErr w:type="spellStart"/>
      <w:r w:rsidRPr="00846012">
        <w:rPr>
          <w:rFonts w:ascii="Arial" w:hAnsi="Arial"/>
          <w:lang w:val="fr-FR"/>
        </w:rPr>
        <w:t>contractului</w:t>
      </w:r>
      <w:proofErr w:type="spellEnd"/>
    </w:p>
    <w:p w14:paraId="6571C478" w14:textId="77777777" w:rsidR="003260D0" w:rsidRPr="00846012" w:rsidRDefault="00916C8E">
      <w:pPr>
        <w:spacing w:after="120"/>
        <w:jc w:val="both"/>
        <w:rPr>
          <w:lang w:val="fr-FR"/>
        </w:rPr>
      </w:pPr>
      <w:proofErr w:type="spellStart"/>
      <w:r w:rsidRPr="00846012">
        <w:rPr>
          <w:lang w:val="fr-FR"/>
        </w:rPr>
        <w:t>Notificarea</w:t>
      </w:r>
      <w:proofErr w:type="spellEnd"/>
      <w:r w:rsidRPr="00846012">
        <w:rPr>
          <w:lang w:val="fr-FR"/>
        </w:rPr>
        <w:t xml:space="preserve"> </w:t>
      </w:r>
      <w:proofErr w:type="spellStart"/>
      <w:r w:rsidRPr="00846012">
        <w:rPr>
          <w:lang w:val="fr-FR"/>
        </w:rPr>
        <w:t>primită</w:t>
      </w:r>
      <w:proofErr w:type="spellEnd"/>
      <w:r w:rsidRPr="00846012">
        <w:rPr>
          <w:lang w:val="fr-FR"/>
        </w:rPr>
        <w:t xml:space="preserve"> de </w:t>
      </w:r>
      <w:proofErr w:type="spellStart"/>
      <w:r w:rsidRPr="00846012">
        <w:rPr>
          <w:lang w:val="fr-FR"/>
        </w:rPr>
        <w:t>către</w:t>
      </w:r>
      <w:proofErr w:type="spellEnd"/>
      <w:r w:rsidRPr="00846012">
        <w:rPr>
          <w:lang w:val="fr-FR"/>
        </w:rPr>
        <w:t xml:space="preserve"> </w:t>
      </w:r>
      <w:proofErr w:type="spellStart"/>
      <w:r w:rsidRPr="00846012">
        <w:rPr>
          <w:lang w:val="fr-FR"/>
        </w:rPr>
        <w:t>Cumpărător</w:t>
      </w:r>
      <w:proofErr w:type="spellEnd"/>
      <w:r w:rsidRPr="00846012">
        <w:rPr>
          <w:lang w:val="fr-FR"/>
        </w:rPr>
        <w:t xml:space="preserve"> prin </w:t>
      </w:r>
      <w:proofErr w:type="gramStart"/>
      <w:r w:rsidRPr="00846012">
        <w:rPr>
          <w:lang w:val="fr-FR"/>
        </w:rPr>
        <w:t>email</w:t>
      </w:r>
      <w:proofErr w:type="gramEnd"/>
      <w:r w:rsidRPr="00846012">
        <w:rPr>
          <w:lang w:val="fr-FR"/>
        </w:rPr>
        <w:t xml:space="preserve">, </w:t>
      </w:r>
      <w:proofErr w:type="spellStart"/>
      <w:r w:rsidRPr="00846012">
        <w:rPr>
          <w:lang w:val="fr-FR"/>
        </w:rPr>
        <w:t>imediat</w:t>
      </w:r>
      <w:proofErr w:type="spellEnd"/>
      <w:r w:rsidRPr="00846012">
        <w:rPr>
          <w:lang w:val="fr-FR"/>
        </w:rPr>
        <w:t xml:space="preserve"> </w:t>
      </w:r>
      <w:proofErr w:type="spellStart"/>
      <w:r w:rsidRPr="00846012">
        <w:rPr>
          <w:lang w:val="fr-FR"/>
        </w:rPr>
        <w:t>după</w:t>
      </w:r>
      <w:proofErr w:type="spellEnd"/>
      <w:r w:rsidRPr="00846012">
        <w:rPr>
          <w:lang w:val="fr-FR"/>
        </w:rPr>
        <w:t xml:space="preserve"> </w:t>
      </w:r>
      <w:proofErr w:type="spellStart"/>
      <w:r w:rsidRPr="00846012">
        <w:rPr>
          <w:lang w:val="fr-FR"/>
        </w:rPr>
        <w:t>plasarea</w:t>
      </w:r>
      <w:proofErr w:type="spellEnd"/>
      <w:r w:rsidRPr="00846012">
        <w:rPr>
          <w:lang w:val="fr-FR"/>
        </w:rPr>
        <w:t xml:space="preserve"> </w:t>
      </w:r>
      <w:proofErr w:type="spellStart"/>
      <w:r w:rsidRPr="00846012">
        <w:rPr>
          <w:lang w:val="fr-FR"/>
        </w:rPr>
        <w:t>comenzii</w:t>
      </w:r>
      <w:proofErr w:type="spellEnd"/>
      <w:r w:rsidRPr="00846012">
        <w:rPr>
          <w:lang w:val="fr-FR"/>
        </w:rPr>
        <w:t xml:space="preserve">, are </w:t>
      </w:r>
      <w:proofErr w:type="spellStart"/>
      <w:r w:rsidRPr="00846012">
        <w:rPr>
          <w:lang w:val="fr-FR"/>
        </w:rPr>
        <w:t>rol</w:t>
      </w:r>
      <w:proofErr w:type="spellEnd"/>
      <w:r w:rsidRPr="00846012">
        <w:rPr>
          <w:lang w:val="fr-FR"/>
        </w:rPr>
        <w:t xml:space="preserve"> </w:t>
      </w:r>
      <w:proofErr w:type="spellStart"/>
      <w:r w:rsidRPr="00846012">
        <w:rPr>
          <w:lang w:val="fr-FR"/>
        </w:rPr>
        <w:t>exclusiv</w:t>
      </w:r>
      <w:proofErr w:type="spellEnd"/>
      <w:r w:rsidRPr="00846012">
        <w:rPr>
          <w:lang w:val="fr-FR"/>
        </w:rPr>
        <w:t xml:space="preserve"> de </w:t>
      </w:r>
      <w:proofErr w:type="spellStart"/>
      <w:r w:rsidRPr="00846012">
        <w:rPr>
          <w:lang w:val="fr-FR"/>
        </w:rPr>
        <w:t>informare</w:t>
      </w:r>
      <w:proofErr w:type="spellEnd"/>
      <w:r w:rsidRPr="00846012">
        <w:rPr>
          <w:lang w:val="fr-FR"/>
        </w:rPr>
        <w:t xml:space="preserve"> </w:t>
      </w:r>
      <w:proofErr w:type="spellStart"/>
      <w:r w:rsidRPr="00846012">
        <w:rPr>
          <w:lang w:val="fr-FR"/>
        </w:rPr>
        <w:t>și</w:t>
      </w:r>
      <w:proofErr w:type="spellEnd"/>
      <w:r w:rsidRPr="00846012">
        <w:rPr>
          <w:lang w:val="fr-FR"/>
        </w:rPr>
        <w:t xml:space="preserve"> </w:t>
      </w:r>
      <w:r w:rsidRPr="00846012">
        <w:rPr>
          <w:b/>
          <w:lang w:val="fr-FR"/>
        </w:rPr>
        <w:t xml:space="preserve">nu </w:t>
      </w:r>
      <w:proofErr w:type="spellStart"/>
      <w:r w:rsidRPr="00846012">
        <w:rPr>
          <w:b/>
          <w:lang w:val="fr-FR"/>
        </w:rPr>
        <w:t>reprezintă</w:t>
      </w:r>
      <w:proofErr w:type="spellEnd"/>
      <w:r w:rsidRPr="00846012">
        <w:rPr>
          <w:b/>
          <w:lang w:val="fr-FR"/>
        </w:rPr>
        <w:t xml:space="preserve"> </w:t>
      </w:r>
      <w:proofErr w:type="spellStart"/>
      <w:r w:rsidRPr="00846012">
        <w:rPr>
          <w:b/>
          <w:lang w:val="fr-FR"/>
        </w:rPr>
        <w:t>acceptarea</w:t>
      </w:r>
      <w:proofErr w:type="spellEnd"/>
      <w:r w:rsidRPr="00846012">
        <w:rPr>
          <w:b/>
          <w:lang w:val="fr-FR"/>
        </w:rPr>
        <w:t xml:space="preserve"> </w:t>
      </w:r>
      <w:proofErr w:type="spellStart"/>
      <w:r w:rsidRPr="00846012">
        <w:rPr>
          <w:b/>
          <w:lang w:val="fr-FR"/>
        </w:rPr>
        <w:t>comenzii</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confirmarea</w:t>
      </w:r>
      <w:proofErr w:type="spellEnd"/>
      <w:r w:rsidRPr="00846012">
        <w:rPr>
          <w:lang w:val="fr-FR"/>
        </w:rPr>
        <w:t xml:space="preserve"> </w:t>
      </w:r>
      <w:proofErr w:type="spellStart"/>
      <w:r w:rsidRPr="00846012">
        <w:rPr>
          <w:lang w:val="fr-FR"/>
        </w:rPr>
        <w:t>încheierii</w:t>
      </w:r>
      <w:proofErr w:type="spellEnd"/>
      <w:r w:rsidRPr="00846012">
        <w:rPr>
          <w:lang w:val="fr-FR"/>
        </w:rPr>
        <w:t xml:space="preserve"> </w:t>
      </w:r>
      <w:proofErr w:type="spellStart"/>
      <w:r w:rsidRPr="00846012">
        <w:rPr>
          <w:lang w:val="fr-FR"/>
        </w:rPr>
        <w:t>contractului</w:t>
      </w:r>
      <w:proofErr w:type="spellEnd"/>
      <w:r w:rsidRPr="00846012">
        <w:rPr>
          <w:lang w:val="fr-FR"/>
        </w:rPr>
        <w:t>.</w:t>
      </w:r>
    </w:p>
    <w:p w14:paraId="588B266E" w14:textId="77777777" w:rsidR="003260D0" w:rsidRPr="00846012" w:rsidRDefault="00916C8E">
      <w:pPr>
        <w:spacing w:after="120"/>
        <w:jc w:val="both"/>
        <w:rPr>
          <w:lang w:val="fr-FR"/>
        </w:rPr>
      </w:pPr>
      <w:proofErr w:type="spellStart"/>
      <w:r w:rsidRPr="00846012">
        <w:rPr>
          <w:b/>
          <w:lang w:val="fr-FR"/>
        </w:rPr>
        <w:t>Momentul</w:t>
      </w:r>
      <w:proofErr w:type="spellEnd"/>
      <w:r w:rsidRPr="00846012">
        <w:rPr>
          <w:b/>
          <w:lang w:val="fr-FR"/>
        </w:rPr>
        <w:t xml:space="preserve"> </w:t>
      </w:r>
      <w:proofErr w:type="spellStart"/>
      <w:r w:rsidRPr="00846012">
        <w:rPr>
          <w:b/>
          <w:lang w:val="fr-FR"/>
        </w:rPr>
        <w:t>încheierii</w:t>
      </w:r>
      <w:proofErr w:type="spellEnd"/>
      <w:r w:rsidRPr="00846012">
        <w:rPr>
          <w:b/>
          <w:lang w:val="fr-FR"/>
        </w:rPr>
        <w:t xml:space="preserve"> </w:t>
      </w:r>
      <w:proofErr w:type="spellStart"/>
      <w:r w:rsidRPr="00846012">
        <w:rPr>
          <w:b/>
          <w:lang w:val="fr-FR"/>
        </w:rPr>
        <w:t>contractului</w:t>
      </w:r>
      <w:proofErr w:type="spellEnd"/>
      <w:r w:rsidRPr="00846012">
        <w:rPr>
          <w:b/>
          <w:lang w:val="fr-FR"/>
        </w:rPr>
        <w:t xml:space="preserve"> de </w:t>
      </w:r>
      <w:proofErr w:type="spellStart"/>
      <w:r w:rsidRPr="00846012">
        <w:rPr>
          <w:b/>
          <w:lang w:val="fr-FR"/>
        </w:rPr>
        <w:t>asigurare</w:t>
      </w:r>
      <w:proofErr w:type="spellEnd"/>
      <w:r w:rsidRPr="00846012">
        <w:rPr>
          <w:b/>
          <w:lang w:val="fr-FR"/>
        </w:rPr>
        <w:t xml:space="preserve"> </w:t>
      </w:r>
      <w:proofErr w:type="spellStart"/>
      <w:r w:rsidRPr="00846012">
        <w:rPr>
          <w:b/>
          <w:lang w:val="fr-FR"/>
        </w:rPr>
        <w:t>îl</w:t>
      </w:r>
      <w:proofErr w:type="spellEnd"/>
      <w:r w:rsidRPr="00846012">
        <w:rPr>
          <w:b/>
          <w:lang w:val="fr-FR"/>
        </w:rPr>
        <w:t xml:space="preserve"> </w:t>
      </w:r>
      <w:proofErr w:type="spellStart"/>
      <w:r w:rsidRPr="00846012">
        <w:rPr>
          <w:b/>
          <w:lang w:val="fr-FR"/>
        </w:rPr>
        <w:t>constituie</w:t>
      </w:r>
      <w:proofErr w:type="spellEnd"/>
      <w:r w:rsidRPr="00846012">
        <w:rPr>
          <w:b/>
          <w:lang w:val="fr-FR"/>
        </w:rPr>
        <w:t xml:space="preserve"> </w:t>
      </w:r>
      <w:proofErr w:type="spellStart"/>
      <w:r w:rsidRPr="00846012">
        <w:rPr>
          <w:b/>
          <w:lang w:val="fr-FR"/>
        </w:rPr>
        <w:t>momentul</w:t>
      </w:r>
      <w:proofErr w:type="spellEnd"/>
      <w:r w:rsidRPr="00846012">
        <w:rPr>
          <w:b/>
          <w:lang w:val="fr-FR"/>
        </w:rPr>
        <w:t xml:space="preserve"> </w:t>
      </w:r>
      <w:proofErr w:type="spellStart"/>
      <w:r w:rsidRPr="00846012">
        <w:rPr>
          <w:b/>
          <w:lang w:val="fr-FR"/>
        </w:rPr>
        <w:t>confirmării</w:t>
      </w:r>
      <w:proofErr w:type="spellEnd"/>
      <w:r w:rsidRPr="00846012">
        <w:rPr>
          <w:b/>
          <w:lang w:val="fr-FR"/>
        </w:rPr>
        <w:t xml:space="preserve"> </w:t>
      </w:r>
      <w:proofErr w:type="spellStart"/>
      <w:r w:rsidRPr="00846012">
        <w:rPr>
          <w:b/>
          <w:lang w:val="fr-FR"/>
        </w:rPr>
        <w:t>plății</w:t>
      </w:r>
      <w:proofErr w:type="spellEnd"/>
      <w:r w:rsidRPr="00846012">
        <w:rPr>
          <w:b/>
          <w:lang w:val="fr-FR"/>
        </w:rPr>
        <w:t xml:space="preserve"> </w:t>
      </w:r>
      <w:proofErr w:type="spellStart"/>
      <w:r w:rsidRPr="00846012">
        <w:rPr>
          <w:b/>
          <w:lang w:val="fr-FR"/>
        </w:rPr>
        <w:t>primei</w:t>
      </w:r>
      <w:proofErr w:type="spellEnd"/>
      <w:r w:rsidRPr="00846012">
        <w:rPr>
          <w:b/>
          <w:lang w:val="fr-FR"/>
        </w:rPr>
        <w:t xml:space="preserve"> de </w:t>
      </w:r>
      <w:proofErr w:type="spellStart"/>
      <w:r w:rsidRPr="00846012">
        <w:rPr>
          <w:b/>
          <w:lang w:val="fr-FR"/>
        </w:rPr>
        <w:t>asigurare</w:t>
      </w:r>
      <w:proofErr w:type="spellEnd"/>
      <w:r w:rsidRPr="00846012">
        <w:rPr>
          <w:lang w:val="fr-FR"/>
        </w:rPr>
        <w:t xml:space="preserve">, </w:t>
      </w:r>
      <w:proofErr w:type="spellStart"/>
      <w:r w:rsidRPr="00846012">
        <w:rPr>
          <w:lang w:val="fr-FR"/>
        </w:rPr>
        <w:t>urmată</w:t>
      </w:r>
      <w:proofErr w:type="spellEnd"/>
      <w:r w:rsidRPr="00846012">
        <w:rPr>
          <w:lang w:val="fr-FR"/>
        </w:rPr>
        <w:t xml:space="preserve"> de </w:t>
      </w:r>
      <w:proofErr w:type="spellStart"/>
      <w:r w:rsidRPr="00846012">
        <w:rPr>
          <w:lang w:val="fr-FR"/>
        </w:rPr>
        <w:t>emiterea</w:t>
      </w:r>
      <w:proofErr w:type="spellEnd"/>
      <w:r w:rsidRPr="00846012">
        <w:rPr>
          <w:lang w:val="fr-FR"/>
        </w:rPr>
        <w:t xml:space="preserve"> </w:t>
      </w:r>
      <w:proofErr w:type="spellStart"/>
      <w:r w:rsidRPr="00846012">
        <w:rPr>
          <w:lang w:val="fr-FR"/>
        </w:rPr>
        <w:t>poliței</w:t>
      </w:r>
      <w:proofErr w:type="spellEnd"/>
      <w:r w:rsidRPr="00846012">
        <w:rPr>
          <w:lang w:val="fr-FR"/>
        </w:rPr>
        <w:t xml:space="preserve"> de </w:t>
      </w:r>
      <w:proofErr w:type="spellStart"/>
      <w:r w:rsidRPr="00846012">
        <w:rPr>
          <w:lang w:val="fr-FR"/>
        </w:rPr>
        <w:t>către</w:t>
      </w:r>
      <w:proofErr w:type="spellEnd"/>
      <w:r w:rsidRPr="00846012">
        <w:rPr>
          <w:lang w:val="fr-FR"/>
        </w:rPr>
        <w:t xml:space="preserve"> </w:t>
      </w:r>
      <w:proofErr w:type="spellStart"/>
      <w:r w:rsidRPr="00846012">
        <w:rPr>
          <w:lang w:val="fr-FR"/>
        </w:rPr>
        <w:t>asigurător</w:t>
      </w:r>
      <w:proofErr w:type="spellEnd"/>
      <w:r w:rsidRPr="00846012">
        <w:rPr>
          <w:lang w:val="fr-FR"/>
        </w:rPr>
        <w:t>.</w:t>
      </w:r>
    </w:p>
    <w:p w14:paraId="6D4E26F2" w14:textId="77777777" w:rsidR="003260D0" w:rsidRPr="00846012" w:rsidRDefault="00916C8E">
      <w:pPr>
        <w:pStyle w:val="Heading3"/>
        <w:rPr>
          <w:lang w:val="fr-FR"/>
        </w:rPr>
      </w:pPr>
      <w:r w:rsidRPr="00846012">
        <w:rPr>
          <w:rFonts w:ascii="Arial" w:hAnsi="Arial"/>
          <w:lang w:val="fr-FR"/>
        </w:rPr>
        <w:t xml:space="preserve">5.4. </w:t>
      </w:r>
      <w:proofErr w:type="spellStart"/>
      <w:r w:rsidRPr="00846012">
        <w:rPr>
          <w:rFonts w:ascii="Arial" w:hAnsi="Arial"/>
          <w:lang w:val="fr-FR"/>
        </w:rPr>
        <w:t>Refuzul</w:t>
      </w:r>
      <w:proofErr w:type="spellEnd"/>
      <w:r w:rsidRPr="00846012">
        <w:rPr>
          <w:rFonts w:ascii="Arial" w:hAnsi="Arial"/>
          <w:lang w:val="fr-FR"/>
        </w:rPr>
        <w:t xml:space="preserve"> </w:t>
      </w:r>
      <w:proofErr w:type="spellStart"/>
      <w:r w:rsidRPr="00846012">
        <w:rPr>
          <w:rFonts w:ascii="Arial" w:hAnsi="Arial"/>
          <w:lang w:val="fr-FR"/>
        </w:rPr>
        <w:t>comenzii</w:t>
      </w:r>
      <w:proofErr w:type="spellEnd"/>
    </w:p>
    <w:p w14:paraId="6A38FBB6" w14:textId="77777777" w:rsidR="003260D0" w:rsidRPr="00846012" w:rsidRDefault="00916C8E">
      <w:pPr>
        <w:spacing w:after="120"/>
        <w:jc w:val="both"/>
        <w:rPr>
          <w:lang w:val="fr-FR"/>
        </w:rPr>
      </w:pPr>
      <w:proofErr w:type="spellStart"/>
      <w:r w:rsidRPr="00846012">
        <w:rPr>
          <w:lang w:val="fr-FR"/>
        </w:rPr>
        <w:t>Pentru</w:t>
      </w:r>
      <w:proofErr w:type="spellEnd"/>
      <w:r w:rsidRPr="00846012">
        <w:rPr>
          <w:lang w:val="fr-FR"/>
        </w:rPr>
        <w:t xml:space="preserve"> motive </w:t>
      </w:r>
      <w:proofErr w:type="spellStart"/>
      <w:r w:rsidRPr="00846012">
        <w:rPr>
          <w:lang w:val="fr-FR"/>
        </w:rPr>
        <w:t>justificate</w:t>
      </w:r>
      <w:proofErr w:type="spellEnd"/>
      <w:r w:rsidRPr="00846012">
        <w:rPr>
          <w:lang w:val="fr-FR"/>
        </w:rPr>
        <w:t xml:space="preserve">, WINNERS GROUP COMPANIE DE BROKERAJ S.R.L. </w:t>
      </w:r>
      <w:proofErr w:type="spellStart"/>
      <w:r w:rsidRPr="00846012">
        <w:rPr>
          <w:lang w:val="fr-FR"/>
        </w:rPr>
        <w:t>își</w:t>
      </w:r>
      <w:proofErr w:type="spellEnd"/>
      <w:r w:rsidRPr="00846012">
        <w:rPr>
          <w:lang w:val="fr-FR"/>
        </w:rPr>
        <w:t xml:space="preserve"> </w:t>
      </w:r>
      <w:proofErr w:type="spellStart"/>
      <w:r w:rsidRPr="00846012">
        <w:rPr>
          <w:lang w:val="fr-FR"/>
        </w:rPr>
        <w:t>rezervă</w:t>
      </w:r>
      <w:proofErr w:type="spellEnd"/>
      <w:r w:rsidRPr="00846012">
        <w:rPr>
          <w:lang w:val="fr-FR"/>
        </w:rPr>
        <w:t xml:space="preserve"> </w:t>
      </w:r>
      <w:proofErr w:type="spellStart"/>
      <w:r w:rsidRPr="00846012">
        <w:rPr>
          <w:lang w:val="fr-FR"/>
        </w:rPr>
        <w:t>dreptul</w:t>
      </w:r>
      <w:proofErr w:type="spellEnd"/>
      <w:r w:rsidRPr="00846012">
        <w:rPr>
          <w:lang w:val="fr-FR"/>
        </w:rPr>
        <w:t xml:space="preserve"> </w:t>
      </w:r>
      <w:proofErr w:type="gramStart"/>
      <w:r w:rsidRPr="00846012">
        <w:rPr>
          <w:lang w:val="fr-FR"/>
        </w:rPr>
        <w:t>de a</w:t>
      </w:r>
      <w:proofErr w:type="gramEnd"/>
      <w:r w:rsidRPr="00846012">
        <w:rPr>
          <w:lang w:val="fr-FR"/>
        </w:rPr>
        <w:t xml:space="preserve"> </w:t>
      </w:r>
      <w:proofErr w:type="spellStart"/>
      <w:r w:rsidRPr="00846012">
        <w:rPr>
          <w:lang w:val="fr-FR"/>
        </w:rPr>
        <w:t>refuza</w:t>
      </w:r>
      <w:proofErr w:type="spellEnd"/>
      <w:r w:rsidRPr="00846012">
        <w:rPr>
          <w:lang w:val="fr-FR"/>
        </w:rPr>
        <w:t xml:space="preserve"> </w:t>
      </w:r>
      <w:proofErr w:type="spellStart"/>
      <w:r w:rsidRPr="00846012">
        <w:rPr>
          <w:lang w:val="fr-FR"/>
        </w:rPr>
        <w:t>procesarea</w:t>
      </w:r>
      <w:proofErr w:type="spellEnd"/>
      <w:r w:rsidRPr="00846012">
        <w:rPr>
          <w:lang w:val="fr-FR"/>
        </w:rPr>
        <w:t xml:space="preserve"> </w:t>
      </w:r>
      <w:proofErr w:type="spellStart"/>
      <w:r w:rsidRPr="00846012">
        <w:rPr>
          <w:lang w:val="fr-FR"/>
        </w:rPr>
        <w:t>comenzii</w:t>
      </w:r>
      <w:proofErr w:type="spellEnd"/>
      <w:r w:rsidRPr="00846012">
        <w:rPr>
          <w:lang w:val="fr-FR"/>
        </w:rPr>
        <w:t xml:space="preserve"> </w:t>
      </w:r>
      <w:proofErr w:type="spellStart"/>
      <w:r w:rsidRPr="00846012">
        <w:rPr>
          <w:lang w:val="fr-FR"/>
        </w:rPr>
        <w:t>Cumpărătorului</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următoarele</w:t>
      </w:r>
      <w:proofErr w:type="spellEnd"/>
      <w:r w:rsidRPr="00846012">
        <w:rPr>
          <w:lang w:val="fr-FR"/>
        </w:rPr>
        <w:t xml:space="preserve"> </w:t>
      </w:r>
      <w:proofErr w:type="spellStart"/>
      <w:proofErr w:type="gramStart"/>
      <w:r w:rsidRPr="00846012">
        <w:rPr>
          <w:lang w:val="fr-FR"/>
        </w:rPr>
        <w:t>situații</w:t>
      </w:r>
      <w:proofErr w:type="spellEnd"/>
      <w:r w:rsidRPr="00846012">
        <w:rPr>
          <w:lang w:val="fr-FR"/>
        </w:rPr>
        <w:t>:</w:t>
      </w:r>
      <w:proofErr w:type="gramEnd"/>
    </w:p>
    <w:p w14:paraId="271D613E" w14:textId="77777777" w:rsidR="003260D0" w:rsidRPr="00846012" w:rsidRDefault="00916C8E">
      <w:pPr>
        <w:spacing w:after="60"/>
        <w:ind w:left="454"/>
        <w:jc w:val="both"/>
        <w:rPr>
          <w:lang w:val="fr-FR"/>
        </w:rPr>
      </w:pPr>
      <w:r w:rsidRPr="00846012">
        <w:rPr>
          <w:lang w:val="fr-FR"/>
        </w:rPr>
        <w:t xml:space="preserve">a) se </w:t>
      </w:r>
      <w:proofErr w:type="spellStart"/>
      <w:r w:rsidRPr="00846012">
        <w:rPr>
          <w:lang w:val="fr-FR"/>
        </w:rPr>
        <w:t>constată</w:t>
      </w:r>
      <w:proofErr w:type="spellEnd"/>
      <w:r w:rsidRPr="00846012">
        <w:rPr>
          <w:lang w:val="fr-FR"/>
        </w:rPr>
        <w:t xml:space="preserve"> </w:t>
      </w:r>
      <w:proofErr w:type="spellStart"/>
      <w:r w:rsidRPr="00846012">
        <w:rPr>
          <w:lang w:val="fr-FR"/>
        </w:rPr>
        <w:t>diferențe</w:t>
      </w:r>
      <w:proofErr w:type="spellEnd"/>
      <w:r w:rsidRPr="00846012">
        <w:rPr>
          <w:lang w:val="fr-FR"/>
        </w:rPr>
        <w:t xml:space="preserve"> </w:t>
      </w:r>
      <w:proofErr w:type="spellStart"/>
      <w:r w:rsidRPr="00846012">
        <w:rPr>
          <w:lang w:val="fr-FR"/>
        </w:rPr>
        <w:t>între</w:t>
      </w:r>
      <w:proofErr w:type="spellEnd"/>
      <w:r w:rsidRPr="00846012">
        <w:rPr>
          <w:lang w:val="fr-FR"/>
        </w:rPr>
        <w:t xml:space="preserve"> </w:t>
      </w:r>
      <w:proofErr w:type="spellStart"/>
      <w:r w:rsidRPr="00846012">
        <w:rPr>
          <w:lang w:val="fr-FR"/>
        </w:rPr>
        <w:t>documentele</w:t>
      </w:r>
      <w:proofErr w:type="spellEnd"/>
      <w:r w:rsidRPr="00846012">
        <w:rPr>
          <w:lang w:val="fr-FR"/>
        </w:rPr>
        <w:t xml:space="preserve"> </w:t>
      </w:r>
      <w:proofErr w:type="spellStart"/>
      <w:r w:rsidRPr="00846012">
        <w:rPr>
          <w:lang w:val="fr-FR"/>
        </w:rPr>
        <w:t>primite</w:t>
      </w:r>
      <w:proofErr w:type="spellEnd"/>
      <w:r w:rsidRPr="00846012">
        <w:rPr>
          <w:lang w:val="fr-FR"/>
        </w:rPr>
        <w:t xml:space="preserve"> de la </w:t>
      </w:r>
      <w:proofErr w:type="spellStart"/>
      <w:r w:rsidRPr="00846012">
        <w:rPr>
          <w:lang w:val="fr-FR"/>
        </w:rPr>
        <w:t>Cumpărător</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informațiile</w:t>
      </w:r>
      <w:proofErr w:type="spellEnd"/>
      <w:r w:rsidRPr="00846012">
        <w:rPr>
          <w:lang w:val="fr-FR"/>
        </w:rPr>
        <w:t xml:space="preserve"> </w:t>
      </w:r>
      <w:proofErr w:type="spellStart"/>
      <w:r w:rsidRPr="00846012">
        <w:rPr>
          <w:lang w:val="fr-FR"/>
        </w:rPr>
        <w:t>introduse</w:t>
      </w:r>
      <w:proofErr w:type="spellEnd"/>
      <w:r w:rsidRPr="00846012">
        <w:rPr>
          <w:lang w:val="fr-FR"/>
        </w:rPr>
        <w:t xml:space="preserve"> </w:t>
      </w:r>
      <w:proofErr w:type="spellStart"/>
      <w:r w:rsidRPr="00846012">
        <w:rPr>
          <w:lang w:val="fr-FR"/>
        </w:rPr>
        <w:t>pe</w:t>
      </w:r>
      <w:proofErr w:type="spellEnd"/>
      <w:r w:rsidRPr="00846012">
        <w:rPr>
          <w:lang w:val="fr-FR"/>
        </w:rPr>
        <w:t xml:space="preserve"> </w:t>
      </w:r>
      <w:proofErr w:type="gramStart"/>
      <w:r w:rsidRPr="00846012">
        <w:rPr>
          <w:lang w:val="fr-FR"/>
        </w:rPr>
        <w:t>site;</w:t>
      </w:r>
      <w:proofErr w:type="gramEnd"/>
    </w:p>
    <w:p w14:paraId="2D283F1F" w14:textId="77777777" w:rsidR="003260D0" w:rsidRDefault="00916C8E">
      <w:pPr>
        <w:spacing w:after="60"/>
        <w:ind w:left="454"/>
        <w:jc w:val="both"/>
      </w:pPr>
      <w:r>
        <w:t xml:space="preserve">b) </w:t>
      </w:r>
      <w:proofErr w:type="spellStart"/>
      <w:r>
        <w:t>datele</w:t>
      </w:r>
      <w:proofErr w:type="spellEnd"/>
      <w:r>
        <w:t xml:space="preserve"> </w:t>
      </w:r>
      <w:proofErr w:type="spellStart"/>
      <w:r>
        <w:t>furnizate</w:t>
      </w:r>
      <w:proofErr w:type="spellEnd"/>
      <w:r>
        <w:t xml:space="preserve"> sunt incomplete, incorecte sau false;</w:t>
      </w:r>
    </w:p>
    <w:p w14:paraId="7C0A598E" w14:textId="77777777" w:rsidR="003260D0" w:rsidRPr="00846012" w:rsidRDefault="00916C8E">
      <w:pPr>
        <w:spacing w:after="60"/>
        <w:ind w:left="454"/>
        <w:jc w:val="both"/>
        <w:rPr>
          <w:lang w:val="fr-FR"/>
        </w:rPr>
      </w:pPr>
      <w:r w:rsidRPr="00846012">
        <w:rPr>
          <w:lang w:val="fr-FR"/>
        </w:rPr>
        <w:t xml:space="preserve">c) </w:t>
      </w:r>
      <w:proofErr w:type="spellStart"/>
      <w:r w:rsidRPr="00846012">
        <w:rPr>
          <w:lang w:val="fr-FR"/>
        </w:rPr>
        <w:t>banca</w:t>
      </w:r>
      <w:proofErr w:type="spellEnd"/>
      <w:r w:rsidRPr="00846012">
        <w:rPr>
          <w:lang w:val="fr-FR"/>
        </w:rPr>
        <w:t xml:space="preserve"> </w:t>
      </w:r>
      <w:proofErr w:type="spellStart"/>
      <w:r w:rsidRPr="00846012">
        <w:rPr>
          <w:lang w:val="fr-FR"/>
        </w:rPr>
        <w:t>emitentă</w:t>
      </w:r>
      <w:proofErr w:type="spellEnd"/>
      <w:r w:rsidRPr="00846012">
        <w:rPr>
          <w:lang w:val="fr-FR"/>
        </w:rPr>
        <w:t xml:space="preserve"> a </w:t>
      </w:r>
      <w:proofErr w:type="spellStart"/>
      <w:r w:rsidRPr="00846012">
        <w:rPr>
          <w:lang w:val="fr-FR"/>
        </w:rPr>
        <w:t>cardului</w:t>
      </w:r>
      <w:proofErr w:type="spellEnd"/>
      <w:r w:rsidRPr="00846012">
        <w:rPr>
          <w:lang w:val="fr-FR"/>
        </w:rPr>
        <w:t xml:space="preserve"> </w:t>
      </w:r>
      <w:proofErr w:type="spellStart"/>
      <w:r w:rsidRPr="00846012">
        <w:rPr>
          <w:lang w:val="fr-FR"/>
        </w:rPr>
        <w:t>Cumpărătorului</w:t>
      </w:r>
      <w:proofErr w:type="spellEnd"/>
      <w:r w:rsidRPr="00846012">
        <w:rPr>
          <w:lang w:val="fr-FR"/>
        </w:rPr>
        <w:t xml:space="preserve"> nu </w:t>
      </w:r>
      <w:proofErr w:type="spellStart"/>
      <w:r w:rsidRPr="00846012">
        <w:rPr>
          <w:lang w:val="fr-FR"/>
        </w:rPr>
        <w:t>acceptă</w:t>
      </w:r>
      <w:proofErr w:type="spellEnd"/>
      <w:r w:rsidRPr="00846012">
        <w:rPr>
          <w:lang w:val="fr-FR"/>
        </w:rPr>
        <w:t xml:space="preserve"> </w:t>
      </w:r>
      <w:proofErr w:type="spellStart"/>
      <w:proofErr w:type="gramStart"/>
      <w:r w:rsidRPr="00846012">
        <w:rPr>
          <w:lang w:val="fr-FR"/>
        </w:rPr>
        <w:t>tranzacția</w:t>
      </w:r>
      <w:proofErr w:type="spellEnd"/>
      <w:r w:rsidRPr="00846012">
        <w:rPr>
          <w:lang w:val="fr-FR"/>
        </w:rPr>
        <w:t>;</w:t>
      </w:r>
      <w:proofErr w:type="gramEnd"/>
    </w:p>
    <w:p w14:paraId="341A9FDD" w14:textId="77777777" w:rsidR="003260D0" w:rsidRPr="00846012" w:rsidRDefault="00916C8E">
      <w:pPr>
        <w:spacing w:after="60"/>
        <w:ind w:left="454"/>
        <w:jc w:val="both"/>
        <w:rPr>
          <w:lang w:val="fr-FR"/>
        </w:rPr>
      </w:pPr>
      <w:r w:rsidRPr="00846012">
        <w:rPr>
          <w:lang w:val="fr-FR"/>
        </w:rPr>
        <w:t xml:space="preserve">d) </w:t>
      </w:r>
      <w:proofErr w:type="spellStart"/>
      <w:r w:rsidRPr="00846012">
        <w:rPr>
          <w:lang w:val="fr-FR"/>
        </w:rPr>
        <w:t>procesatorul</w:t>
      </w:r>
      <w:proofErr w:type="spellEnd"/>
      <w:r w:rsidRPr="00846012">
        <w:rPr>
          <w:lang w:val="fr-FR"/>
        </w:rPr>
        <w:t xml:space="preserve"> de </w:t>
      </w:r>
      <w:proofErr w:type="spellStart"/>
      <w:r w:rsidRPr="00846012">
        <w:rPr>
          <w:lang w:val="fr-FR"/>
        </w:rPr>
        <w:t>plăți</w:t>
      </w:r>
      <w:proofErr w:type="spellEnd"/>
      <w:r w:rsidRPr="00846012">
        <w:rPr>
          <w:lang w:val="fr-FR"/>
        </w:rPr>
        <w:t xml:space="preserve"> </w:t>
      </w:r>
      <w:proofErr w:type="spellStart"/>
      <w:r w:rsidRPr="00846012">
        <w:rPr>
          <w:lang w:val="fr-FR"/>
        </w:rPr>
        <w:t>invalidează</w:t>
      </w:r>
      <w:proofErr w:type="spellEnd"/>
      <w:r w:rsidRPr="00846012">
        <w:rPr>
          <w:lang w:val="fr-FR"/>
        </w:rPr>
        <w:t xml:space="preserve"> </w:t>
      </w:r>
      <w:proofErr w:type="spellStart"/>
      <w:proofErr w:type="gramStart"/>
      <w:r w:rsidRPr="00846012">
        <w:rPr>
          <w:lang w:val="fr-FR"/>
        </w:rPr>
        <w:t>tranzacția</w:t>
      </w:r>
      <w:proofErr w:type="spellEnd"/>
      <w:r w:rsidRPr="00846012">
        <w:rPr>
          <w:lang w:val="fr-FR"/>
        </w:rPr>
        <w:t>;</w:t>
      </w:r>
      <w:proofErr w:type="gramEnd"/>
    </w:p>
    <w:p w14:paraId="7C739DC0" w14:textId="77777777" w:rsidR="003260D0" w:rsidRPr="00846012" w:rsidRDefault="00916C8E">
      <w:pPr>
        <w:spacing w:after="60"/>
        <w:ind w:left="454"/>
        <w:jc w:val="both"/>
        <w:rPr>
          <w:lang w:val="fr-FR"/>
        </w:rPr>
      </w:pPr>
      <w:r w:rsidRPr="00846012">
        <w:rPr>
          <w:lang w:val="fr-FR"/>
        </w:rPr>
        <w:t xml:space="preserve">e) </w:t>
      </w:r>
      <w:proofErr w:type="spellStart"/>
      <w:r w:rsidRPr="00846012">
        <w:rPr>
          <w:lang w:val="fr-FR"/>
        </w:rPr>
        <w:t>asigurătorul</w:t>
      </w:r>
      <w:proofErr w:type="spellEnd"/>
      <w:r w:rsidRPr="00846012">
        <w:rPr>
          <w:lang w:val="fr-FR"/>
        </w:rPr>
        <w:t xml:space="preserve"> </w:t>
      </w:r>
      <w:proofErr w:type="spellStart"/>
      <w:r w:rsidRPr="00846012">
        <w:rPr>
          <w:lang w:val="fr-FR"/>
        </w:rPr>
        <w:t>refuză</w:t>
      </w:r>
      <w:proofErr w:type="spellEnd"/>
      <w:r w:rsidRPr="00846012">
        <w:rPr>
          <w:lang w:val="fr-FR"/>
        </w:rPr>
        <w:t xml:space="preserve"> </w:t>
      </w:r>
      <w:proofErr w:type="spellStart"/>
      <w:r w:rsidRPr="00846012">
        <w:rPr>
          <w:lang w:val="fr-FR"/>
        </w:rPr>
        <w:t>emiterea</w:t>
      </w:r>
      <w:proofErr w:type="spellEnd"/>
      <w:r w:rsidRPr="00846012">
        <w:rPr>
          <w:lang w:val="fr-FR"/>
        </w:rPr>
        <w:t xml:space="preserve"> </w:t>
      </w:r>
      <w:proofErr w:type="spellStart"/>
      <w:proofErr w:type="gramStart"/>
      <w:r w:rsidRPr="00846012">
        <w:rPr>
          <w:lang w:val="fr-FR"/>
        </w:rPr>
        <w:t>poliței</w:t>
      </w:r>
      <w:proofErr w:type="spellEnd"/>
      <w:r w:rsidRPr="00846012">
        <w:rPr>
          <w:lang w:val="fr-FR"/>
        </w:rPr>
        <w:t>;</w:t>
      </w:r>
      <w:proofErr w:type="gramEnd"/>
    </w:p>
    <w:p w14:paraId="7A77BEFD" w14:textId="77777777" w:rsidR="003260D0" w:rsidRPr="00846012" w:rsidRDefault="00916C8E">
      <w:pPr>
        <w:spacing w:after="60"/>
        <w:ind w:left="454"/>
        <w:jc w:val="both"/>
        <w:rPr>
          <w:lang w:val="fr-FR"/>
        </w:rPr>
      </w:pPr>
      <w:r w:rsidRPr="00846012">
        <w:rPr>
          <w:lang w:val="fr-FR"/>
        </w:rPr>
        <w:t xml:space="preserve">f) </w:t>
      </w:r>
      <w:proofErr w:type="spellStart"/>
      <w:r w:rsidRPr="00846012">
        <w:rPr>
          <w:lang w:val="fr-FR"/>
        </w:rPr>
        <w:t>prețul</w:t>
      </w:r>
      <w:proofErr w:type="spellEnd"/>
      <w:r w:rsidRPr="00846012">
        <w:rPr>
          <w:lang w:val="fr-FR"/>
        </w:rPr>
        <w:t xml:space="preserve"> </w:t>
      </w:r>
      <w:proofErr w:type="spellStart"/>
      <w:r w:rsidRPr="00846012">
        <w:rPr>
          <w:lang w:val="fr-FR"/>
        </w:rPr>
        <w:t>afișat</w:t>
      </w:r>
      <w:proofErr w:type="spellEnd"/>
      <w:r w:rsidRPr="00846012">
        <w:rPr>
          <w:lang w:val="fr-FR"/>
        </w:rPr>
        <w:t xml:space="preserve"> </w:t>
      </w:r>
      <w:proofErr w:type="spellStart"/>
      <w:r w:rsidRPr="00846012">
        <w:rPr>
          <w:lang w:val="fr-FR"/>
        </w:rPr>
        <w:t>pe</w:t>
      </w:r>
      <w:proofErr w:type="spellEnd"/>
      <w:r w:rsidRPr="00846012">
        <w:rPr>
          <w:lang w:val="fr-FR"/>
        </w:rPr>
        <w:t xml:space="preserve"> site este </w:t>
      </w:r>
      <w:proofErr w:type="spellStart"/>
      <w:r w:rsidRPr="00846012">
        <w:rPr>
          <w:lang w:val="fr-FR"/>
        </w:rPr>
        <w:t>eronat</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derizoriu</w:t>
      </w:r>
      <w:proofErr w:type="spellEnd"/>
      <w:r w:rsidRPr="00846012">
        <w:rPr>
          <w:lang w:val="fr-FR"/>
        </w:rPr>
        <w:t xml:space="preserve">, </w:t>
      </w:r>
      <w:proofErr w:type="gramStart"/>
      <w:r w:rsidRPr="00846012">
        <w:rPr>
          <w:lang w:val="fr-FR"/>
        </w:rPr>
        <w:t>ca</w:t>
      </w:r>
      <w:proofErr w:type="gramEnd"/>
      <w:r w:rsidRPr="00846012">
        <w:rPr>
          <w:lang w:val="fr-FR"/>
        </w:rPr>
        <w:t xml:space="preserve"> </w:t>
      </w:r>
      <w:proofErr w:type="spellStart"/>
      <w:r w:rsidRPr="00846012">
        <w:rPr>
          <w:lang w:val="fr-FR"/>
        </w:rPr>
        <w:t>urmare</w:t>
      </w:r>
      <w:proofErr w:type="spellEnd"/>
      <w:r w:rsidRPr="00846012">
        <w:rPr>
          <w:lang w:val="fr-FR"/>
        </w:rPr>
        <w:t xml:space="preserve"> a </w:t>
      </w:r>
      <w:proofErr w:type="spellStart"/>
      <w:r w:rsidRPr="00846012">
        <w:rPr>
          <w:lang w:val="fr-FR"/>
        </w:rPr>
        <w:t>unei</w:t>
      </w:r>
      <w:proofErr w:type="spellEnd"/>
      <w:r w:rsidRPr="00846012">
        <w:rPr>
          <w:lang w:val="fr-FR"/>
        </w:rPr>
        <w:t xml:space="preserve"> </w:t>
      </w:r>
      <w:proofErr w:type="spellStart"/>
      <w:r w:rsidRPr="00846012">
        <w:rPr>
          <w:lang w:val="fr-FR"/>
        </w:rPr>
        <w:t>erori</w:t>
      </w:r>
      <w:proofErr w:type="spellEnd"/>
      <w:r w:rsidRPr="00846012">
        <w:rPr>
          <w:lang w:val="fr-FR"/>
        </w:rPr>
        <w:t xml:space="preserve"> </w:t>
      </w:r>
      <w:proofErr w:type="spellStart"/>
      <w:r w:rsidRPr="00846012">
        <w:rPr>
          <w:lang w:val="fr-FR"/>
        </w:rPr>
        <w:t>tehnice</w:t>
      </w:r>
      <w:proofErr w:type="spellEnd"/>
      <w:r w:rsidRPr="00846012">
        <w:rPr>
          <w:lang w:val="fr-FR"/>
        </w:rPr>
        <w:t xml:space="preserve"> </w:t>
      </w:r>
      <w:proofErr w:type="spellStart"/>
      <w:r w:rsidRPr="00846012">
        <w:rPr>
          <w:lang w:val="fr-FR"/>
        </w:rPr>
        <w:t>sau</w:t>
      </w:r>
      <w:proofErr w:type="spellEnd"/>
      <w:r w:rsidRPr="00846012">
        <w:rPr>
          <w:lang w:val="fr-FR"/>
        </w:rPr>
        <w:t xml:space="preserve"> de </w:t>
      </w:r>
      <w:proofErr w:type="spellStart"/>
      <w:proofErr w:type="gramStart"/>
      <w:r w:rsidRPr="00846012">
        <w:rPr>
          <w:lang w:val="fr-FR"/>
        </w:rPr>
        <w:t>afișare</w:t>
      </w:r>
      <w:proofErr w:type="spellEnd"/>
      <w:r w:rsidRPr="00846012">
        <w:rPr>
          <w:lang w:val="fr-FR"/>
        </w:rPr>
        <w:t>;</w:t>
      </w:r>
      <w:proofErr w:type="gramEnd"/>
    </w:p>
    <w:p w14:paraId="5EE6F402" w14:textId="77777777" w:rsidR="003260D0" w:rsidRDefault="00916C8E">
      <w:pPr>
        <w:spacing w:after="60"/>
        <w:ind w:left="454"/>
        <w:jc w:val="both"/>
      </w:pPr>
      <w:r>
        <w:t xml:space="preserve">g) </w:t>
      </w:r>
      <w:proofErr w:type="spellStart"/>
      <w:r>
        <w:t>orice</w:t>
      </w:r>
      <w:proofErr w:type="spellEnd"/>
      <w:r>
        <w:t xml:space="preserve"> </w:t>
      </w:r>
      <w:proofErr w:type="spellStart"/>
      <w:r>
        <w:t>alte</w:t>
      </w:r>
      <w:proofErr w:type="spellEnd"/>
      <w:r>
        <w:t xml:space="preserve"> motive obiective care împiedică emiterea poliței conform legislației în vigoare.</w:t>
      </w:r>
    </w:p>
    <w:p w14:paraId="5D2BD38E" w14:textId="77777777" w:rsidR="003260D0" w:rsidRDefault="00916C8E">
      <w:pPr>
        <w:spacing w:after="120"/>
        <w:jc w:val="both"/>
      </w:pPr>
      <w:r>
        <w:t>În cazul refuzului comenzii ulterior încasării plății, suma încasată de la Cumpărător va fi returnată integral, în termen de maximum 14 zile calendaristice, în contul din care s-a efectuat plata.</w:t>
      </w:r>
    </w:p>
    <w:p w14:paraId="755FDED3" w14:textId="77777777" w:rsidR="003260D0" w:rsidRPr="00846012" w:rsidRDefault="00916C8E">
      <w:pPr>
        <w:pStyle w:val="Heading2"/>
        <w:rPr>
          <w:lang w:val="fr-FR"/>
        </w:rPr>
      </w:pPr>
      <w:r w:rsidRPr="00846012">
        <w:rPr>
          <w:rFonts w:ascii="Arial" w:hAnsi="Arial"/>
          <w:lang w:val="fr-FR"/>
        </w:rPr>
        <w:t xml:space="preserve">6. </w:t>
      </w:r>
      <w:proofErr w:type="spellStart"/>
      <w:r w:rsidRPr="00846012">
        <w:rPr>
          <w:rFonts w:ascii="Arial" w:hAnsi="Arial"/>
          <w:lang w:val="fr-FR"/>
        </w:rPr>
        <w:t>Modalitatea</w:t>
      </w:r>
      <w:proofErr w:type="spellEnd"/>
      <w:r w:rsidRPr="00846012">
        <w:rPr>
          <w:rFonts w:ascii="Arial" w:hAnsi="Arial"/>
          <w:lang w:val="fr-FR"/>
        </w:rPr>
        <w:t xml:space="preserve"> de </w:t>
      </w:r>
      <w:proofErr w:type="spellStart"/>
      <w:r w:rsidRPr="00846012">
        <w:rPr>
          <w:rFonts w:ascii="Arial" w:hAnsi="Arial"/>
          <w:lang w:val="fr-FR"/>
        </w:rPr>
        <w:t>plată</w:t>
      </w:r>
      <w:proofErr w:type="spellEnd"/>
    </w:p>
    <w:p w14:paraId="79F44899" w14:textId="77777777" w:rsidR="003260D0" w:rsidRPr="00846012" w:rsidRDefault="00916C8E">
      <w:pPr>
        <w:pStyle w:val="Heading3"/>
        <w:rPr>
          <w:lang w:val="fr-FR"/>
        </w:rPr>
      </w:pPr>
      <w:r w:rsidRPr="00846012">
        <w:rPr>
          <w:rFonts w:ascii="Arial" w:hAnsi="Arial"/>
          <w:lang w:val="fr-FR"/>
        </w:rPr>
        <w:t xml:space="preserve">6.1. Prima de </w:t>
      </w:r>
      <w:proofErr w:type="spellStart"/>
      <w:r w:rsidRPr="00846012">
        <w:rPr>
          <w:rFonts w:ascii="Arial" w:hAnsi="Arial"/>
          <w:lang w:val="fr-FR"/>
        </w:rPr>
        <w:t>asigurare</w:t>
      </w:r>
      <w:proofErr w:type="spellEnd"/>
    </w:p>
    <w:p w14:paraId="2B9210D7" w14:textId="77777777" w:rsidR="003260D0" w:rsidRPr="00846012" w:rsidRDefault="00916C8E">
      <w:pPr>
        <w:spacing w:after="120"/>
        <w:jc w:val="both"/>
        <w:rPr>
          <w:lang w:val="fr-FR"/>
        </w:rPr>
      </w:pPr>
      <w:r w:rsidRPr="00846012">
        <w:rPr>
          <w:lang w:val="fr-FR"/>
        </w:rPr>
        <w:t xml:space="preserve">Prima de </w:t>
      </w:r>
      <w:proofErr w:type="spellStart"/>
      <w:r w:rsidRPr="00846012">
        <w:rPr>
          <w:lang w:val="fr-FR"/>
        </w:rPr>
        <w:t>asigurare</w:t>
      </w:r>
      <w:proofErr w:type="spellEnd"/>
      <w:r w:rsidRPr="00846012">
        <w:rPr>
          <w:lang w:val="fr-FR"/>
        </w:rPr>
        <w:t xml:space="preserve"> </w:t>
      </w:r>
      <w:proofErr w:type="spellStart"/>
      <w:r w:rsidRPr="00846012">
        <w:rPr>
          <w:lang w:val="fr-FR"/>
        </w:rPr>
        <w:t>reprezintă</w:t>
      </w:r>
      <w:proofErr w:type="spellEnd"/>
      <w:r w:rsidRPr="00846012">
        <w:rPr>
          <w:lang w:val="fr-FR"/>
        </w:rPr>
        <w:t xml:space="preserve"> </w:t>
      </w:r>
      <w:proofErr w:type="spellStart"/>
      <w:r w:rsidRPr="00846012">
        <w:rPr>
          <w:lang w:val="fr-FR"/>
        </w:rPr>
        <w:t>prețul</w:t>
      </w:r>
      <w:proofErr w:type="spellEnd"/>
      <w:r w:rsidRPr="00846012">
        <w:rPr>
          <w:lang w:val="fr-FR"/>
        </w:rPr>
        <w:t xml:space="preserve"> final </w:t>
      </w:r>
      <w:proofErr w:type="spellStart"/>
      <w:r w:rsidRPr="00846012">
        <w:rPr>
          <w:lang w:val="fr-FR"/>
        </w:rPr>
        <w:t>plătit</w:t>
      </w:r>
      <w:proofErr w:type="spellEnd"/>
      <w:r w:rsidRPr="00846012">
        <w:rPr>
          <w:lang w:val="fr-FR"/>
        </w:rPr>
        <w:t xml:space="preserve"> de </w:t>
      </w:r>
      <w:proofErr w:type="spellStart"/>
      <w:r w:rsidRPr="00846012">
        <w:rPr>
          <w:lang w:val="fr-FR"/>
        </w:rPr>
        <w:t>Utilizator</w:t>
      </w:r>
      <w:proofErr w:type="spellEnd"/>
      <w:r w:rsidRPr="00846012">
        <w:rPr>
          <w:lang w:val="fr-FR"/>
        </w:rPr>
        <w:t xml:space="preserve"> </w:t>
      </w:r>
      <w:proofErr w:type="spellStart"/>
      <w:r w:rsidRPr="00846012">
        <w:rPr>
          <w:lang w:val="fr-FR"/>
        </w:rPr>
        <w:t>pentru</w:t>
      </w:r>
      <w:proofErr w:type="spellEnd"/>
      <w:r w:rsidRPr="00846012">
        <w:rPr>
          <w:lang w:val="fr-FR"/>
        </w:rPr>
        <w:t xml:space="preserve"> a </w:t>
      </w:r>
      <w:proofErr w:type="spellStart"/>
      <w:r w:rsidRPr="00846012">
        <w:rPr>
          <w:lang w:val="fr-FR"/>
        </w:rPr>
        <w:t>beneficia</w:t>
      </w:r>
      <w:proofErr w:type="spellEnd"/>
      <w:r w:rsidRPr="00846012">
        <w:rPr>
          <w:lang w:val="fr-FR"/>
        </w:rPr>
        <w:t xml:space="preserve"> de </w:t>
      </w:r>
      <w:proofErr w:type="spellStart"/>
      <w:r w:rsidRPr="00846012">
        <w:rPr>
          <w:lang w:val="fr-FR"/>
        </w:rPr>
        <w:t>contractul</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Prima se </w:t>
      </w:r>
      <w:proofErr w:type="spellStart"/>
      <w:r w:rsidRPr="00846012">
        <w:rPr>
          <w:lang w:val="fr-FR"/>
        </w:rPr>
        <w:t>plătește</w:t>
      </w:r>
      <w:proofErr w:type="spellEnd"/>
      <w:r w:rsidRPr="00846012">
        <w:rPr>
          <w:lang w:val="fr-FR"/>
        </w:rPr>
        <w:t xml:space="preserve"> </w:t>
      </w:r>
      <w:proofErr w:type="spellStart"/>
      <w:r w:rsidRPr="00846012">
        <w:rPr>
          <w:lang w:val="fr-FR"/>
        </w:rPr>
        <w:t>integral</w:t>
      </w:r>
      <w:proofErr w:type="spellEnd"/>
      <w:r w:rsidRPr="00846012">
        <w:rPr>
          <w:lang w:val="fr-FR"/>
        </w:rPr>
        <w:t xml:space="preserve"> </w:t>
      </w:r>
      <w:proofErr w:type="spellStart"/>
      <w:r w:rsidRPr="00846012">
        <w:rPr>
          <w:lang w:val="fr-FR"/>
        </w:rPr>
        <w:t>în</w:t>
      </w:r>
      <w:proofErr w:type="spellEnd"/>
      <w:r w:rsidRPr="00846012">
        <w:rPr>
          <w:lang w:val="fr-FR"/>
        </w:rPr>
        <w:t xml:space="preserve"> </w:t>
      </w:r>
      <w:r w:rsidRPr="00846012">
        <w:rPr>
          <w:b/>
          <w:lang w:val="fr-FR"/>
        </w:rPr>
        <w:t>lei (RON)</w:t>
      </w:r>
      <w:r w:rsidRPr="00846012">
        <w:rPr>
          <w:lang w:val="fr-FR"/>
        </w:rPr>
        <w:t xml:space="preserve"> </w:t>
      </w:r>
      <w:proofErr w:type="spellStart"/>
      <w:r w:rsidRPr="00846012">
        <w:rPr>
          <w:lang w:val="fr-FR"/>
        </w:rPr>
        <w:t>și</w:t>
      </w:r>
      <w:proofErr w:type="spellEnd"/>
      <w:r w:rsidRPr="00846012">
        <w:rPr>
          <w:lang w:val="fr-FR"/>
        </w:rPr>
        <w:t xml:space="preserve"> </w:t>
      </w:r>
      <w:r w:rsidRPr="00846012">
        <w:rPr>
          <w:b/>
          <w:lang w:val="fr-FR"/>
        </w:rPr>
        <w:t xml:space="preserve">nu este </w:t>
      </w:r>
      <w:proofErr w:type="spellStart"/>
      <w:r w:rsidRPr="00846012">
        <w:rPr>
          <w:b/>
          <w:lang w:val="fr-FR"/>
        </w:rPr>
        <w:t>purtătoare</w:t>
      </w:r>
      <w:proofErr w:type="spellEnd"/>
      <w:r w:rsidRPr="00846012">
        <w:rPr>
          <w:b/>
          <w:lang w:val="fr-FR"/>
        </w:rPr>
        <w:t xml:space="preserve"> de TVA</w:t>
      </w:r>
      <w:r w:rsidRPr="00846012">
        <w:rPr>
          <w:lang w:val="fr-FR"/>
        </w:rPr>
        <w:t>.</w:t>
      </w:r>
    </w:p>
    <w:p w14:paraId="1D9CDA4E" w14:textId="77777777" w:rsidR="003260D0" w:rsidRPr="00846012" w:rsidRDefault="00916C8E">
      <w:pPr>
        <w:spacing w:after="120"/>
        <w:jc w:val="both"/>
        <w:rPr>
          <w:lang w:val="fr-FR"/>
        </w:rPr>
      </w:pPr>
      <w:proofErr w:type="spellStart"/>
      <w:r w:rsidRPr="00846012">
        <w:rPr>
          <w:lang w:val="fr-FR"/>
        </w:rPr>
        <w:t>Costurile</w:t>
      </w:r>
      <w:proofErr w:type="spellEnd"/>
      <w:r w:rsidRPr="00846012">
        <w:rPr>
          <w:lang w:val="fr-FR"/>
        </w:rPr>
        <w:t xml:space="preserve"> </w:t>
      </w:r>
      <w:proofErr w:type="spellStart"/>
      <w:r w:rsidRPr="00846012">
        <w:rPr>
          <w:lang w:val="fr-FR"/>
        </w:rPr>
        <w:t>legate</w:t>
      </w:r>
      <w:proofErr w:type="spellEnd"/>
      <w:r w:rsidRPr="00846012">
        <w:rPr>
          <w:lang w:val="fr-FR"/>
        </w:rPr>
        <w:t xml:space="preserve"> de </w:t>
      </w:r>
      <w:proofErr w:type="spellStart"/>
      <w:r w:rsidRPr="00846012">
        <w:rPr>
          <w:lang w:val="fr-FR"/>
        </w:rPr>
        <w:t>întreținerea</w:t>
      </w:r>
      <w:proofErr w:type="spellEnd"/>
      <w:r w:rsidRPr="00846012">
        <w:rPr>
          <w:lang w:val="fr-FR"/>
        </w:rPr>
        <w:t xml:space="preserve"> site-</w:t>
      </w:r>
      <w:proofErr w:type="spellStart"/>
      <w:r w:rsidRPr="00846012">
        <w:rPr>
          <w:lang w:val="fr-FR"/>
        </w:rPr>
        <w:t>ului</w:t>
      </w:r>
      <w:proofErr w:type="spellEnd"/>
      <w:r w:rsidRPr="00846012">
        <w:rPr>
          <w:lang w:val="fr-FR"/>
        </w:rPr>
        <w:t xml:space="preserve"> </w:t>
      </w:r>
      <w:proofErr w:type="spellStart"/>
      <w:r w:rsidRPr="00846012">
        <w:rPr>
          <w:lang w:val="fr-FR"/>
        </w:rPr>
        <w:t>și</w:t>
      </w:r>
      <w:proofErr w:type="spellEnd"/>
      <w:r w:rsidRPr="00846012">
        <w:rPr>
          <w:lang w:val="fr-FR"/>
        </w:rPr>
        <w:t xml:space="preserve"> de </w:t>
      </w:r>
      <w:proofErr w:type="spellStart"/>
      <w:r w:rsidRPr="00846012">
        <w:rPr>
          <w:lang w:val="fr-FR"/>
        </w:rPr>
        <w:t>expedierea</w:t>
      </w:r>
      <w:proofErr w:type="spellEnd"/>
      <w:r w:rsidRPr="00846012">
        <w:rPr>
          <w:lang w:val="fr-FR"/>
        </w:rPr>
        <w:t xml:space="preserve"> </w:t>
      </w:r>
      <w:proofErr w:type="spellStart"/>
      <w:r w:rsidRPr="00846012">
        <w:rPr>
          <w:lang w:val="fr-FR"/>
        </w:rPr>
        <w:t>poliței</w:t>
      </w:r>
      <w:proofErr w:type="spellEnd"/>
      <w:r w:rsidRPr="00846012">
        <w:rPr>
          <w:lang w:val="fr-FR"/>
        </w:rPr>
        <w:t xml:space="preserve"> prin </w:t>
      </w:r>
      <w:proofErr w:type="gramStart"/>
      <w:r w:rsidRPr="00846012">
        <w:rPr>
          <w:lang w:val="fr-FR"/>
        </w:rPr>
        <w:t>email</w:t>
      </w:r>
      <w:proofErr w:type="gramEnd"/>
      <w:r w:rsidRPr="00846012">
        <w:rPr>
          <w:lang w:val="fr-FR"/>
        </w:rPr>
        <w:t xml:space="preserve"> </w:t>
      </w:r>
      <w:proofErr w:type="spellStart"/>
      <w:r w:rsidRPr="00846012">
        <w:rPr>
          <w:lang w:val="fr-FR"/>
        </w:rPr>
        <w:t>sunt</w:t>
      </w:r>
      <w:proofErr w:type="spellEnd"/>
      <w:r w:rsidRPr="00846012">
        <w:rPr>
          <w:lang w:val="fr-FR"/>
        </w:rPr>
        <w:t xml:space="preserve"> </w:t>
      </w:r>
      <w:proofErr w:type="spellStart"/>
      <w:r w:rsidRPr="00846012">
        <w:rPr>
          <w:lang w:val="fr-FR"/>
        </w:rPr>
        <w:t>suportate</w:t>
      </w:r>
      <w:proofErr w:type="spellEnd"/>
      <w:r w:rsidRPr="00846012">
        <w:rPr>
          <w:lang w:val="fr-FR"/>
        </w:rPr>
        <w:t xml:space="preserve"> </w:t>
      </w:r>
      <w:proofErr w:type="spellStart"/>
      <w:r w:rsidRPr="00846012">
        <w:rPr>
          <w:lang w:val="fr-FR"/>
        </w:rPr>
        <w:t>integral</w:t>
      </w:r>
      <w:proofErr w:type="spellEnd"/>
      <w:r w:rsidRPr="00846012">
        <w:rPr>
          <w:lang w:val="fr-FR"/>
        </w:rPr>
        <w:t xml:space="preserve"> de WINNERS GROUP COMPANIE DE BROKERAJ </w:t>
      </w:r>
      <w:proofErr w:type="gramStart"/>
      <w:r w:rsidRPr="00846012">
        <w:rPr>
          <w:lang w:val="fr-FR"/>
        </w:rPr>
        <w:t>S.R.L..</w:t>
      </w:r>
      <w:proofErr w:type="gramEnd"/>
    </w:p>
    <w:p w14:paraId="256F9FC7" w14:textId="77777777" w:rsidR="003260D0" w:rsidRPr="00846012" w:rsidRDefault="00916C8E">
      <w:pPr>
        <w:pStyle w:val="Heading3"/>
        <w:rPr>
          <w:lang w:val="fr-FR"/>
        </w:rPr>
      </w:pPr>
      <w:r w:rsidRPr="00846012">
        <w:rPr>
          <w:rFonts w:ascii="Arial" w:hAnsi="Arial"/>
          <w:lang w:val="fr-FR"/>
        </w:rPr>
        <w:t xml:space="preserve">6.2. </w:t>
      </w:r>
      <w:proofErr w:type="spellStart"/>
      <w:r w:rsidRPr="00846012">
        <w:rPr>
          <w:rFonts w:ascii="Arial" w:hAnsi="Arial"/>
          <w:lang w:val="fr-FR"/>
        </w:rPr>
        <w:t>Modalități</w:t>
      </w:r>
      <w:proofErr w:type="spellEnd"/>
      <w:r w:rsidRPr="00846012">
        <w:rPr>
          <w:rFonts w:ascii="Arial" w:hAnsi="Arial"/>
          <w:lang w:val="fr-FR"/>
        </w:rPr>
        <w:t xml:space="preserve"> de </w:t>
      </w:r>
      <w:proofErr w:type="spellStart"/>
      <w:r w:rsidRPr="00846012">
        <w:rPr>
          <w:rFonts w:ascii="Arial" w:hAnsi="Arial"/>
          <w:lang w:val="fr-FR"/>
        </w:rPr>
        <w:t>plată</w:t>
      </w:r>
      <w:proofErr w:type="spellEnd"/>
    </w:p>
    <w:p w14:paraId="46516D09" w14:textId="77777777" w:rsidR="003260D0" w:rsidRPr="00846012" w:rsidRDefault="00916C8E">
      <w:pPr>
        <w:spacing w:after="120"/>
        <w:jc w:val="both"/>
        <w:rPr>
          <w:lang w:val="fr-FR"/>
        </w:rPr>
      </w:pPr>
      <w:r w:rsidRPr="00846012">
        <w:rPr>
          <w:lang w:val="fr-FR"/>
        </w:rPr>
        <w:t xml:space="preserve">Plata </w:t>
      </w:r>
      <w:proofErr w:type="spellStart"/>
      <w:r w:rsidRPr="00846012">
        <w:rPr>
          <w:lang w:val="fr-FR"/>
        </w:rPr>
        <w:t>primei</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se </w:t>
      </w:r>
      <w:proofErr w:type="spellStart"/>
      <w:r w:rsidRPr="00846012">
        <w:rPr>
          <w:lang w:val="fr-FR"/>
        </w:rPr>
        <w:t>efectuează</w:t>
      </w:r>
      <w:proofErr w:type="spellEnd"/>
      <w:r w:rsidRPr="00846012">
        <w:rPr>
          <w:lang w:val="fr-FR"/>
        </w:rPr>
        <w:t xml:space="preserve"> </w:t>
      </w:r>
      <w:proofErr w:type="spellStart"/>
      <w:r w:rsidRPr="00846012">
        <w:rPr>
          <w:lang w:val="fr-FR"/>
        </w:rPr>
        <w:t>diferit</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funcție</w:t>
      </w:r>
      <w:proofErr w:type="spellEnd"/>
      <w:r w:rsidRPr="00846012">
        <w:rPr>
          <w:lang w:val="fr-FR"/>
        </w:rPr>
        <w:t xml:space="preserve"> de </w:t>
      </w:r>
      <w:proofErr w:type="spellStart"/>
      <w:r w:rsidRPr="00846012">
        <w:rPr>
          <w:lang w:val="fr-FR"/>
        </w:rPr>
        <w:t>tipul</w:t>
      </w:r>
      <w:proofErr w:type="spellEnd"/>
      <w:r w:rsidRPr="00846012">
        <w:rPr>
          <w:lang w:val="fr-FR"/>
        </w:rPr>
        <w:t xml:space="preserve"> </w:t>
      </w:r>
      <w:proofErr w:type="spellStart"/>
      <w:proofErr w:type="gramStart"/>
      <w:r w:rsidRPr="00846012">
        <w:rPr>
          <w:lang w:val="fr-FR"/>
        </w:rPr>
        <w:t>asigurării</w:t>
      </w:r>
      <w:proofErr w:type="spellEnd"/>
      <w:r w:rsidRPr="00846012">
        <w:rPr>
          <w:lang w:val="fr-FR"/>
        </w:rPr>
        <w:t>:</w:t>
      </w:r>
      <w:proofErr w:type="gramEnd"/>
    </w:p>
    <w:p w14:paraId="3CD0C0A5" w14:textId="77777777" w:rsidR="003260D0" w:rsidRPr="00846012" w:rsidRDefault="00916C8E">
      <w:pPr>
        <w:pStyle w:val="ListBullet"/>
        <w:spacing w:after="60"/>
        <w:jc w:val="both"/>
        <w:rPr>
          <w:lang w:val="fr-FR"/>
        </w:rPr>
      </w:pPr>
      <w:r w:rsidRPr="00846012">
        <w:rPr>
          <w:b/>
          <w:lang w:val="fr-FR"/>
        </w:rPr>
        <w:t xml:space="preserve">Polițele de </w:t>
      </w:r>
      <w:proofErr w:type="spellStart"/>
      <w:r w:rsidRPr="00846012">
        <w:rPr>
          <w:b/>
          <w:lang w:val="fr-FR"/>
        </w:rPr>
        <w:t>asigurări</w:t>
      </w:r>
      <w:proofErr w:type="spellEnd"/>
      <w:r w:rsidRPr="00846012">
        <w:rPr>
          <w:b/>
          <w:lang w:val="fr-FR"/>
        </w:rPr>
        <w:t xml:space="preserve"> de </w:t>
      </w:r>
      <w:proofErr w:type="spellStart"/>
      <w:r w:rsidRPr="00846012">
        <w:rPr>
          <w:b/>
          <w:lang w:val="fr-FR"/>
        </w:rPr>
        <w:t>viață</w:t>
      </w:r>
      <w:proofErr w:type="spellEnd"/>
      <w:r w:rsidRPr="00846012">
        <w:rPr>
          <w:lang w:val="fr-FR"/>
        </w:rPr>
        <w:t xml:space="preserve"> se </w:t>
      </w:r>
      <w:proofErr w:type="spellStart"/>
      <w:r w:rsidRPr="00846012">
        <w:rPr>
          <w:lang w:val="fr-FR"/>
        </w:rPr>
        <w:t>achită</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contul</w:t>
      </w:r>
      <w:proofErr w:type="spellEnd"/>
      <w:r w:rsidRPr="00846012">
        <w:rPr>
          <w:lang w:val="fr-FR"/>
        </w:rPr>
        <w:t xml:space="preserve"> </w:t>
      </w:r>
      <w:proofErr w:type="spellStart"/>
      <w:r w:rsidRPr="00846012">
        <w:rPr>
          <w:lang w:val="fr-FR"/>
        </w:rPr>
        <w:t>asigurătorului</w:t>
      </w:r>
      <w:proofErr w:type="spellEnd"/>
      <w:r w:rsidRPr="00846012">
        <w:rPr>
          <w:lang w:val="fr-FR"/>
        </w:rPr>
        <w:t xml:space="preserve"> la care s-a </w:t>
      </w:r>
      <w:proofErr w:type="spellStart"/>
      <w:r w:rsidRPr="00846012">
        <w:rPr>
          <w:lang w:val="fr-FR"/>
        </w:rPr>
        <w:t>emis</w:t>
      </w:r>
      <w:proofErr w:type="spellEnd"/>
      <w:r w:rsidRPr="00846012">
        <w:rPr>
          <w:lang w:val="fr-FR"/>
        </w:rPr>
        <w:t xml:space="preserve"> </w:t>
      </w:r>
      <w:proofErr w:type="spellStart"/>
      <w:r w:rsidRPr="00846012">
        <w:rPr>
          <w:lang w:val="fr-FR"/>
        </w:rPr>
        <w:t>polița</w:t>
      </w:r>
      <w:proofErr w:type="spellEnd"/>
      <w:r w:rsidRPr="00846012">
        <w:rPr>
          <w:lang w:val="fr-FR"/>
        </w:rPr>
        <w:t>.</w:t>
      </w:r>
    </w:p>
    <w:p w14:paraId="2F7B53A2" w14:textId="77777777" w:rsidR="003260D0" w:rsidRPr="00846012" w:rsidRDefault="00916C8E">
      <w:pPr>
        <w:pStyle w:val="ListBullet"/>
        <w:spacing w:after="60"/>
        <w:jc w:val="both"/>
        <w:rPr>
          <w:lang w:val="fr-FR"/>
        </w:rPr>
      </w:pPr>
      <w:r w:rsidRPr="00846012">
        <w:rPr>
          <w:b/>
          <w:lang w:val="fr-FR"/>
        </w:rPr>
        <w:t xml:space="preserve">Polițele de </w:t>
      </w:r>
      <w:proofErr w:type="spellStart"/>
      <w:r w:rsidRPr="00846012">
        <w:rPr>
          <w:b/>
          <w:lang w:val="fr-FR"/>
        </w:rPr>
        <w:t>asigurări</w:t>
      </w:r>
      <w:proofErr w:type="spellEnd"/>
      <w:r w:rsidRPr="00846012">
        <w:rPr>
          <w:b/>
          <w:lang w:val="fr-FR"/>
        </w:rPr>
        <w:t xml:space="preserve"> </w:t>
      </w:r>
      <w:proofErr w:type="spellStart"/>
      <w:r w:rsidRPr="00846012">
        <w:rPr>
          <w:b/>
          <w:lang w:val="fr-FR"/>
        </w:rPr>
        <w:t>generale</w:t>
      </w:r>
      <w:proofErr w:type="spellEnd"/>
      <w:r w:rsidRPr="00846012">
        <w:rPr>
          <w:lang w:val="fr-FR"/>
        </w:rPr>
        <w:t xml:space="preserve"> se </w:t>
      </w:r>
      <w:proofErr w:type="spellStart"/>
      <w:r w:rsidRPr="00846012">
        <w:rPr>
          <w:lang w:val="fr-FR"/>
        </w:rPr>
        <w:t>achită</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conturile</w:t>
      </w:r>
      <w:proofErr w:type="spellEnd"/>
      <w:r w:rsidRPr="00846012">
        <w:rPr>
          <w:lang w:val="fr-FR"/>
        </w:rPr>
        <w:t xml:space="preserve"> WINNERS </w:t>
      </w:r>
      <w:proofErr w:type="spellStart"/>
      <w:r w:rsidRPr="00846012">
        <w:rPr>
          <w:lang w:val="fr-FR"/>
        </w:rPr>
        <w:t>indicate</w:t>
      </w:r>
      <w:proofErr w:type="spellEnd"/>
      <w:r w:rsidRPr="00846012">
        <w:rPr>
          <w:lang w:val="fr-FR"/>
        </w:rPr>
        <w:t xml:space="preserve"> la </w:t>
      </w:r>
      <w:proofErr w:type="spellStart"/>
      <w:r w:rsidRPr="00846012">
        <w:rPr>
          <w:lang w:val="fr-FR"/>
        </w:rPr>
        <w:t>emitere</w:t>
      </w:r>
      <w:proofErr w:type="spellEnd"/>
      <w:r w:rsidRPr="00846012">
        <w:rPr>
          <w:lang w:val="fr-FR"/>
        </w:rPr>
        <w:t xml:space="preserve"> (</w:t>
      </w:r>
      <w:proofErr w:type="spellStart"/>
      <w:r w:rsidRPr="00846012">
        <w:rPr>
          <w:lang w:val="fr-FR"/>
        </w:rPr>
        <w:t>contul</w:t>
      </w:r>
      <w:proofErr w:type="spellEnd"/>
      <w:r w:rsidRPr="00846012">
        <w:rPr>
          <w:lang w:val="fr-FR"/>
        </w:rPr>
        <w:t xml:space="preserve"> </w:t>
      </w:r>
      <w:proofErr w:type="spellStart"/>
      <w:r w:rsidRPr="00846012">
        <w:rPr>
          <w:lang w:val="fr-FR"/>
        </w:rPr>
        <w:t>bancar</w:t>
      </w:r>
      <w:proofErr w:type="spellEnd"/>
      <w:r w:rsidRPr="00846012">
        <w:rPr>
          <w:lang w:val="fr-FR"/>
        </w:rPr>
        <w:t xml:space="preserve"> </w:t>
      </w:r>
      <w:proofErr w:type="spellStart"/>
      <w:r w:rsidRPr="00846012">
        <w:rPr>
          <w:lang w:val="fr-FR"/>
        </w:rPr>
        <w:t>comunicat</w:t>
      </w:r>
      <w:proofErr w:type="spellEnd"/>
      <w:r w:rsidRPr="00846012">
        <w:rPr>
          <w:lang w:val="fr-FR"/>
        </w:rPr>
        <w:t xml:space="preserve"> de WINNERS) </w:t>
      </w:r>
      <w:proofErr w:type="spellStart"/>
      <w:r w:rsidRPr="00846012">
        <w:rPr>
          <w:lang w:val="fr-FR"/>
        </w:rPr>
        <w:t>sau</w:t>
      </w:r>
      <w:proofErr w:type="spellEnd"/>
      <w:r w:rsidRPr="00846012">
        <w:rPr>
          <w:lang w:val="fr-FR"/>
        </w:rPr>
        <w:t xml:space="preserve"> online, </w:t>
      </w:r>
      <w:proofErr w:type="spellStart"/>
      <w:r w:rsidRPr="00846012">
        <w:rPr>
          <w:lang w:val="fr-FR"/>
        </w:rPr>
        <w:t>cu</w:t>
      </w:r>
      <w:proofErr w:type="spellEnd"/>
      <w:r w:rsidRPr="00846012">
        <w:rPr>
          <w:lang w:val="fr-FR"/>
        </w:rPr>
        <w:t xml:space="preserve"> </w:t>
      </w:r>
      <w:proofErr w:type="spellStart"/>
      <w:r w:rsidRPr="00846012">
        <w:rPr>
          <w:lang w:val="fr-FR"/>
        </w:rPr>
        <w:t>cardul</w:t>
      </w:r>
      <w:proofErr w:type="spellEnd"/>
      <w:r w:rsidRPr="00846012">
        <w:rPr>
          <w:lang w:val="fr-FR"/>
        </w:rPr>
        <w:t xml:space="preserve"> </w:t>
      </w:r>
      <w:proofErr w:type="spellStart"/>
      <w:r w:rsidRPr="00846012">
        <w:rPr>
          <w:lang w:val="fr-FR"/>
        </w:rPr>
        <w:t>bancar</w:t>
      </w:r>
      <w:proofErr w:type="spellEnd"/>
      <w:r w:rsidRPr="00846012">
        <w:rPr>
          <w:lang w:val="fr-FR"/>
        </w:rPr>
        <w:t xml:space="preserve">, </w:t>
      </w:r>
      <w:proofErr w:type="spellStart"/>
      <w:r w:rsidRPr="00846012">
        <w:rPr>
          <w:lang w:val="fr-FR"/>
        </w:rPr>
        <w:t>folosind</w:t>
      </w:r>
      <w:proofErr w:type="spellEnd"/>
      <w:r w:rsidRPr="00846012">
        <w:rPr>
          <w:lang w:val="fr-FR"/>
        </w:rPr>
        <w:t xml:space="preserve"> </w:t>
      </w:r>
      <w:proofErr w:type="spellStart"/>
      <w:r w:rsidRPr="00846012">
        <w:rPr>
          <w:lang w:val="fr-FR"/>
        </w:rPr>
        <w:t>linkul</w:t>
      </w:r>
      <w:proofErr w:type="spellEnd"/>
      <w:r w:rsidRPr="00846012">
        <w:rPr>
          <w:lang w:val="fr-FR"/>
        </w:rPr>
        <w:t xml:space="preserve"> de </w:t>
      </w:r>
      <w:proofErr w:type="spellStart"/>
      <w:r w:rsidRPr="00846012">
        <w:rPr>
          <w:lang w:val="fr-FR"/>
        </w:rPr>
        <w:t>plată</w:t>
      </w:r>
      <w:proofErr w:type="spellEnd"/>
      <w:r w:rsidRPr="00846012">
        <w:rPr>
          <w:lang w:val="fr-FR"/>
        </w:rPr>
        <w:t xml:space="preserve"> </w:t>
      </w:r>
      <w:proofErr w:type="spellStart"/>
      <w:r w:rsidRPr="00846012">
        <w:rPr>
          <w:lang w:val="fr-FR"/>
        </w:rPr>
        <w:t>primit</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informarea</w:t>
      </w:r>
      <w:proofErr w:type="spellEnd"/>
      <w:r w:rsidRPr="00846012">
        <w:rPr>
          <w:lang w:val="fr-FR"/>
        </w:rPr>
        <w:t xml:space="preserve"> </w:t>
      </w:r>
      <w:proofErr w:type="spellStart"/>
      <w:r w:rsidRPr="00846012">
        <w:rPr>
          <w:lang w:val="fr-FR"/>
        </w:rPr>
        <w:t>transmisă</w:t>
      </w:r>
      <w:proofErr w:type="spellEnd"/>
      <w:r w:rsidRPr="00846012">
        <w:rPr>
          <w:lang w:val="fr-FR"/>
        </w:rPr>
        <w:t xml:space="preserve"> </w:t>
      </w:r>
      <w:proofErr w:type="spellStart"/>
      <w:r w:rsidRPr="00846012">
        <w:rPr>
          <w:lang w:val="fr-FR"/>
        </w:rPr>
        <w:t>Clientului</w:t>
      </w:r>
      <w:proofErr w:type="spellEnd"/>
      <w:r w:rsidRPr="00846012">
        <w:rPr>
          <w:lang w:val="fr-FR"/>
        </w:rPr>
        <w:t>.</w:t>
      </w:r>
    </w:p>
    <w:p w14:paraId="29443197" w14:textId="77777777" w:rsidR="003260D0" w:rsidRDefault="00916C8E">
      <w:pPr>
        <w:spacing w:after="120"/>
        <w:jc w:val="both"/>
      </w:pPr>
      <w:r w:rsidRPr="00846012">
        <w:rPr>
          <w:lang w:val="fr-FR"/>
        </w:rPr>
        <w:lastRenderedPageBreak/>
        <w:t xml:space="preserve">Plata online </w:t>
      </w:r>
      <w:proofErr w:type="spellStart"/>
      <w:r w:rsidRPr="00846012">
        <w:rPr>
          <w:lang w:val="fr-FR"/>
        </w:rPr>
        <w:t>cu</w:t>
      </w:r>
      <w:proofErr w:type="spellEnd"/>
      <w:r w:rsidRPr="00846012">
        <w:rPr>
          <w:lang w:val="fr-FR"/>
        </w:rPr>
        <w:t xml:space="preserve"> </w:t>
      </w:r>
      <w:proofErr w:type="spellStart"/>
      <w:r w:rsidRPr="00846012">
        <w:rPr>
          <w:lang w:val="fr-FR"/>
        </w:rPr>
        <w:t>cardul</w:t>
      </w:r>
      <w:proofErr w:type="spellEnd"/>
      <w:r w:rsidRPr="00846012">
        <w:rPr>
          <w:lang w:val="fr-FR"/>
        </w:rPr>
        <w:t xml:space="preserve"> </w:t>
      </w:r>
      <w:proofErr w:type="spellStart"/>
      <w:r w:rsidRPr="00846012">
        <w:rPr>
          <w:lang w:val="fr-FR"/>
        </w:rPr>
        <w:t>bancar</w:t>
      </w:r>
      <w:proofErr w:type="spellEnd"/>
      <w:r w:rsidRPr="00846012">
        <w:rPr>
          <w:lang w:val="fr-FR"/>
        </w:rPr>
        <w:t xml:space="preserve"> este </w:t>
      </w:r>
      <w:proofErr w:type="spellStart"/>
      <w:r w:rsidRPr="00846012">
        <w:rPr>
          <w:lang w:val="fr-FR"/>
        </w:rPr>
        <w:t>procesată</w:t>
      </w:r>
      <w:proofErr w:type="spellEnd"/>
      <w:r w:rsidRPr="00846012">
        <w:rPr>
          <w:lang w:val="fr-FR"/>
        </w:rPr>
        <w:t xml:space="preserve"> prin </w:t>
      </w:r>
      <w:proofErr w:type="spellStart"/>
      <w:r w:rsidRPr="00846012">
        <w:rPr>
          <w:lang w:val="fr-FR"/>
        </w:rPr>
        <w:t>intermediul</w:t>
      </w:r>
      <w:proofErr w:type="spellEnd"/>
      <w:r w:rsidRPr="00846012">
        <w:rPr>
          <w:lang w:val="fr-FR"/>
        </w:rPr>
        <w:t xml:space="preserve"> </w:t>
      </w:r>
      <w:proofErr w:type="spellStart"/>
      <w:r w:rsidRPr="00846012">
        <w:rPr>
          <w:b/>
          <w:lang w:val="fr-FR"/>
        </w:rPr>
        <w:t>Netopia</w:t>
      </w:r>
      <w:proofErr w:type="spellEnd"/>
      <w:r w:rsidRPr="00846012">
        <w:rPr>
          <w:b/>
          <w:lang w:val="fr-FR"/>
        </w:rPr>
        <w:t xml:space="preserve"> Payments</w:t>
      </w:r>
      <w:r w:rsidRPr="00846012">
        <w:rPr>
          <w:lang w:val="fr-FR"/>
        </w:rPr>
        <w:t xml:space="preserve">, </w:t>
      </w:r>
      <w:proofErr w:type="spellStart"/>
      <w:r w:rsidRPr="00846012">
        <w:rPr>
          <w:lang w:val="fr-FR"/>
        </w:rPr>
        <w:t>procesator</w:t>
      </w:r>
      <w:proofErr w:type="spellEnd"/>
      <w:r w:rsidRPr="00846012">
        <w:rPr>
          <w:lang w:val="fr-FR"/>
        </w:rPr>
        <w:t xml:space="preserve"> de </w:t>
      </w:r>
      <w:proofErr w:type="spellStart"/>
      <w:r w:rsidRPr="00846012">
        <w:rPr>
          <w:lang w:val="fr-FR"/>
        </w:rPr>
        <w:t>plăți</w:t>
      </w:r>
      <w:proofErr w:type="spellEnd"/>
      <w:r w:rsidRPr="00846012">
        <w:rPr>
          <w:lang w:val="fr-FR"/>
        </w:rPr>
        <w:t xml:space="preserve"> </w:t>
      </w:r>
      <w:proofErr w:type="spellStart"/>
      <w:r w:rsidRPr="00846012">
        <w:rPr>
          <w:lang w:val="fr-FR"/>
        </w:rPr>
        <w:t>autorizat</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efectuarea</w:t>
      </w:r>
      <w:proofErr w:type="spellEnd"/>
      <w:r w:rsidRPr="00846012">
        <w:rPr>
          <w:lang w:val="fr-FR"/>
        </w:rPr>
        <w:t xml:space="preserve"> </w:t>
      </w:r>
      <w:proofErr w:type="spellStart"/>
      <w:r w:rsidRPr="00846012">
        <w:rPr>
          <w:lang w:val="fr-FR"/>
        </w:rPr>
        <w:t>plății</w:t>
      </w:r>
      <w:proofErr w:type="spellEnd"/>
      <w:r w:rsidRPr="00846012">
        <w:rPr>
          <w:lang w:val="fr-FR"/>
        </w:rPr>
        <w:t xml:space="preserve">, </w:t>
      </w:r>
      <w:proofErr w:type="spellStart"/>
      <w:r w:rsidRPr="00846012">
        <w:rPr>
          <w:lang w:val="fr-FR"/>
        </w:rPr>
        <w:t>Utilizatorul</w:t>
      </w:r>
      <w:proofErr w:type="spellEnd"/>
      <w:r w:rsidRPr="00846012">
        <w:rPr>
          <w:lang w:val="fr-FR"/>
        </w:rPr>
        <w:t xml:space="preserve"> este </w:t>
      </w:r>
      <w:proofErr w:type="spellStart"/>
      <w:r w:rsidRPr="00846012">
        <w:rPr>
          <w:lang w:val="fr-FR"/>
        </w:rPr>
        <w:t>redirecționat</w:t>
      </w:r>
      <w:proofErr w:type="spellEnd"/>
      <w:r w:rsidRPr="00846012">
        <w:rPr>
          <w:lang w:val="fr-FR"/>
        </w:rPr>
        <w:t xml:space="preserve"> </w:t>
      </w:r>
      <w:proofErr w:type="spellStart"/>
      <w:r w:rsidRPr="00846012">
        <w:rPr>
          <w:lang w:val="fr-FR"/>
        </w:rPr>
        <w:t>către</w:t>
      </w:r>
      <w:proofErr w:type="spellEnd"/>
      <w:r w:rsidRPr="00846012">
        <w:rPr>
          <w:lang w:val="fr-FR"/>
        </w:rPr>
        <w:t xml:space="preserve"> pagina </w:t>
      </w:r>
      <w:proofErr w:type="spellStart"/>
      <w:r w:rsidRPr="00846012">
        <w:rPr>
          <w:lang w:val="fr-FR"/>
        </w:rPr>
        <w:t>securizată</w:t>
      </w:r>
      <w:proofErr w:type="spellEnd"/>
      <w:r w:rsidRPr="00846012">
        <w:rPr>
          <w:lang w:val="fr-FR"/>
        </w:rPr>
        <w:t xml:space="preserve"> a </w:t>
      </w:r>
      <w:proofErr w:type="spellStart"/>
      <w:r w:rsidRPr="00846012">
        <w:rPr>
          <w:lang w:val="fr-FR"/>
        </w:rPr>
        <w:t>Netopia</w:t>
      </w:r>
      <w:proofErr w:type="spellEnd"/>
      <w:r w:rsidRPr="00846012">
        <w:rPr>
          <w:lang w:val="fr-FR"/>
        </w:rPr>
        <w:t xml:space="preserve"> Payments, </w:t>
      </w:r>
      <w:proofErr w:type="spellStart"/>
      <w:r w:rsidRPr="00846012">
        <w:rPr>
          <w:lang w:val="fr-FR"/>
        </w:rPr>
        <w:t>unde</w:t>
      </w:r>
      <w:proofErr w:type="spellEnd"/>
      <w:r w:rsidRPr="00846012">
        <w:rPr>
          <w:lang w:val="fr-FR"/>
        </w:rPr>
        <w:t xml:space="preserve"> </w:t>
      </w:r>
      <w:proofErr w:type="spellStart"/>
      <w:r w:rsidRPr="00846012">
        <w:rPr>
          <w:lang w:val="fr-FR"/>
        </w:rPr>
        <w:t>introduce</w:t>
      </w:r>
      <w:proofErr w:type="spellEnd"/>
      <w:r w:rsidRPr="00846012">
        <w:rPr>
          <w:lang w:val="fr-FR"/>
        </w:rPr>
        <w:t xml:space="preserve"> </w:t>
      </w:r>
      <w:proofErr w:type="spellStart"/>
      <w:r w:rsidRPr="00846012">
        <w:rPr>
          <w:lang w:val="fr-FR"/>
        </w:rPr>
        <w:t>datele</w:t>
      </w:r>
      <w:proofErr w:type="spellEnd"/>
      <w:r w:rsidRPr="00846012">
        <w:rPr>
          <w:lang w:val="fr-FR"/>
        </w:rPr>
        <w:t xml:space="preserve"> </w:t>
      </w:r>
      <w:proofErr w:type="spellStart"/>
      <w:r w:rsidRPr="00846012">
        <w:rPr>
          <w:lang w:val="fr-FR"/>
        </w:rPr>
        <w:t>cardului</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autorizează</w:t>
      </w:r>
      <w:proofErr w:type="spellEnd"/>
      <w:r w:rsidRPr="00846012">
        <w:rPr>
          <w:lang w:val="fr-FR"/>
        </w:rPr>
        <w:t xml:space="preserve"> </w:t>
      </w:r>
      <w:proofErr w:type="spellStart"/>
      <w:r w:rsidRPr="00846012">
        <w:rPr>
          <w:lang w:val="fr-FR"/>
        </w:rPr>
        <w:t>tranzacția</w:t>
      </w:r>
      <w:proofErr w:type="spellEnd"/>
      <w:r w:rsidRPr="00846012">
        <w:rPr>
          <w:lang w:val="fr-FR"/>
        </w:rPr>
        <w:t xml:space="preserve">. </w:t>
      </w:r>
      <w:proofErr w:type="spellStart"/>
      <w:r>
        <w:t>Tranzacțiile</w:t>
      </w:r>
      <w:proofErr w:type="spellEnd"/>
      <w:r>
        <w:t xml:space="preserve"> sunt </w:t>
      </w:r>
      <w:proofErr w:type="spellStart"/>
      <w:r>
        <w:t>protejate</w:t>
      </w:r>
      <w:proofErr w:type="spellEnd"/>
      <w:r>
        <w:t xml:space="preserve"> </w:t>
      </w:r>
      <w:proofErr w:type="spellStart"/>
      <w:r>
        <w:t>prin</w:t>
      </w:r>
      <w:proofErr w:type="spellEnd"/>
      <w:r>
        <w:t xml:space="preserve"> </w:t>
      </w:r>
      <w:r>
        <w:rPr>
          <w:b/>
        </w:rPr>
        <w:t>protocolul 3D Secure</w:t>
      </w:r>
      <w:r>
        <w:t xml:space="preserve"> (Verified by Visa / Mastercard SecureCode), conform standardelor internaționale de securitate a plăților online.</w:t>
      </w:r>
    </w:p>
    <w:p w14:paraId="382F2920" w14:textId="77777777" w:rsidR="003260D0" w:rsidRPr="00846012" w:rsidRDefault="00916C8E">
      <w:pPr>
        <w:spacing w:after="120"/>
        <w:jc w:val="both"/>
        <w:rPr>
          <w:lang w:val="fr-FR"/>
        </w:rPr>
      </w:pPr>
      <w:r>
        <w:t xml:space="preserve">WINNERS GROUP COMPANIE DE BROKERAJ S.R.L. </w:t>
      </w:r>
      <w:r>
        <w:rPr>
          <w:b/>
        </w:rPr>
        <w:t>nu stochează, nu prelucrează și nu are acces la datele cardului bancar</w:t>
      </w:r>
      <w:r>
        <w:t xml:space="preserve"> (număr card, dată expirare, cod CVV2/CVC2) furnizate de Utilizator. </w:t>
      </w:r>
      <w:r w:rsidRPr="00846012">
        <w:rPr>
          <w:lang w:val="fr-FR"/>
        </w:rPr>
        <w:t xml:space="preserve">Aceste date </w:t>
      </w:r>
      <w:proofErr w:type="spellStart"/>
      <w:r w:rsidRPr="00846012">
        <w:rPr>
          <w:lang w:val="fr-FR"/>
        </w:rPr>
        <w:t>sunt</w:t>
      </w:r>
      <w:proofErr w:type="spellEnd"/>
      <w:r w:rsidRPr="00846012">
        <w:rPr>
          <w:lang w:val="fr-FR"/>
        </w:rPr>
        <w:t xml:space="preserve"> transmise </w:t>
      </w:r>
      <w:proofErr w:type="spellStart"/>
      <w:r w:rsidRPr="00846012">
        <w:rPr>
          <w:lang w:val="fr-FR"/>
        </w:rPr>
        <w:t>exclusiv</w:t>
      </w:r>
      <w:proofErr w:type="spellEnd"/>
      <w:r w:rsidRPr="00846012">
        <w:rPr>
          <w:lang w:val="fr-FR"/>
        </w:rPr>
        <w:t xml:space="preserve"> </w:t>
      </w:r>
      <w:proofErr w:type="spellStart"/>
      <w:r w:rsidRPr="00846012">
        <w:rPr>
          <w:lang w:val="fr-FR"/>
        </w:rPr>
        <w:t>către</w:t>
      </w:r>
      <w:proofErr w:type="spellEnd"/>
      <w:r w:rsidRPr="00846012">
        <w:rPr>
          <w:lang w:val="fr-FR"/>
        </w:rPr>
        <w:t xml:space="preserve"> </w:t>
      </w:r>
      <w:proofErr w:type="spellStart"/>
      <w:r w:rsidRPr="00846012">
        <w:rPr>
          <w:lang w:val="fr-FR"/>
        </w:rPr>
        <w:t>procesatorul</w:t>
      </w:r>
      <w:proofErr w:type="spellEnd"/>
      <w:r w:rsidRPr="00846012">
        <w:rPr>
          <w:lang w:val="fr-FR"/>
        </w:rPr>
        <w:t xml:space="preserve"> de </w:t>
      </w:r>
      <w:proofErr w:type="spellStart"/>
      <w:r w:rsidRPr="00846012">
        <w:rPr>
          <w:lang w:val="fr-FR"/>
        </w:rPr>
        <w:t>plăți</w:t>
      </w:r>
      <w:proofErr w:type="spellEnd"/>
      <w:r w:rsidRPr="00846012">
        <w:rPr>
          <w:lang w:val="fr-FR"/>
        </w:rPr>
        <w:t xml:space="preserve"> </w:t>
      </w:r>
      <w:proofErr w:type="spellStart"/>
      <w:r w:rsidRPr="00846012">
        <w:rPr>
          <w:lang w:val="fr-FR"/>
        </w:rPr>
        <w:t>Netopia</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conformitate</w:t>
      </w:r>
      <w:proofErr w:type="spellEnd"/>
      <w:r w:rsidRPr="00846012">
        <w:rPr>
          <w:lang w:val="fr-FR"/>
        </w:rPr>
        <w:t xml:space="preserve"> </w:t>
      </w:r>
      <w:proofErr w:type="spellStart"/>
      <w:r w:rsidRPr="00846012">
        <w:rPr>
          <w:lang w:val="fr-FR"/>
        </w:rPr>
        <w:t>cu</w:t>
      </w:r>
      <w:proofErr w:type="spellEnd"/>
      <w:r w:rsidRPr="00846012">
        <w:rPr>
          <w:lang w:val="fr-FR"/>
        </w:rPr>
        <w:t xml:space="preserve"> </w:t>
      </w:r>
      <w:proofErr w:type="spellStart"/>
      <w:r w:rsidRPr="00846012">
        <w:rPr>
          <w:lang w:val="fr-FR"/>
        </w:rPr>
        <w:t>standardele</w:t>
      </w:r>
      <w:proofErr w:type="spellEnd"/>
      <w:r w:rsidRPr="00846012">
        <w:rPr>
          <w:lang w:val="fr-FR"/>
        </w:rPr>
        <w:t xml:space="preserve"> PCI-DSS.</w:t>
      </w:r>
    </w:p>
    <w:p w14:paraId="04497E1B" w14:textId="77777777" w:rsidR="003260D0" w:rsidRPr="00846012" w:rsidRDefault="00916C8E">
      <w:pPr>
        <w:pStyle w:val="Heading3"/>
        <w:rPr>
          <w:lang w:val="fr-FR"/>
        </w:rPr>
      </w:pPr>
      <w:r w:rsidRPr="00846012">
        <w:rPr>
          <w:rFonts w:ascii="Arial" w:hAnsi="Arial"/>
          <w:lang w:val="fr-FR"/>
        </w:rPr>
        <w:t xml:space="preserve">6.3. </w:t>
      </w:r>
      <w:proofErr w:type="spellStart"/>
      <w:r w:rsidRPr="00846012">
        <w:rPr>
          <w:rFonts w:ascii="Arial" w:hAnsi="Arial"/>
          <w:lang w:val="fr-FR"/>
        </w:rPr>
        <w:t>Intrarea</w:t>
      </w:r>
      <w:proofErr w:type="spellEnd"/>
      <w:r w:rsidRPr="00846012">
        <w:rPr>
          <w:rFonts w:ascii="Arial" w:hAnsi="Arial"/>
          <w:lang w:val="fr-FR"/>
        </w:rPr>
        <w:t xml:space="preserve"> </w:t>
      </w:r>
      <w:proofErr w:type="spellStart"/>
      <w:r w:rsidRPr="00846012">
        <w:rPr>
          <w:rFonts w:ascii="Arial" w:hAnsi="Arial"/>
          <w:lang w:val="fr-FR"/>
        </w:rPr>
        <w:t>în</w:t>
      </w:r>
      <w:proofErr w:type="spellEnd"/>
      <w:r w:rsidRPr="00846012">
        <w:rPr>
          <w:rFonts w:ascii="Arial" w:hAnsi="Arial"/>
          <w:lang w:val="fr-FR"/>
        </w:rPr>
        <w:t xml:space="preserve"> </w:t>
      </w:r>
      <w:proofErr w:type="spellStart"/>
      <w:r w:rsidRPr="00846012">
        <w:rPr>
          <w:rFonts w:ascii="Arial" w:hAnsi="Arial"/>
          <w:lang w:val="fr-FR"/>
        </w:rPr>
        <w:t>vigoare</w:t>
      </w:r>
      <w:proofErr w:type="spellEnd"/>
      <w:r w:rsidRPr="00846012">
        <w:rPr>
          <w:rFonts w:ascii="Arial" w:hAnsi="Arial"/>
          <w:lang w:val="fr-FR"/>
        </w:rPr>
        <w:t xml:space="preserve"> a </w:t>
      </w:r>
      <w:proofErr w:type="spellStart"/>
      <w:r w:rsidRPr="00846012">
        <w:rPr>
          <w:rFonts w:ascii="Arial" w:hAnsi="Arial"/>
          <w:lang w:val="fr-FR"/>
        </w:rPr>
        <w:t>contractului</w:t>
      </w:r>
      <w:proofErr w:type="spellEnd"/>
      <w:r w:rsidRPr="00846012">
        <w:rPr>
          <w:rFonts w:ascii="Arial" w:hAnsi="Arial"/>
          <w:lang w:val="fr-FR"/>
        </w:rPr>
        <w:t xml:space="preserve"> de </w:t>
      </w:r>
      <w:proofErr w:type="spellStart"/>
      <w:r w:rsidRPr="00846012">
        <w:rPr>
          <w:rFonts w:ascii="Arial" w:hAnsi="Arial"/>
          <w:lang w:val="fr-FR"/>
        </w:rPr>
        <w:t>asigurare</w:t>
      </w:r>
      <w:proofErr w:type="spellEnd"/>
    </w:p>
    <w:p w14:paraId="12777E3F" w14:textId="77777777" w:rsidR="003260D0" w:rsidRPr="00846012" w:rsidRDefault="00916C8E">
      <w:pPr>
        <w:spacing w:after="120"/>
        <w:jc w:val="both"/>
        <w:rPr>
          <w:lang w:val="fr-FR"/>
        </w:rPr>
      </w:pPr>
      <w:proofErr w:type="spellStart"/>
      <w:r w:rsidRPr="00846012">
        <w:rPr>
          <w:lang w:val="fr-FR"/>
        </w:rPr>
        <w:t>Contractul</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intră</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vigoare</w:t>
      </w:r>
      <w:proofErr w:type="spellEnd"/>
      <w:r w:rsidRPr="00846012">
        <w:rPr>
          <w:lang w:val="fr-FR"/>
        </w:rPr>
        <w:t xml:space="preserve"> la data </w:t>
      </w:r>
      <w:proofErr w:type="spellStart"/>
      <w:r w:rsidRPr="00846012">
        <w:rPr>
          <w:lang w:val="fr-FR"/>
        </w:rPr>
        <w:t>stabilită</w:t>
      </w:r>
      <w:proofErr w:type="spellEnd"/>
      <w:r w:rsidRPr="00846012">
        <w:rPr>
          <w:lang w:val="fr-FR"/>
        </w:rPr>
        <w:t xml:space="preserve"> de </w:t>
      </w:r>
      <w:proofErr w:type="spellStart"/>
      <w:r w:rsidRPr="00846012">
        <w:rPr>
          <w:lang w:val="fr-FR"/>
        </w:rPr>
        <w:t>părți</w:t>
      </w:r>
      <w:proofErr w:type="spellEnd"/>
      <w:r w:rsidRPr="00846012">
        <w:rPr>
          <w:lang w:val="fr-FR"/>
        </w:rPr>
        <w:t xml:space="preserve">. Cu </w:t>
      </w:r>
      <w:proofErr w:type="spellStart"/>
      <w:r w:rsidRPr="00846012">
        <w:rPr>
          <w:lang w:val="fr-FR"/>
        </w:rPr>
        <w:t>toate</w:t>
      </w:r>
      <w:proofErr w:type="spellEnd"/>
      <w:r w:rsidRPr="00846012">
        <w:rPr>
          <w:lang w:val="fr-FR"/>
        </w:rPr>
        <w:t xml:space="preserve"> </w:t>
      </w:r>
      <w:proofErr w:type="spellStart"/>
      <w:r w:rsidRPr="00846012">
        <w:rPr>
          <w:lang w:val="fr-FR"/>
        </w:rPr>
        <w:t>acestea</w:t>
      </w:r>
      <w:proofErr w:type="spellEnd"/>
      <w:r w:rsidRPr="00846012">
        <w:rPr>
          <w:lang w:val="fr-FR"/>
        </w:rPr>
        <w:t xml:space="preserve">, </w:t>
      </w:r>
      <w:proofErr w:type="spellStart"/>
      <w:r w:rsidRPr="00846012">
        <w:rPr>
          <w:lang w:val="fr-FR"/>
        </w:rPr>
        <w:t>contractul</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nu </w:t>
      </w:r>
      <w:proofErr w:type="spellStart"/>
      <w:r w:rsidRPr="00846012">
        <w:rPr>
          <w:lang w:val="fr-FR"/>
        </w:rPr>
        <w:t>poate</w:t>
      </w:r>
      <w:proofErr w:type="spellEnd"/>
      <w:r w:rsidRPr="00846012">
        <w:rPr>
          <w:lang w:val="fr-FR"/>
        </w:rPr>
        <w:t xml:space="preserve"> intra </w:t>
      </w:r>
      <w:proofErr w:type="spellStart"/>
      <w:r w:rsidRPr="00846012">
        <w:rPr>
          <w:lang w:val="fr-FR"/>
        </w:rPr>
        <w:t>în</w:t>
      </w:r>
      <w:proofErr w:type="spellEnd"/>
      <w:r w:rsidRPr="00846012">
        <w:rPr>
          <w:lang w:val="fr-FR"/>
        </w:rPr>
        <w:t xml:space="preserve"> </w:t>
      </w:r>
      <w:proofErr w:type="spellStart"/>
      <w:r w:rsidRPr="00846012">
        <w:rPr>
          <w:lang w:val="fr-FR"/>
        </w:rPr>
        <w:t>vigoare</w:t>
      </w:r>
      <w:proofErr w:type="spellEnd"/>
      <w:r w:rsidRPr="00846012">
        <w:rPr>
          <w:lang w:val="fr-FR"/>
        </w:rPr>
        <w:t xml:space="preserve"> </w:t>
      </w:r>
      <w:proofErr w:type="spellStart"/>
      <w:r w:rsidRPr="00846012">
        <w:rPr>
          <w:lang w:val="fr-FR"/>
        </w:rPr>
        <w:t>înainte</w:t>
      </w:r>
      <w:proofErr w:type="spellEnd"/>
      <w:r w:rsidRPr="00846012">
        <w:rPr>
          <w:lang w:val="fr-FR"/>
        </w:rPr>
        <w:t xml:space="preserve"> de </w:t>
      </w:r>
      <w:proofErr w:type="spellStart"/>
      <w:r w:rsidRPr="00846012">
        <w:rPr>
          <w:lang w:val="fr-FR"/>
        </w:rPr>
        <w:t>momentul</w:t>
      </w:r>
      <w:proofErr w:type="spellEnd"/>
      <w:r w:rsidRPr="00846012">
        <w:rPr>
          <w:lang w:val="fr-FR"/>
        </w:rPr>
        <w:t xml:space="preserve"> </w:t>
      </w:r>
      <w:proofErr w:type="spellStart"/>
      <w:r w:rsidRPr="00846012">
        <w:rPr>
          <w:lang w:val="fr-FR"/>
        </w:rPr>
        <w:t>confirmării</w:t>
      </w:r>
      <w:proofErr w:type="spellEnd"/>
      <w:r w:rsidRPr="00846012">
        <w:rPr>
          <w:lang w:val="fr-FR"/>
        </w:rPr>
        <w:t xml:space="preserve"> </w:t>
      </w:r>
      <w:proofErr w:type="spellStart"/>
      <w:r w:rsidRPr="00846012">
        <w:rPr>
          <w:lang w:val="fr-FR"/>
        </w:rPr>
        <w:t>plății</w:t>
      </w:r>
      <w:proofErr w:type="spellEnd"/>
      <w:r w:rsidRPr="00846012">
        <w:rPr>
          <w:lang w:val="fr-FR"/>
        </w:rPr>
        <w:t xml:space="preserve"> </w:t>
      </w:r>
      <w:proofErr w:type="spellStart"/>
      <w:r w:rsidRPr="00846012">
        <w:rPr>
          <w:lang w:val="fr-FR"/>
        </w:rPr>
        <w:t>primei</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de </w:t>
      </w:r>
      <w:proofErr w:type="spellStart"/>
      <w:r w:rsidRPr="00846012">
        <w:rPr>
          <w:lang w:val="fr-FR"/>
        </w:rPr>
        <w:t>către</w:t>
      </w:r>
      <w:proofErr w:type="spellEnd"/>
      <w:r w:rsidRPr="00846012">
        <w:rPr>
          <w:lang w:val="fr-FR"/>
        </w:rPr>
        <w:t xml:space="preserve"> </w:t>
      </w:r>
      <w:proofErr w:type="spellStart"/>
      <w:r w:rsidRPr="00846012">
        <w:rPr>
          <w:lang w:val="fr-FR"/>
        </w:rPr>
        <w:t>asigurător</w:t>
      </w:r>
      <w:proofErr w:type="spellEnd"/>
      <w:r w:rsidRPr="00846012">
        <w:rPr>
          <w:lang w:val="fr-FR"/>
        </w:rPr>
        <w:t xml:space="preserve">, </w:t>
      </w:r>
      <w:proofErr w:type="spellStart"/>
      <w:r w:rsidRPr="00846012">
        <w:rPr>
          <w:lang w:val="fr-FR"/>
        </w:rPr>
        <w:t>banca</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procesatorul</w:t>
      </w:r>
      <w:proofErr w:type="spellEnd"/>
      <w:r w:rsidRPr="00846012">
        <w:rPr>
          <w:lang w:val="fr-FR"/>
        </w:rPr>
        <w:t xml:space="preserve"> de </w:t>
      </w:r>
      <w:proofErr w:type="spellStart"/>
      <w:r w:rsidRPr="00846012">
        <w:rPr>
          <w:lang w:val="fr-FR"/>
        </w:rPr>
        <w:t>plăți</w:t>
      </w:r>
      <w:proofErr w:type="spellEnd"/>
      <w:r w:rsidRPr="00846012">
        <w:rPr>
          <w:lang w:val="fr-FR"/>
        </w:rPr>
        <w:t xml:space="preserve">, </w:t>
      </w:r>
      <w:proofErr w:type="spellStart"/>
      <w:r w:rsidRPr="00846012">
        <w:rPr>
          <w:lang w:val="fr-FR"/>
        </w:rPr>
        <w:t>după</w:t>
      </w:r>
      <w:proofErr w:type="spellEnd"/>
      <w:r w:rsidRPr="00846012">
        <w:rPr>
          <w:lang w:val="fr-FR"/>
        </w:rPr>
        <w:t xml:space="preserve"> </w:t>
      </w:r>
      <w:proofErr w:type="spellStart"/>
      <w:r w:rsidRPr="00846012">
        <w:rPr>
          <w:lang w:val="fr-FR"/>
        </w:rPr>
        <w:t>caz</w:t>
      </w:r>
      <w:proofErr w:type="spellEnd"/>
      <w:r w:rsidRPr="00846012">
        <w:rPr>
          <w:lang w:val="fr-FR"/>
        </w:rPr>
        <w:t>.</w:t>
      </w:r>
    </w:p>
    <w:p w14:paraId="0D32DF5A" w14:textId="77777777" w:rsidR="003260D0" w:rsidRPr="00846012" w:rsidRDefault="00916C8E">
      <w:pPr>
        <w:pStyle w:val="Heading2"/>
        <w:rPr>
          <w:lang w:val="fr-FR"/>
        </w:rPr>
      </w:pPr>
      <w:r w:rsidRPr="00846012">
        <w:rPr>
          <w:rFonts w:ascii="Arial" w:hAnsi="Arial"/>
          <w:lang w:val="fr-FR"/>
        </w:rPr>
        <w:t xml:space="preserve">7. </w:t>
      </w:r>
      <w:proofErr w:type="spellStart"/>
      <w:r w:rsidRPr="00846012">
        <w:rPr>
          <w:rFonts w:ascii="Arial" w:hAnsi="Arial"/>
          <w:lang w:val="fr-FR"/>
        </w:rPr>
        <w:t>Livrarea</w:t>
      </w:r>
      <w:proofErr w:type="spellEnd"/>
      <w:r w:rsidRPr="00846012">
        <w:rPr>
          <w:rFonts w:ascii="Arial" w:hAnsi="Arial"/>
          <w:lang w:val="fr-FR"/>
        </w:rPr>
        <w:t xml:space="preserve"> </w:t>
      </w:r>
      <w:proofErr w:type="spellStart"/>
      <w:r w:rsidRPr="00846012">
        <w:rPr>
          <w:rFonts w:ascii="Arial" w:hAnsi="Arial"/>
          <w:lang w:val="fr-FR"/>
        </w:rPr>
        <w:t>poliței</w:t>
      </w:r>
      <w:proofErr w:type="spellEnd"/>
      <w:r w:rsidRPr="00846012">
        <w:rPr>
          <w:rFonts w:ascii="Arial" w:hAnsi="Arial"/>
          <w:lang w:val="fr-FR"/>
        </w:rPr>
        <w:t xml:space="preserve"> de </w:t>
      </w:r>
      <w:proofErr w:type="spellStart"/>
      <w:r w:rsidRPr="00846012">
        <w:rPr>
          <w:rFonts w:ascii="Arial" w:hAnsi="Arial"/>
          <w:lang w:val="fr-FR"/>
        </w:rPr>
        <w:t>asigurare</w:t>
      </w:r>
      <w:proofErr w:type="spellEnd"/>
    </w:p>
    <w:p w14:paraId="73AF3677" w14:textId="77777777" w:rsidR="003260D0" w:rsidRPr="00846012" w:rsidRDefault="00916C8E">
      <w:pPr>
        <w:spacing w:after="120"/>
        <w:jc w:val="both"/>
        <w:rPr>
          <w:lang w:val="fr-FR"/>
        </w:rPr>
      </w:pPr>
      <w:proofErr w:type="spellStart"/>
      <w:r w:rsidRPr="00846012">
        <w:rPr>
          <w:lang w:val="fr-FR"/>
        </w:rPr>
        <w:t>Livrarea</w:t>
      </w:r>
      <w:proofErr w:type="spellEnd"/>
      <w:r w:rsidRPr="00846012">
        <w:rPr>
          <w:lang w:val="fr-FR"/>
        </w:rPr>
        <w:t xml:space="preserve"> </w:t>
      </w:r>
      <w:proofErr w:type="spellStart"/>
      <w:r w:rsidRPr="00846012">
        <w:rPr>
          <w:lang w:val="fr-FR"/>
        </w:rPr>
        <w:t>poliței</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se </w:t>
      </w:r>
      <w:proofErr w:type="spellStart"/>
      <w:r w:rsidRPr="00846012">
        <w:rPr>
          <w:lang w:val="fr-FR"/>
        </w:rPr>
        <w:t>efectuează</w:t>
      </w:r>
      <w:proofErr w:type="spellEnd"/>
      <w:r w:rsidRPr="00846012">
        <w:rPr>
          <w:lang w:val="fr-FR"/>
        </w:rPr>
        <w:t xml:space="preserve"> </w:t>
      </w:r>
      <w:proofErr w:type="spellStart"/>
      <w:r w:rsidRPr="00846012">
        <w:rPr>
          <w:b/>
          <w:lang w:val="fr-FR"/>
        </w:rPr>
        <w:t>exclusiv</w:t>
      </w:r>
      <w:proofErr w:type="spellEnd"/>
      <w:r w:rsidRPr="00846012">
        <w:rPr>
          <w:b/>
          <w:lang w:val="fr-FR"/>
        </w:rPr>
        <w:t xml:space="preserve"> </w:t>
      </w:r>
      <w:proofErr w:type="spellStart"/>
      <w:r w:rsidRPr="00846012">
        <w:rPr>
          <w:b/>
          <w:lang w:val="fr-FR"/>
        </w:rPr>
        <w:t>în</w:t>
      </w:r>
      <w:proofErr w:type="spellEnd"/>
      <w:r w:rsidRPr="00846012">
        <w:rPr>
          <w:b/>
          <w:lang w:val="fr-FR"/>
        </w:rPr>
        <w:t xml:space="preserve"> format digital (PDF), prin </w:t>
      </w:r>
      <w:proofErr w:type="gramStart"/>
      <w:r w:rsidRPr="00846012">
        <w:rPr>
          <w:b/>
          <w:lang w:val="fr-FR"/>
        </w:rPr>
        <w:t>email</w:t>
      </w:r>
      <w:proofErr w:type="gramEnd"/>
      <w:r w:rsidRPr="00846012">
        <w:rPr>
          <w:lang w:val="fr-FR"/>
        </w:rPr>
        <w:t xml:space="preserve">, la </w:t>
      </w:r>
      <w:proofErr w:type="spellStart"/>
      <w:r w:rsidRPr="00846012">
        <w:rPr>
          <w:lang w:val="fr-FR"/>
        </w:rPr>
        <w:t>adresa</w:t>
      </w:r>
      <w:proofErr w:type="spellEnd"/>
      <w:r w:rsidRPr="00846012">
        <w:rPr>
          <w:lang w:val="fr-FR"/>
        </w:rPr>
        <w:t xml:space="preserve"> </w:t>
      </w:r>
      <w:proofErr w:type="spellStart"/>
      <w:r w:rsidRPr="00846012">
        <w:rPr>
          <w:lang w:val="fr-FR"/>
        </w:rPr>
        <w:t>furnizată</w:t>
      </w:r>
      <w:proofErr w:type="spellEnd"/>
      <w:r w:rsidRPr="00846012">
        <w:rPr>
          <w:lang w:val="fr-FR"/>
        </w:rPr>
        <w:t xml:space="preserve"> de </w:t>
      </w:r>
      <w:proofErr w:type="spellStart"/>
      <w:r w:rsidRPr="00846012">
        <w:rPr>
          <w:lang w:val="fr-FR"/>
        </w:rPr>
        <w:t>Utilizator</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formularul</w:t>
      </w:r>
      <w:proofErr w:type="spellEnd"/>
      <w:r w:rsidRPr="00846012">
        <w:rPr>
          <w:lang w:val="fr-FR"/>
        </w:rPr>
        <w:t xml:space="preserve"> de </w:t>
      </w:r>
      <w:proofErr w:type="spellStart"/>
      <w:r w:rsidRPr="00846012">
        <w:rPr>
          <w:lang w:val="fr-FR"/>
        </w:rPr>
        <w:t>comandă</w:t>
      </w:r>
      <w:proofErr w:type="spellEnd"/>
      <w:r w:rsidRPr="00846012">
        <w:rPr>
          <w:lang w:val="fr-FR"/>
        </w:rPr>
        <w:t>.</w:t>
      </w:r>
    </w:p>
    <w:p w14:paraId="23C96AF8" w14:textId="77777777" w:rsidR="003260D0" w:rsidRPr="00846012" w:rsidRDefault="00916C8E">
      <w:pPr>
        <w:spacing w:after="120"/>
        <w:jc w:val="both"/>
        <w:rPr>
          <w:lang w:val="fr-FR"/>
        </w:rPr>
      </w:pPr>
      <w:proofErr w:type="spellStart"/>
      <w:r w:rsidRPr="00846012">
        <w:rPr>
          <w:lang w:val="fr-FR"/>
        </w:rPr>
        <w:t>Începând</w:t>
      </w:r>
      <w:proofErr w:type="spellEnd"/>
      <w:r w:rsidRPr="00846012">
        <w:rPr>
          <w:lang w:val="fr-FR"/>
        </w:rPr>
        <w:t xml:space="preserve"> </w:t>
      </w:r>
      <w:proofErr w:type="spellStart"/>
      <w:r w:rsidRPr="00846012">
        <w:rPr>
          <w:lang w:val="fr-FR"/>
        </w:rPr>
        <w:t>cu</w:t>
      </w:r>
      <w:proofErr w:type="spellEnd"/>
      <w:r w:rsidRPr="00846012">
        <w:rPr>
          <w:lang w:val="fr-FR"/>
        </w:rPr>
        <w:t xml:space="preserve"> data de 1 </w:t>
      </w:r>
      <w:proofErr w:type="spellStart"/>
      <w:r w:rsidRPr="00846012">
        <w:rPr>
          <w:lang w:val="fr-FR"/>
        </w:rPr>
        <w:t>iulie</w:t>
      </w:r>
      <w:proofErr w:type="spellEnd"/>
      <w:r w:rsidRPr="00846012">
        <w:rPr>
          <w:lang w:val="fr-FR"/>
        </w:rPr>
        <w:t xml:space="preserve"> 2020, </w:t>
      </w:r>
      <w:proofErr w:type="spellStart"/>
      <w:r w:rsidRPr="00846012">
        <w:rPr>
          <w:lang w:val="fr-FR"/>
        </w:rPr>
        <w:t>polițele</w:t>
      </w:r>
      <w:proofErr w:type="spellEnd"/>
      <w:r w:rsidRPr="00846012">
        <w:rPr>
          <w:lang w:val="fr-FR"/>
        </w:rPr>
        <w:t xml:space="preserve"> RCA </w:t>
      </w:r>
      <w:proofErr w:type="spellStart"/>
      <w:r w:rsidRPr="00846012">
        <w:rPr>
          <w:lang w:val="fr-FR"/>
        </w:rPr>
        <w:t>sunt</w:t>
      </w:r>
      <w:proofErr w:type="spellEnd"/>
      <w:r w:rsidRPr="00846012">
        <w:rPr>
          <w:lang w:val="fr-FR"/>
        </w:rPr>
        <w:t xml:space="preserve"> </w:t>
      </w:r>
      <w:proofErr w:type="spellStart"/>
      <w:r w:rsidRPr="00846012">
        <w:rPr>
          <w:lang w:val="fr-FR"/>
        </w:rPr>
        <w:t>tipărite</w:t>
      </w:r>
      <w:proofErr w:type="spellEnd"/>
      <w:r w:rsidRPr="00846012">
        <w:rPr>
          <w:lang w:val="fr-FR"/>
        </w:rPr>
        <w:t xml:space="preserve"> </w:t>
      </w:r>
      <w:proofErr w:type="spellStart"/>
      <w:r w:rsidRPr="00846012">
        <w:rPr>
          <w:lang w:val="fr-FR"/>
        </w:rPr>
        <w:t>pe</w:t>
      </w:r>
      <w:proofErr w:type="spellEnd"/>
      <w:r w:rsidRPr="00846012">
        <w:rPr>
          <w:lang w:val="fr-FR"/>
        </w:rPr>
        <w:t xml:space="preserve"> </w:t>
      </w:r>
      <w:proofErr w:type="spellStart"/>
      <w:r w:rsidRPr="00846012">
        <w:rPr>
          <w:lang w:val="fr-FR"/>
        </w:rPr>
        <w:t>hârtie</w:t>
      </w:r>
      <w:proofErr w:type="spellEnd"/>
      <w:r w:rsidRPr="00846012">
        <w:rPr>
          <w:lang w:val="fr-FR"/>
        </w:rPr>
        <w:t xml:space="preserve"> </w:t>
      </w:r>
      <w:proofErr w:type="spellStart"/>
      <w:r w:rsidRPr="00846012">
        <w:rPr>
          <w:lang w:val="fr-FR"/>
        </w:rPr>
        <w:t>albă</w:t>
      </w:r>
      <w:proofErr w:type="spellEnd"/>
      <w:r w:rsidRPr="00846012">
        <w:rPr>
          <w:lang w:val="fr-FR"/>
        </w:rPr>
        <w:t xml:space="preserve">, standard, format A4, </w:t>
      </w:r>
      <w:proofErr w:type="spellStart"/>
      <w:r w:rsidRPr="00846012">
        <w:rPr>
          <w:lang w:val="fr-FR"/>
        </w:rPr>
        <w:t>conform</w:t>
      </w:r>
      <w:proofErr w:type="spellEnd"/>
      <w:r w:rsidRPr="00846012">
        <w:rPr>
          <w:lang w:val="fr-FR"/>
        </w:rPr>
        <w:t xml:space="preserve"> </w:t>
      </w:r>
      <w:proofErr w:type="spellStart"/>
      <w:r w:rsidRPr="00846012">
        <w:rPr>
          <w:lang w:val="fr-FR"/>
        </w:rPr>
        <w:t>deciziei</w:t>
      </w:r>
      <w:proofErr w:type="spellEnd"/>
      <w:r w:rsidRPr="00846012">
        <w:rPr>
          <w:lang w:val="fr-FR"/>
        </w:rPr>
        <w:t xml:space="preserve"> BAAR </w:t>
      </w:r>
      <w:proofErr w:type="spellStart"/>
      <w:r w:rsidRPr="00846012">
        <w:rPr>
          <w:lang w:val="fr-FR"/>
        </w:rPr>
        <w:t>comunicate</w:t>
      </w:r>
      <w:proofErr w:type="spellEnd"/>
      <w:r w:rsidRPr="00846012">
        <w:rPr>
          <w:lang w:val="fr-FR"/>
        </w:rPr>
        <w:t xml:space="preserve"> </w:t>
      </w:r>
      <w:proofErr w:type="spellStart"/>
      <w:r w:rsidRPr="00846012">
        <w:rPr>
          <w:lang w:val="fr-FR"/>
        </w:rPr>
        <w:t>Consiliului</w:t>
      </w:r>
      <w:proofErr w:type="spellEnd"/>
      <w:r w:rsidRPr="00846012">
        <w:rPr>
          <w:lang w:val="fr-FR"/>
        </w:rPr>
        <w:t xml:space="preserve"> </w:t>
      </w:r>
      <w:proofErr w:type="spellStart"/>
      <w:r w:rsidRPr="00846012">
        <w:rPr>
          <w:lang w:val="fr-FR"/>
        </w:rPr>
        <w:t>Biroului</w:t>
      </w:r>
      <w:proofErr w:type="spellEnd"/>
      <w:r w:rsidRPr="00846012">
        <w:rPr>
          <w:lang w:val="fr-FR"/>
        </w:rPr>
        <w:t xml:space="preserve"> </w:t>
      </w:r>
      <w:proofErr w:type="spellStart"/>
      <w:r w:rsidRPr="00846012">
        <w:rPr>
          <w:lang w:val="fr-FR"/>
        </w:rPr>
        <w:t>European</w:t>
      </w:r>
      <w:proofErr w:type="spellEnd"/>
      <w:r w:rsidRPr="00846012">
        <w:rPr>
          <w:lang w:val="fr-FR"/>
        </w:rPr>
        <w:t xml:space="preserve">, </w:t>
      </w:r>
      <w:proofErr w:type="spellStart"/>
      <w:r w:rsidRPr="00846012">
        <w:rPr>
          <w:lang w:val="fr-FR"/>
        </w:rPr>
        <w:t>măsură</w:t>
      </w:r>
      <w:proofErr w:type="spellEnd"/>
      <w:r w:rsidRPr="00846012">
        <w:rPr>
          <w:lang w:val="fr-FR"/>
        </w:rPr>
        <w:t xml:space="preserve"> de </w:t>
      </w:r>
      <w:proofErr w:type="spellStart"/>
      <w:r w:rsidRPr="00846012">
        <w:rPr>
          <w:lang w:val="fr-FR"/>
        </w:rPr>
        <w:t>simplificare</w:t>
      </w:r>
      <w:proofErr w:type="spellEnd"/>
      <w:r w:rsidRPr="00846012">
        <w:rPr>
          <w:lang w:val="fr-FR"/>
        </w:rPr>
        <w:t xml:space="preserve"> a </w:t>
      </w:r>
      <w:proofErr w:type="spellStart"/>
      <w:r w:rsidRPr="00846012">
        <w:rPr>
          <w:lang w:val="fr-FR"/>
        </w:rPr>
        <w:t>emiterii</w:t>
      </w:r>
      <w:proofErr w:type="spellEnd"/>
      <w:r w:rsidRPr="00846012">
        <w:rPr>
          <w:lang w:val="fr-FR"/>
        </w:rPr>
        <w:t xml:space="preserve"> </w:t>
      </w:r>
      <w:proofErr w:type="spellStart"/>
      <w:r w:rsidRPr="00846012">
        <w:rPr>
          <w:lang w:val="fr-FR"/>
        </w:rPr>
        <w:t>documentului</w:t>
      </w:r>
      <w:proofErr w:type="spellEnd"/>
      <w:r w:rsidRPr="00846012">
        <w:rPr>
          <w:lang w:val="fr-FR"/>
        </w:rPr>
        <w:t xml:space="preserve"> RCA.</w:t>
      </w:r>
    </w:p>
    <w:p w14:paraId="011969C4" w14:textId="77777777" w:rsidR="003260D0" w:rsidRPr="00846012" w:rsidRDefault="00916C8E">
      <w:pPr>
        <w:spacing w:after="120"/>
        <w:jc w:val="both"/>
        <w:rPr>
          <w:lang w:val="fr-FR"/>
        </w:rPr>
      </w:pPr>
      <w:r w:rsidRPr="00846012">
        <w:rPr>
          <w:lang w:val="fr-FR"/>
        </w:rPr>
        <w:t xml:space="preserve">WINNERS GROUP COMPANIE DE BROKERAJ S.R.L. </w:t>
      </w:r>
      <w:r w:rsidRPr="00846012">
        <w:rPr>
          <w:b/>
          <w:lang w:val="fr-FR"/>
        </w:rPr>
        <w:t xml:space="preserve">nu </w:t>
      </w:r>
      <w:proofErr w:type="spellStart"/>
      <w:r w:rsidRPr="00846012">
        <w:rPr>
          <w:b/>
          <w:lang w:val="fr-FR"/>
        </w:rPr>
        <w:t>oferă</w:t>
      </w:r>
      <w:proofErr w:type="spellEnd"/>
      <w:r w:rsidRPr="00846012">
        <w:rPr>
          <w:b/>
          <w:lang w:val="fr-FR"/>
        </w:rPr>
        <w:t xml:space="preserve"> </w:t>
      </w:r>
      <w:proofErr w:type="spellStart"/>
      <w:r w:rsidRPr="00846012">
        <w:rPr>
          <w:b/>
          <w:lang w:val="fr-FR"/>
        </w:rPr>
        <w:t>servicii</w:t>
      </w:r>
      <w:proofErr w:type="spellEnd"/>
      <w:r w:rsidRPr="00846012">
        <w:rPr>
          <w:b/>
          <w:lang w:val="fr-FR"/>
        </w:rPr>
        <w:t xml:space="preserve"> de </w:t>
      </w:r>
      <w:proofErr w:type="spellStart"/>
      <w:r w:rsidRPr="00846012">
        <w:rPr>
          <w:b/>
          <w:lang w:val="fr-FR"/>
        </w:rPr>
        <w:t>livrare</w:t>
      </w:r>
      <w:proofErr w:type="spellEnd"/>
      <w:r w:rsidRPr="00846012">
        <w:rPr>
          <w:b/>
          <w:lang w:val="fr-FR"/>
        </w:rPr>
        <w:t xml:space="preserve"> prin </w:t>
      </w:r>
      <w:proofErr w:type="spellStart"/>
      <w:r w:rsidRPr="00846012">
        <w:rPr>
          <w:b/>
          <w:lang w:val="fr-FR"/>
        </w:rPr>
        <w:t>curier</w:t>
      </w:r>
      <w:proofErr w:type="spellEnd"/>
      <w:r w:rsidRPr="00846012">
        <w:rPr>
          <w:b/>
          <w:lang w:val="fr-FR"/>
        </w:rPr>
        <w:t xml:space="preserve"> </w:t>
      </w:r>
      <w:proofErr w:type="spellStart"/>
      <w:r w:rsidRPr="00846012">
        <w:rPr>
          <w:b/>
          <w:lang w:val="fr-FR"/>
        </w:rPr>
        <w:t>sau</w:t>
      </w:r>
      <w:proofErr w:type="spellEnd"/>
      <w:r w:rsidRPr="00846012">
        <w:rPr>
          <w:b/>
          <w:lang w:val="fr-FR"/>
        </w:rPr>
        <w:t xml:space="preserve"> prin </w:t>
      </w:r>
      <w:proofErr w:type="spellStart"/>
      <w:r w:rsidRPr="00846012">
        <w:rPr>
          <w:b/>
          <w:lang w:val="fr-FR"/>
        </w:rPr>
        <w:t>alte</w:t>
      </w:r>
      <w:proofErr w:type="spellEnd"/>
      <w:r w:rsidRPr="00846012">
        <w:rPr>
          <w:b/>
          <w:lang w:val="fr-FR"/>
        </w:rPr>
        <w:t xml:space="preserve"> </w:t>
      </w:r>
      <w:proofErr w:type="spellStart"/>
      <w:r w:rsidRPr="00846012">
        <w:rPr>
          <w:b/>
          <w:lang w:val="fr-FR"/>
        </w:rPr>
        <w:t>mijloace</w:t>
      </w:r>
      <w:proofErr w:type="spellEnd"/>
      <w:r w:rsidRPr="00846012">
        <w:rPr>
          <w:b/>
          <w:lang w:val="fr-FR"/>
        </w:rPr>
        <w:t xml:space="preserve"> </w:t>
      </w:r>
      <w:proofErr w:type="spellStart"/>
      <w:r w:rsidRPr="00846012">
        <w:rPr>
          <w:b/>
          <w:lang w:val="fr-FR"/>
        </w:rPr>
        <w:t>fizice</w:t>
      </w:r>
      <w:proofErr w:type="spellEnd"/>
      <w:r w:rsidRPr="00846012">
        <w:rPr>
          <w:lang w:val="fr-FR"/>
        </w:rPr>
        <w:t xml:space="preserve">. </w:t>
      </w:r>
      <w:proofErr w:type="spellStart"/>
      <w:r w:rsidRPr="00846012">
        <w:rPr>
          <w:lang w:val="fr-FR"/>
        </w:rPr>
        <w:t>Utilizatorul</w:t>
      </w:r>
      <w:proofErr w:type="spellEnd"/>
      <w:r w:rsidRPr="00846012">
        <w:rPr>
          <w:lang w:val="fr-FR"/>
        </w:rPr>
        <w:t xml:space="preserve"> este </w:t>
      </w:r>
      <w:proofErr w:type="spellStart"/>
      <w:r w:rsidRPr="00846012">
        <w:rPr>
          <w:lang w:val="fr-FR"/>
        </w:rPr>
        <w:t>responsabil</w:t>
      </w:r>
      <w:proofErr w:type="spellEnd"/>
      <w:r w:rsidRPr="00846012">
        <w:rPr>
          <w:lang w:val="fr-FR"/>
        </w:rPr>
        <w:t xml:space="preserve"> </w:t>
      </w:r>
      <w:proofErr w:type="spellStart"/>
      <w:r w:rsidRPr="00846012">
        <w:rPr>
          <w:lang w:val="fr-FR"/>
        </w:rPr>
        <w:t>să</w:t>
      </w:r>
      <w:proofErr w:type="spellEnd"/>
      <w:r w:rsidRPr="00846012">
        <w:rPr>
          <w:lang w:val="fr-FR"/>
        </w:rPr>
        <w:t xml:space="preserve"> </w:t>
      </w:r>
      <w:proofErr w:type="spellStart"/>
      <w:r w:rsidRPr="00846012">
        <w:rPr>
          <w:lang w:val="fr-FR"/>
        </w:rPr>
        <w:t>verifice</w:t>
      </w:r>
      <w:proofErr w:type="spellEnd"/>
      <w:r w:rsidRPr="00846012">
        <w:rPr>
          <w:lang w:val="fr-FR"/>
        </w:rPr>
        <w:t xml:space="preserve"> </w:t>
      </w:r>
      <w:proofErr w:type="spellStart"/>
      <w:r w:rsidRPr="00846012">
        <w:rPr>
          <w:lang w:val="fr-FR"/>
        </w:rPr>
        <w:t>corectitudinea</w:t>
      </w:r>
      <w:proofErr w:type="spellEnd"/>
      <w:r w:rsidRPr="00846012">
        <w:rPr>
          <w:lang w:val="fr-FR"/>
        </w:rPr>
        <w:t xml:space="preserve"> </w:t>
      </w:r>
      <w:proofErr w:type="spellStart"/>
      <w:r w:rsidRPr="00846012">
        <w:rPr>
          <w:lang w:val="fr-FR"/>
        </w:rPr>
        <w:t>adresei</w:t>
      </w:r>
      <w:proofErr w:type="spellEnd"/>
      <w:r w:rsidRPr="00846012">
        <w:rPr>
          <w:lang w:val="fr-FR"/>
        </w:rPr>
        <w:t xml:space="preserve"> </w:t>
      </w:r>
      <w:proofErr w:type="gramStart"/>
      <w:r w:rsidRPr="00846012">
        <w:rPr>
          <w:lang w:val="fr-FR"/>
        </w:rPr>
        <w:t>de email</w:t>
      </w:r>
      <w:proofErr w:type="gramEnd"/>
      <w:r w:rsidRPr="00846012">
        <w:rPr>
          <w:lang w:val="fr-FR"/>
        </w:rPr>
        <w:t xml:space="preserve"> </w:t>
      </w:r>
      <w:proofErr w:type="spellStart"/>
      <w:proofErr w:type="gramStart"/>
      <w:r w:rsidRPr="00846012">
        <w:rPr>
          <w:lang w:val="fr-FR"/>
        </w:rPr>
        <w:t>furnizate</w:t>
      </w:r>
      <w:proofErr w:type="spellEnd"/>
      <w:r w:rsidRPr="00846012">
        <w:rPr>
          <w:lang w:val="fr-FR"/>
        </w:rPr>
        <w:t>;</w:t>
      </w:r>
      <w:proofErr w:type="gramEnd"/>
      <w:r w:rsidRPr="00846012">
        <w:rPr>
          <w:lang w:val="fr-FR"/>
        </w:rPr>
        <w:t xml:space="preserve"> WINNERS nu </w:t>
      </w:r>
      <w:proofErr w:type="spellStart"/>
      <w:r w:rsidRPr="00846012">
        <w:rPr>
          <w:lang w:val="fr-FR"/>
        </w:rPr>
        <w:t>răspunde</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neprimirea</w:t>
      </w:r>
      <w:proofErr w:type="spellEnd"/>
      <w:r w:rsidRPr="00846012">
        <w:rPr>
          <w:lang w:val="fr-FR"/>
        </w:rPr>
        <w:t xml:space="preserve"> </w:t>
      </w:r>
      <w:proofErr w:type="spellStart"/>
      <w:r w:rsidRPr="00846012">
        <w:rPr>
          <w:lang w:val="fr-FR"/>
        </w:rPr>
        <w:t>poliței</w:t>
      </w:r>
      <w:proofErr w:type="spellEnd"/>
      <w:r w:rsidRPr="00846012">
        <w:rPr>
          <w:lang w:val="fr-FR"/>
        </w:rPr>
        <w:t xml:space="preserve"> </w:t>
      </w:r>
      <w:proofErr w:type="gramStart"/>
      <w:r w:rsidRPr="00846012">
        <w:rPr>
          <w:lang w:val="fr-FR"/>
        </w:rPr>
        <w:t>ca</w:t>
      </w:r>
      <w:proofErr w:type="gramEnd"/>
      <w:r w:rsidRPr="00846012">
        <w:rPr>
          <w:lang w:val="fr-FR"/>
        </w:rPr>
        <w:t xml:space="preserve"> </w:t>
      </w:r>
      <w:proofErr w:type="spellStart"/>
      <w:r w:rsidRPr="00846012">
        <w:rPr>
          <w:lang w:val="fr-FR"/>
        </w:rPr>
        <w:t>urmare</w:t>
      </w:r>
      <w:proofErr w:type="spellEnd"/>
      <w:r w:rsidRPr="00846012">
        <w:rPr>
          <w:lang w:val="fr-FR"/>
        </w:rPr>
        <w:t xml:space="preserve"> a </w:t>
      </w:r>
      <w:proofErr w:type="spellStart"/>
      <w:r w:rsidRPr="00846012">
        <w:rPr>
          <w:lang w:val="fr-FR"/>
        </w:rPr>
        <w:t>furnizării</w:t>
      </w:r>
      <w:proofErr w:type="spellEnd"/>
      <w:r w:rsidRPr="00846012">
        <w:rPr>
          <w:lang w:val="fr-FR"/>
        </w:rPr>
        <w:t xml:space="preserve"> </w:t>
      </w:r>
      <w:proofErr w:type="spellStart"/>
      <w:r w:rsidRPr="00846012">
        <w:rPr>
          <w:lang w:val="fr-FR"/>
        </w:rPr>
        <w:t>unei</w:t>
      </w:r>
      <w:proofErr w:type="spellEnd"/>
      <w:r w:rsidRPr="00846012">
        <w:rPr>
          <w:lang w:val="fr-FR"/>
        </w:rPr>
        <w:t xml:space="preserve"> </w:t>
      </w:r>
      <w:proofErr w:type="spellStart"/>
      <w:r w:rsidRPr="00846012">
        <w:rPr>
          <w:lang w:val="fr-FR"/>
        </w:rPr>
        <w:t>adrese</w:t>
      </w:r>
      <w:proofErr w:type="spellEnd"/>
      <w:r w:rsidRPr="00846012">
        <w:rPr>
          <w:lang w:val="fr-FR"/>
        </w:rPr>
        <w:t xml:space="preserve"> </w:t>
      </w:r>
      <w:proofErr w:type="gramStart"/>
      <w:r w:rsidRPr="00846012">
        <w:rPr>
          <w:lang w:val="fr-FR"/>
        </w:rPr>
        <w:t>de email</w:t>
      </w:r>
      <w:proofErr w:type="gramEnd"/>
      <w:r w:rsidRPr="00846012">
        <w:rPr>
          <w:lang w:val="fr-FR"/>
        </w:rPr>
        <w:t xml:space="preserve"> </w:t>
      </w:r>
      <w:proofErr w:type="spellStart"/>
      <w:r w:rsidRPr="00846012">
        <w:rPr>
          <w:lang w:val="fr-FR"/>
        </w:rPr>
        <w:t>incorecte</w:t>
      </w:r>
      <w:proofErr w:type="spellEnd"/>
      <w:r w:rsidRPr="00846012">
        <w:rPr>
          <w:lang w:val="fr-FR"/>
        </w:rPr>
        <w:t xml:space="preserve"> </w:t>
      </w:r>
      <w:proofErr w:type="spellStart"/>
      <w:r w:rsidRPr="00846012">
        <w:rPr>
          <w:lang w:val="fr-FR"/>
        </w:rPr>
        <w:t>sau</w:t>
      </w:r>
      <w:proofErr w:type="spellEnd"/>
      <w:r w:rsidRPr="00846012">
        <w:rPr>
          <w:lang w:val="fr-FR"/>
        </w:rPr>
        <w:t xml:space="preserve"> inactive.</w:t>
      </w:r>
    </w:p>
    <w:p w14:paraId="46FB241F" w14:textId="77777777" w:rsidR="003260D0" w:rsidRDefault="00916C8E">
      <w:pPr>
        <w:pStyle w:val="Heading2"/>
      </w:pPr>
      <w:r>
        <w:rPr>
          <w:rFonts w:ascii="Arial" w:hAnsi="Arial"/>
        </w:rPr>
        <w:t>8. Facturare</w:t>
      </w:r>
    </w:p>
    <w:p w14:paraId="2BA5A1A4" w14:textId="77777777" w:rsidR="003260D0" w:rsidRDefault="00916C8E">
      <w:pPr>
        <w:spacing w:after="120"/>
        <w:jc w:val="both"/>
      </w:pPr>
      <w:r>
        <w:t xml:space="preserve">Conform art. 319 și art. 292 alin. (2) lit. b) din Legea nr. 227/2015 privind Codul fiscal, </w:t>
      </w:r>
      <w:r>
        <w:rPr>
          <w:b/>
        </w:rPr>
        <w:t>sunt scutite de obligația emiterii facturii</w:t>
      </w:r>
      <w:r>
        <w:t xml:space="preserve"> operațiunile de asigurare și/sau reasigurare, precum și prestările de servicii în legătură cu acestea, efectuate de persoanele impozabile care intermediază astfel de operațiuni.</w:t>
      </w:r>
    </w:p>
    <w:p w14:paraId="0C36D07F" w14:textId="77777777" w:rsidR="003260D0" w:rsidRPr="00846012" w:rsidRDefault="00916C8E">
      <w:pPr>
        <w:spacing w:after="120"/>
        <w:jc w:val="both"/>
        <w:rPr>
          <w:lang w:val="fr-FR"/>
        </w:rPr>
      </w:pPr>
      <w:r w:rsidRPr="00846012">
        <w:rPr>
          <w:lang w:val="fr-FR"/>
        </w:rPr>
        <w:t xml:space="preserve">Prin </w:t>
      </w:r>
      <w:proofErr w:type="spellStart"/>
      <w:r w:rsidRPr="00846012">
        <w:rPr>
          <w:lang w:val="fr-FR"/>
        </w:rPr>
        <w:t>urmare</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polițele</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comercializate</w:t>
      </w:r>
      <w:proofErr w:type="spellEnd"/>
      <w:r w:rsidRPr="00846012">
        <w:rPr>
          <w:lang w:val="fr-FR"/>
        </w:rPr>
        <w:t xml:space="preserve"> prin site-</w:t>
      </w:r>
      <w:proofErr w:type="spellStart"/>
      <w:r w:rsidRPr="00846012">
        <w:rPr>
          <w:lang w:val="fr-FR"/>
        </w:rPr>
        <w:t>ul</w:t>
      </w:r>
      <w:proofErr w:type="spellEnd"/>
      <w:r w:rsidRPr="00846012">
        <w:rPr>
          <w:lang w:val="fr-FR"/>
        </w:rPr>
        <w:t xml:space="preserve"> www.winnersgroup.ro </w:t>
      </w:r>
      <w:r w:rsidRPr="00846012">
        <w:rPr>
          <w:b/>
          <w:lang w:val="fr-FR"/>
        </w:rPr>
        <w:t xml:space="preserve">nu se </w:t>
      </w:r>
      <w:proofErr w:type="spellStart"/>
      <w:r w:rsidRPr="00846012">
        <w:rPr>
          <w:b/>
          <w:lang w:val="fr-FR"/>
        </w:rPr>
        <w:t>emit</w:t>
      </w:r>
      <w:proofErr w:type="spellEnd"/>
      <w:r w:rsidRPr="00846012">
        <w:rPr>
          <w:b/>
          <w:lang w:val="fr-FR"/>
        </w:rPr>
        <w:t xml:space="preserve"> </w:t>
      </w:r>
      <w:proofErr w:type="spellStart"/>
      <w:proofErr w:type="gramStart"/>
      <w:r w:rsidRPr="00846012">
        <w:rPr>
          <w:b/>
          <w:lang w:val="fr-FR"/>
        </w:rPr>
        <w:t>facturi</w:t>
      </w:r>
      <w:proofErr w:type="spellEnd"/>
      <w:r w:rsidRPr="00846012">
        <w:rPr>
          <w:lang w:val="fr-FR"/>
        </w:rPr>
        <w:t>;</w:t>
      </w:r>
      <w:proofErr w:type="gramEnd"/>
      <w:r w:rsidRPr="00846012">
        <w:rPr>
          <w:lang w:val="fr-FR"/>
        </w:rPr>
        <w:t xml:space="preserve"> </w:t>
      </w:r>
      <w:proofErr w:type="spellStart"/>
      <w:r w:rsidRPr="00846012">
        <w:rPr>
          <w:lang w:val="fr-FR"/>
        </w:rPr>
        <w:t>polița</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reprezintă</w:t>
      </w:r>
      <w:proofErr w:type="spellEnd"/>
      <w:r w:rsidRPr="00846012">
        <w:rPr>
          <w:lang w:val="fr-FR"/>
        </w:rPr>
        <w:t xml:space="preserve"> </w:t>
      </w:r>
      <w:proofErr w:type="spellStart"/>
      <w:r w:rsidRPr="00846012">
        <w:rPr>
          <w:lang w:val="fr-FR"/>
        </w:rPr>
        <w:t>documentul</w:t>
      </w:r>
      <w:proofErr w:type="spellEnd"/>
      <w:r w:rsidRPr="00846012">
        <w:rPr>
          <w:lang w:val="fr-FR"/>
        </w:rPr>
        <w:t xml:space="preserve"> de </w:t>
      </w:r>
      <w:proofErr w:type="spellStart"/>
      <w:r w:rsidRPr="00846012">
        <w:rPr>
          <w:lang w:val="fr-FR"/>
        </w:rPr>
        <w:t>plată</w:t>
      </w:r>
      <w:proofErr w:type="spellEnd"/>
      <w:r w:rsidRPr="00846012">
        <w:rPr>
          <w:lang w:val="fr-FR"/>
        </w:rPr>
        <w:t xml:space="preserve"> care se </w:t>
      </w:r>
      <w:proofErr w:type="spellStart"/>
      <w:r w:rsidRPr="00846012">
        <w:rPr>
          <w:lang w:val="fr-FR"/>
        </w:rPr>
        <w:t>înregistrează</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contabilitatea</w:t>
      </w:r>
      <w:proofErr w:type="spellEnd"/>
      <w:r w:rsidRPr="00846012">
        <w:rPr>
          <w:lang w:val="fr-FR"/>
        </w:rPr>
        <w:t xml:space="preserve"> </w:t>
      </w:r>
      <w:proofErr w:type="spellStart"/>
      <w:r w:rsidRPr="00846012">
        <w:rPr>
          <w:lang w:val="fr-FR"/>
        </w:rPr>
        <w:t>cumpărătorilor</w:t>
      </w:r>
      <w:proofErr w:type="spellEnd"/>
      <w:r w:rsidRPr="00846012">
        <w:rPr>
          <w:lang w:val="fr-FR"/>
        </w:rPr>
        <w:t xml:space="preserve"> </w:t>
      </w:r>
      <w:proofErr w:type="spellStart"/>
      <w:r w:rsidRPr="00846012">
        <w:rPr>
          <w:lang w:val="fr-FR"/>
        </w:rPr>
        <w:t>persoane</w:t>
      </w:r>
      <w:proofErr w:type="spellEnd"/>
      <w:r w:rsidRPr="00846012">
        <w:rPr>
          <w:lang w:val="fr-FR"/>
        </w:rPr>
        <w:t xml:space="preserve"> </w:t>
      </w:r>
      <w:proofErr w:type="spellStart"/>
      <w:r w:rsidRPr="00846012">
        <w:rPr>
          <w:lang w:val="fr-FR"/>
        </w:rPr>
        <w:t>juridice</w:t>
      </w:r>
      <w:proofErr w:type="spellEnd"/>
      <w:r w:rsidRPr="00846012">
        <w:rPr>
          <w:lang w:val="fr-FR"/>
        </w:rPr>
        <w:t>.</w:t>
      </w:r>
    </w:p>
    <w:p w14:paraId="2DE9494B" w14:textId="77777777" w:rsidR="003260D0" w:rsidRPr="00846012" w:rsidRDefault="00916C8E">
      <w:pPr>
        <w:pStyle w:val="Heading2"/>
        <w:rPr>
          <w:lang w:val="fr-FR"/>
        </w:rPr>
      </w:pPr>
      <w:r w:rsidRPr="00846012">
        <w:rPr>
          <w:rFonts w:ascii="Arial" w:hAnsi="Arial"/>
          <w:lang w:val="fr-FR"/>
        </w:rPr>
        <w:t xml:space="preserve">9. </w:t>
      </w:r>
      <w:proofErr w:type="spellStart"/>
      <w:r w:rsidRPr="00846012">
        <w:rPr>
          <w:rFonts w:ascii="Arial" w:hAnsi="Arial"/>
          <w:lang w:val="fr-FR"/>
        </w:rPr>
        <w:t>Politica</w:t>
      </w:r>
      <w:proofErr w:type="spellEnd"/>
      <w:r w:rsidRPr="00846012">
        <w:rPr>
          <w:rFonts w:ascii="Arial" w:hAnsi="Arial"/>
          <w:lang w:val="fr-FR"/>
        </w:rPr>
        <w:t xml:space="preserve"> de </w:t>
      </w:r>
      <w:proofErr w:type="spellStart"/>
      <w:r w:rsidRPr="00846012">
        <w:rPr>
          <w:rFonts w:ascii="Arial" w:hAnsi="Arial"/>
          <w:lang w:val="fr-FR"/>
        </w:rPr>
        <w:t>retur</w:t>
      </w:r>
      <w:proofErr w:type="spellEnd"/>
      <w:r w:rsidRPr="00846012">
        <w:rPr>
          <w:rFonts w:ascii="Arial" w:hAnsi="Arial"/>
          <w:lang w:val="fr-FR"/>
        </w:rPr>
        <w:t xml:space="preserve"> </w:t>
      </w:r>
      <w:proofErr w:type="spellStart"/>
      <w:r w:rsidRPr="00846012">
        <w:rPr>
          <w:rFonts w:ascii="Arial" w:hAnsi="Arial"/>
          <w:lang w:val="fr-FR"/>
        </w:rPr>
        <w:t>și</w:t>
      </w:r>
      <w:proofErr w:type="spellEnd"/>
      <w:r w:rsidRPr="00846012">
        <w:rPr>
          <w:rFonts w:ascii="Arial" w:hAnsi="Arial"/>
          <w:lang w:val="fr-FR"/>
        </w:rPr>
        <w:t xml:space="preserve"> </w:t>
      </w:r>
      <w:proofErr w:type="spellStart"/>
      <w:r w:rsidRPr="00846012">
        <w:rPr>
          <w:rFonts w:ascii="Arial" w:hAnsi="Arial"/>
          <w:lang w:val="fr-FR"/>
        </w:rPr>
        <w:t>modificarea</w:t>
      </w:r>
      <w:proofErr w:type="spellEnd"/>
      <w:r w:rsidRPr="00846012">
        <w:rPr>
          <w:rFonts w:ascii="Arial" w:hAnsi="Arial"/>
          <w:lang w:val="fr-FR"/>
        </w:rPr>
        <w:t xml:space="preserve"> </w:t>
      </w:r>
      <w:proofErr w:type="spellStart"/>
      <w:r w:rsidRPr="00846012">
        <w:rPr>
          <w:rFonts w:ascii="Arial" w:hAnsi="Arial"/>
          <w:lang w:val="fr-FR"/>
        </w:rPr>
        <w:t>poliței</w:t>
      </w:r>
      <w:proofErr w:type="spellEnd"/>
    </w:p>
    <w:p w14:paraId="69AD7BB7" w14:textId="77777777" w:rsidR="003260D0" w:rsidRPr="00846012" w:rsidRDefault="00916C8E">
      <w:pPr>
        <w:pStyle w:val="Heading3"/>
        <w:rPr>
          <w:lang w:val="fr-FR"/>
        </w:rPr>
      </w:pPr>
      <w:r w:rsidRPr="00846012">
        <w:rPr>
          <w:rFonts w:ascii="Arial" w:hAnsi="Arial"/>
          <w:lang w:val="fr-FR"/>
        </w:rPr>
        <w:t xml:space="preserve">9.1. </w:t>
      </w:r>
      <w:proofErr w:type="spellStart"/>
      <w:r w:rsidRPr="00846012">
        <w:rPr>
          <w:rFonts w:ascii="Arial" w:hAnsi="Arial"/>
          <w:lang w:val="fr-FR"/>
        </w:rPr>
        <w:t>Solicitarea</w:t>
      </w:r>
      <w:proofErr w:type="spellEnd"/>
      <w:r w:rsidRPr="00846012">
        <w:rPr>
          <w:rFonts w:ascii="Arial" w:hAnsi="Arial"/>
          <w:lang w:val="fr-FR"/>
        </w:rPr>
        <w:t xml:space="preserve"> </w:t>
      </w:r>
      <w:proofErr w:type="spellStart"/>
      <w:r w:rsidRPr="00846012">
        <w:rPr>
          <w:rFonts w:ascii="Arial" w:hAnsi="Arial"/>
          <w:lang w:val="fr-FR"/>
        </w:rPr>
        <w:t>modificării</w:t>
      </w:r>
      <w:proofErr w:type="spellEnd"/>
      <w:r w:rsidRPr="00846012">
        <w:rPr>
          <w:rFonts w:ascii="Arial" w:hAnsi="Arial"/>
          <w:lang w:val="fr-FR"/>
        </w:rPr>
        <w:t xml:space="preserve"> </w:t>
      </w:r>
      <w:proofErr w:type="spellStart"/>
      <w:r w:rsidRPr="00846012">
        <w:rPr>
          <w:rFonts w:ascii="Arial" w:hAnsi="Arial"/>
          <w:lang w:val="fr-FR"/>
        </w:rPr>
        <w:t>poliței</w:t>
      </w:r>
      <w:proofErr w:type="spellEnd"/>
    </w:p>
    <w:p w14:paraId="3F700188" w14:textId="77777777" w:rsidR="003260D0" w:rsidRPr="00846012" w:rsidRDefault="00916C8E">
      <w:pPr>
        <w:spacing w:after="120"/>
        <w:jc w:val="both"/>
        <w:rPr>
          <w:lang w:val="fr-FR"/>
        </w:rPr>
      </w:pPr>
      <w:proofErr w:type="spellStart"/>
      <w:r w:rsidRPr="00846012">
        <w:rPr>
          <w:lang w:val="fr-FR"/>
        </w:rPr>
        <w:t>În</w:t>
      </w:r>
      <w:proofErr w:type="spellEnd"/>
      <w:r w:rsidRPr="00846012">
        <w:rPr>
          <w:lang w:val="fr-FR"/>
        </w:rPr>
        <w:t xml:space="preserve"> </w:t>
      </w:r>
      <w:proofErr w:type="spellStart"/>
      <w:r w:rsidRPr="00846012">
        <w:rPr>
          <w:lang w:val="fr-FR"/>
        </w:rPr>
        <w:t>cazul</w:t>
      </w:r>
      <w:proofErr w:type="spellEnd"/>
      <w:r w:rsidRPr="00846012">
        <w:rPr>
          <w:lang w:val="fr-FR"/>
        </w:rPr>
        <w:t xml:space="preserve"> </w:t>
      </w:r>
      <w:proofErr w:type="spellStart"/>
      <w:r w:rsidRPr="00846012">
        <w:rPr>
          <w:lang w:val="fr-FR"/>
        </w:rPr>
        <w:t>în</w:t>
      </w:r>
      <w:proofErr w:type="spellEnd"/>
      <w:r w:rsidRPr="00846012">
        <w:rPr>
          <w:lang w:val="fr-FR"/>
        </w:rPr>
        <w:t xml:space="preserve"> care </w:t>
      </w:r>
      <w:proofErr w:type="spellStart"/>
      <w:r w:rsidRPr="00846012">
        <w:rPr>
          <w:lang w:val="fr-FR"/>
        </w:rPr>
        <w:t>conținutul</w:t>
      </w:r>
      <w:proofErr w:type="spellEnd"/>
      <w:r w:rsidRPr="00846012">
        <w:rPr>
          <w:lang w:val="fr-FR"/>
        </w:rPr>
        <w:t xml:space="preserve"> </w:t>
      </w:r>
      <w:proofErr w:type="spellStart"/>
      <w:r w:rsidRPr="00846012">
        <w:rPr>
          <w:lang w:val="fr-FR"/>
        </w:rPr>
        <w:t>poliței</w:t>
      </w:r>
      <w:proofErr w:type="spellEnd"/>
      <w:r w:rsidRPr="00846012">
        <w:rPr>
          <w:lang w:val="fr-FR"/>
        </w:rPr>
        <w:t xml:space="preserve"> RCA </w:t>
      </w:r>
      <w:proofErr w:type="spellStart"/>
      <w:r w:rsidRPr="00846012">
        <w:rPr>
          <w:lang w:val="fr-FR"/>
        </w:rPr>
        <w:t>primite</w:t>
      </w:r>
      <w:proofErr w:type="spellEnd"/>
      <w:r w:rsidRPr="00846012">
        <w:rPr>
          <w:lang w:val="fr-FR"/>
        </w:rPr>
        <w:t xml:space="preserve"> prin </w:t>
      </w:r>
      <w:proofErr w:type="gramStart"/>
      <w:r w:rsidRPr="00846012">
        <w:rPr>
          <w:lang w:val="fr-FR"/>
        </w:rPr>
        <w:t>email</w:t>
      </w:r>
      <w:proofErr w:type="gramEnd"/>
      <w:r w:rsidRPr="00846012">
        <w:rPr>
          <w:lang w:val="fr-FR"/>
        </w:rPr>
        <w:t xml:space="preserve"> nu </w:t>
      </w:r>
      <w:proofErr w:type="spellStart"/>
      <w:r w:rsidRPr="00846012">
        <w:rPr>
          <w:lang w:val="fr-FR"/>
        </w:rPr>
        <w:t>corespunde</w:t>
      </w:r>
      <w:proofErr w:type="spellEnd"/>
      <w:r w:rsidRPr="00846012">
        <w:rPr>
          <w:lang w:val="fr-FR"/>
        </w:rPr>
        <w:t xml:space="preserve"> </w:t>
      </w:r>
      <w:proofErr w:type="spellStart"/>
      <w:r w:rsidRPr="00846012">
        <w:rPr>
          <w:lang w:val="fr-FR"/>
        </w:rPr>
        <w:t>cu</w:t>
      </w:r>
      <w:proofErr w:type="spellEnd"/>
      <w:r w:rsidRPr="00846012">
        <w:rPr>
          <w:lang w:val="fr-FR"/>
        </w:rPr>
        <w:t xml:space="preserve"> </w:t>
      </w:r>
      <w:proofErr w:type="spellStart"/>
      <w:r w:rsidRPr="00846012">
        <w:rPr>
          <w:lang w:val="fr-FR"/>
        </w:rPr>
        <w:t>datele</w:t>
      </w:r>
      <w:proofErr w:type="spellEnd"/>
      <w:r w:rsidRPr="00846012">
        <w:rPr>
          <w:lang w:val="fr-FR"/>
        </w:rPr>
        <w:t xml:space="preserve"> </w:t>
      </w:r>
      <w:proofErr w:type="spellStart"/>
      <w:r w:rsidRPr="00846012">
        <w:rPr>
          <w:lang w:val="fr-FR"/>
        </w:rPr>
        <w:t>introduse</w:t>
      </w:r>
      <w:proofErr w:type="spellEnd"/>
      <w:r w:rsidRPr="00846012">
        <w:rPr>
          <w:lang w:val="fr-FR"/>
        </w:rPr>
        <w:t xml:space="preserve"> de Client </w:t>
      </w:r>
      <w:proofErr w:type="spellStart"/>
      <w:r w:rsidRPr="00846012">
        <w:rPr>
          <w:lang w:val="fr-FR"/>
        </w:rPr>
        <w:t>în</w:t>
      </w:r>
      <w:proofErr w:type="spellEnd"/>
      <w:r w:rsidRPr="00846012">
        <w:rPr>
          <w:lang w:val="fr-FR"/>
        </w:rPr>
        <w:t xml:space="preserve"> </w:t>
      </w:r>
      <w:proofErr w:type="spellStart"/>
      <w:r w:rsidRPr="00846012">
        <w:rPr>
          <w:lang w:val="fr-FR"/>
        </w:rPr>
        <w:t>formularul</w:t>
      </w:r>
      <w:proofErr w:type="spellEnd"/>
      <w:r w:rsidRPr="00846012">
        <w:rPr>
          <w:lang w:val="fr-FR"/>
        </w:rPr>
        <w:t xml:space="preserve"> de </w:t>
      </w:r>
      <w:proofErr w:type="spellStart"/>
      <w:r w:rsidRPr="00846012">
        <w:rPr>
          <w:lang w:val="fr-FR"/>
        </w:rPr>
        <w:t>comandă</w:t>
      </w:r>
      <w:proofErr w:type="spellEnd"/>
      <w:r w:rsidRPr="00846012">
        <w:rPr>
          <w:lang w:val="fr-FR"/>
        </w:rPr>
        <w:t xml:space="preserve">, </w:t>
      </w:r>
      <w:proofErr w:type="spellStart"/>
      <w:r w:rsidRPr="00846012">
        <w:rPr>
          <w:lang w:val="fr-FR"/>
        </w:rPr>
        <w:t>Clientul</w:t>
      </w:r>
      <w:proofErr w:type="spellEnd"/>
      <w:r w:rsidRPr="00846012">
        <w:rPr>
          <w:lang w:val="fr-FR"/>
        </w:rPr>
        <w:t xml:space="preserve"> are </w:t>
      </w:r>
      <w:proofErr w:type="spellStart"/>
      <w:r w:rsidRPr="00846012">
        <w:rPr>
          <w:lang w:val="fr-FR"/>
        </w:rPr>
        <w:t>obligația</w:t>
      </w:r>
      <w:proofErr w:type="spellEnd"/>
      <w:r w:rsidRPr="00846012">
        <w:rPr>
          <w:lang w:val="fr-FR"/>
        </w:rPr>
        <w:t xml:space="preserve"> </w:t>
      </w:r>
      <w:proofErr w:type="gramStart"/>
      <w:r w:rsidRPr="00846012">
        <w:rPr>
          <w:lang w:val="fr-FR"/>
        </w:rPr>
        <w:t>de a</w:t>
      </w:r>
      <w:proofErr w:type="gramEnd"/>
      <w:r w:rsidRPr="00846012">
        <w:rPr>
          <w:lang w:val="fr-FR"/>
        </w:rPr>
        <w:t xml:space="preserve"> </w:t>
      </w:r>
      <w:proofErr w:type="spellStart"/>
      <w:r w:rsidRPr="00846012">
        <w:rPr>
          <w:lang w:val="fr-FR"/>
        </w:rPr>
        <w:t>notifica</w:t>
      </w:r>
      <w:proofErr w:type="spellEnd"/>
      <w:r w:rsidRPr="00846012">
        <w:rPr>
          <w:lang w:val="fr-FR"/>
        </w:rPr>
        <w:t xml:space="preserve"> WINNERS GROUP COMPANIE DE BROKERAJ S.R.L. </w:t>
      </w:r>
      <w:proofErr w:type="spellStart"/>
      <w:r w:rsidRPr="00846012">
        <w:rPr>
          <w:lang w:val="fr-FR"/>
        </w:rPr>
        <w:t>în</w:t>
      </w:r>
      <w:proofErr w:type="spellEnd"/>
      <w:r w:rsidRPr="00846012">
        <w:rPr>
          <w:lang w:val="fr-FR"/>
        </w:rPr>
        <w:t xml:space="preserve"> </w:t>
      </w:r>
      <w:proofErr w:type="spellStart"/>
      <w:r w:rsidRPr="00846012">
        <w:rPr>
          <w:lang w:val="fr-FR"/>
        </w:rPr>
        <w:t>cel</w:t>
      </w:r>
      <w:proofErr w:type="spellEnd"/>
      <w:r w:rsidRPr="00846012">
        <w:rPr>
          <w:lang w:val="fr-FR"/>
        </w:rPr>
        <w:t xml:space="preserve"> mai </w:t>
      </w:r>
      <w:proofErr w:type="spellStart"/>
      <w:r w:rsidRPr="00846012">
        <w:rPr>
          <w:lang w:val="fr-FR"/>
        </w:rPr>
        <w:t>scurt</w:t>
      </w:r>
      <w:proofErr w:type="spellEnd"/>
      <w:r w:rsidRPr="00846012">
        <w:rPr>
          <w:lang w:val="fr-FR"/>
        </w:rPr>
        <w:t xml:space="preserve"> </w:t>
      </w:r>
      <w:proofErr w:type="spellStart"/>
      <w:r w:rsidRPr="00846012">
        <w:rPr>
          <w:lang w:val="fr-FR"/>
        </w:rPr>
        <w:t>timp</w:t>
      </w:r>
      <w:proofErr w:type="spellEnd"/>
      <w:r w:rsidRPr="00846012">
        <w:rPr>
          <w:lang w:val="fr-FR"/>
        </w:rPr>
        <w:t xml:space="preserve">, prin </w:t>
      </w:r>
      <w:proofErr w:type="gramStart"/>
      <w:r w:rsidRPr="00846012">
        <w:rPr>
          <w:lang w:val="fr-FR"/>
        </w:rPr>
        <w:t>email</w:t>
      </w:r>
      <w:proofErr w:type="gramEnd"/>
      <w:r w:rsidRPr="00846012">
        <w:rPr>
          <w:lang w:val="fr-FR"/>
        </w:rPr>
        <w:t xml:space="preserve"> la </w:t>
      </w:r>
      <w:r w:rsidRPr="00846012">
        <w:rPr>
          <w:b/>
          <w:lang w:val="fr-FR"/>
        </w:rPr>
        <w:t>office@winnersgroup.ro</w:t>
      </w:r>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telefonic</w:t>
      </w:r>
      <w:proofErr w:type="spellEnd"/>
      <w:r w:rsidRPr="00846012">
        <w:rPr>
          <w:lang w:val="fr-FR"/>
        </w:rPr>
        <w:t xml:space="preserve"> la </w:t>
      </w:r>
      <w:r w:rsidRPr="00846012">
        <w:rPr>
          <w:b/>
          <w:lang w:val="fr-FR"/>
        </w:rPr>
        <w:t>+40 314 056 203</w:t>
      </w:r>
      <w:r w:rsidRPr="00846012">
        <w:rPr>
          <w:lang w:val="fr-FR"/>
        </w:rPr>
        <w:t xml:space="preserve">, </w:t>
      </w:r>
      <w:proofErr w:type="spellStart"/>
      <w:r w:rsidRPr="00846012">
        <w:rPr>
          <w:lang w:val="fr-FR"/>
        </w:rPr>
        <w:t>pentru</w:t>
      </w:r>
      <w:proofErr w:type="spellEnd"/>
      <w:r w:rsidRPr="00846012">
        <w:rPr>
          <w:lang w:val="fr-FR"/>
        </w:rPr>
        <w:t xml:space="preserve"> a </w:t>
      </w:r>
      <w:proofErr w:type="spellStart"/>
      <w:r w:rsidRPr="00846012">
        <w:rPr>
          <w:lang w:val="fr-FR"/>
        </w:rPr>
        <w:t>putea</w:t>
      </w:r>
      <w:proofErr w:type="spellEnd"/>
      <w:r w:rsidRPr="00846012">
        <w:rPr>
          <w:lang w:val="fr-FR"/>
        </w:rPr>
        <w:t xml:space="preserve"> </w:t>
      </w:r>
      <w:proofErr w:type="spellStart"/>
      <w:r w:rsidRPr="00846012">
        <w:rPr>
          <w:lang w:val="fr-FR"/>
        </w:rPr>
        <w:t>remedia</w:t>
      </w:r>
      <w:proofErr w:type="spellEnd"/>
      <w:r w:rsidRPr="00846012">
        <w:rPr>
          <w:lang w:val="fr-FR"/>
        </w:rPr>
        <w:t xml:space="preserve"> </w:t>
      </w:r>
      <w:proofErr w:type="spellStart"/>
      <w:r w:rsidRPr="00846012">
        <w:rPr>
          <w:lang w:val="fr-FR"/>
        </w:rPr>
        <w:t>situația</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relația</w:t>
      </w:r>
      <w:proofErr w:type="spellEnd"/>
      <w:r w:rsidRPr="00846012">
        <w:rPr>
          <w:lang w:val="fr-FR"/>
        </w:rPr>
        <w:t xml:space="preserve"> </w:t>
      </w:r>
      <w:proofErr w:type="spellStart"/>
      <w:r w:rsidRPr="00846012">
        <w:rPr>
          <w:lang w:val="fr-FR"/>
        </w:rPr>
        <w:t>cu</w:t>
      </w:r>
      <w:proofErr w:type="spellEnd"/>
      <w:r w:rsidRPr="00846012">
        <w:rPr>
          <w:lang w:val="fr-FR"/>
        </w:rPr>
        <w:t xml:space="preserve"> </w:t>
      </w:r>
      <w:proofErr w:type="spellStart"/>
      <w:r w:rsidRPr="00846012">
        <w:rPr>
          <w:lang w:val="fr-FR"/>
        </w:rPr>
        <w:t>asigurătorul</w:t>
      </w:r>
      <w:proofErr w:type="spellEnd"/>
      <w:r w:rsidRPr="00846012">
        <w:rPr>
          <w:lang w:val="fr-FR"/>
        </w:rPr>
        <w:t xml:space="preserve"> </w:t>
      </w:r>
      <w:proofErr w:type="spellStart"/>
      <w:r w:rsidRPr="00846012">
        <w:rPr>
          <w:lang w:val="fr-FR"/>
        </w:rPr>
        <w:t>emitent</w:t>
      </w:r>
      <w:proofErr w:type="spellEnd"/>
      <w:r w:rsidRPr="00846012">
        <w:rPr>
          <w:lang w:val="fr-FR"/>
        </w:rPr>
        <w:t>.</w:t>
      </w:r>
    </w:p>
    <w:p w14:paraId="46F7A761" w14:textId="77777777" w:rsidR="003260D0" w:rsidRPr="00846012" w:rsidRDefault="00916C8E">
      <w:pPr>
        <w:spacing w:after="120"/>
        <w:jc w:val="both"/>
        <w:rPr>
          <w:lang w:val="fr-FR"/>
        </w:rPr>
      </w:pPr>
      <w:proofErr w:type="spellStart"/>
      <w:r w:rsidRPr="00846012">
        <w:rPr>
          <w:lang w:val="fr-FR"/>
        </w:rPr>
        <w:t>Asigurătorii</w:t>
      </w:r>
      <w:proofErr w:type="spellEnd"/>
      <w:r w:rsidRPr="00846012">
        <w:rPr>
          <w:lang w:val="fr-FR"/>
        </w:rPr>
        <w:t xml:space="preserve"> </w:t>
      </w:r>
      <w:proofErr w:type="spellStart"/>
      <w:r w:rsidRPr="00846012">
        <w:rPr>
          <w:lang w:val="fr-FR"/>
        </w:rPr>
        <w:t>autorizați</w:t>
      </w:r>
      <w:proofErr w:type="spellEnd"/>
      <w:r w:rsidRPr="00846012">
        <w:rPr>
          <w:lang w:val="fr-FR"/>
        </w:rPr>
        <w:t xml:space="preserve"> </w:t>
      </w:r>
      <w:proofErr w:type="spellStart"/>
      <w:r w:rsidRPr="00846012">
        <w:rPr>
          <w:lang w:val="fr-FR"/>
        </w:rPr>
        <w:t>să</w:t>
      </w:r>
      <w:proofErr w:type="spellEnd"/>
      <w:r w:rsidRPr="00846012">
        <w:rPr>
          <w:lang w:val="fr-FR"/>
        </w:rPr>
        <w:t xml:space="preserve"> </w:t>
      </w:r>
      <w:proofErr w:type="spellStart"/>
      <w:r w:rsidRPr="00846012">
        <w:rPr>
          <w:lang w:val="fr-FR"/>
        </w:rPr>
        <w:t>emită</w:t>
      </w:r>
      <w:proofErr w:type="spellEnd"/>
      <w:r w:rsidRPr="00846012">
        <w:rPr>
          <w:lang w:val="fr-FR"/>
        </w:rPr>
        <w:t xml:space="preserve"> </w:t>
      </w:r>
      <w:proofErr w:type="spellStart"/>
      <w:r w:rsidRPr="00846012">
        <w:rPr>
          <w:lang w:val="fr-FR"/>
        </w:rPr>
        <w:t>polițe</w:t>
      </w:r>
      <w:proofErr w:type="spellEnd"/>
      <w:r w:rsidRPr="00846012">
        <w:rPr>
          <w:lang w:val="fr-FR"/>
        </w:rPr>
        <w:t xml:space="preserve"> RCA </w:t>
      </w:r>
      <w:proofErr w:type="spellStart"/>
      <w:r w:rsidRPr="00846012">
        <w:rPr>
          <w:lang w:val="fr-FR"/>
        </w:rPr>
        <w:t>își</w:t>
      </w:r>
      <w:proofErr w:type="spellEnd"/>
      <w:r w:rsidRPr="00846012">
        <w:rPr>
          <w:lang w:val="fr-FR"/>
        </w:rPr>
        <w:t xml:space="preserve"> </w:t>
      </w:r>
      <w:proofErr w:type="spellStart"/>
      <w:r w:rsidRPr="00846012">
        <w:rPr>
          <w:lang w:val="fr-FR"/>
        </w:rPr>
        <w:t>asumă</w:t>
      </w:r>
      <w:proofErr w:type="spellEnd"/>
      <w:r w:rsidRPr="00846012">
        <w:rPr>
          <w:lang w:val="fr-FR"/>
        </w:rPr>
        <w:t xml:space="preserve"> </w:t>
      </w:r>
      <w:proofErr w:type="spellStart"/>
      <w:r w:rsidRPr="00846012">
        <w:rPr>
          <w:lang w:val="fr-FR"/>
        </w:rPr>
        <w:t>răspunderea</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toate</w:t>
      </w:r>
      <w:proofErr w:type="spellEnd"/>
      <w:r w:rsidRPr="00846012">
        <w:rPr>
          <w:lang w:val="fr-FR"/>
        </w:rPr>
        <w:t xml:space="preserve"> </w:t>
      </w:r>
      <w:proofErr w:type="spellStart"/>
      <w:r w:rsidRPr="00846012">
        <w:rPr>
          <w:lang w:val="fr-FR"/>
        </w:rPr>
        <w:t>polițele</w:t>
      </w:r>
      <w:proofErr w:type="spellEnd"/>
      <w:r w:rsidRPr="00846012">
        <w:rPr>
          <w:lang w:val="fr-FR"/>
        </w:rPr>
        <w:t xml:space="preserve"> </w:t>
      </w:r>
      <w:proofErr w:type="spellStart"/>
      <w:r w:rsidRPr="00846012">
        <w:rPr>
          <w:lang w:val="fr-FR"/>
        </w:rPr>
        <w:t>emise</w:t>
      </w:r>
      <w:proofErr w:type="spellEnd"/>
      <w:r w:rsidRPr="00846012">
        <w:rPr>
          <w:lang w:val="fr-FR"/>
        </w:rPr>
        <w:t xml:space="preserve">, </w:t>
      </w:r>
      <w:proofErr w:type="spellStart"/>
      <w:r w:rsidRPr="00846012">
        <w:rPr>
          <w:lang w:val="fr-FR"/>
        </w:rPr>
        <w:t>inclusiv</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erorile</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omisiunile</w:t>
      </w:r>
      <w:proofErr w:type="spellEnd"/>
      <w:r w:rsidRPr="00846012">
        <w:rPr>
          <w:lang w:val="fr-FR"/>
        </w:rPr>
        <w:t xml:space="preserve"> </w:t>
      </w:r>
      <w:proofErr w:type="spellStart"/>
      <w:r w:rsidRPr="00846012">
        <w:rPr>
          <w:lang w:val="fr-FR"/>
        </w:rPr>
        <w:t>apărute</w:t>
      </w:r>
      <w:proofErr w:type="spellEnd"/>
      <w:r w:rsidRPr="00846012">
        <w:rPr>
          <w:lang w:val="fr-FR"/>
        </w:rPr>
        <w:t xml:space="preserve"> la </w:t>
      </w:r>
      <w:proofErr w:type="spellStart"/>
      <w:r w:rsidRPr="00846012">
        <w:rPr>
          <w:lang w:val="fr-FR"/>
        </w:rPr>
        <w:t>emitere</w:t>
      </w:r>
      <w:proofErr w:type="spellEnd"/>
      <w:r w:rsidRPr="00846012">
        <w:rPr>
          <w:lang w:val="fr-FR"/>
        </w:rPr>
        <w:t xml:space="preserve">, fie direct, fie prin </w:t>
      </w:r>
      <w:proofErr w:type="spellStart"/>
      <w:r w:rsidRPr="00846012">
        <w:rPr>
          <w:lang w:val="fr-FR"/>
        </w:rPr>
        <w:t>intermediarii</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asigurări</w:t>
      </w:r>
      <w:proofErr w:type="spellEnd"/>
      <w:r w:rsidRPr="00846012">
        <w:rPr>
          <w:lang w:val="fr-FR"/>
        </w:rPr>
        <w:t>.</w:t>
      </w:r>
    </w:p>
    <w:p w14:paraId="25DD2070" w14:textId="77777777" w:rsidR="003260D0" w:rsidRPr="00846012" w:rsidRDefault="00916C8E">
      <w:pPr>
        <w:pStyle w:val="Heading3"/>
        <w:rPr>
          <w:lang w:val="fr-FR"/>
        </w:rPr>
      </w:pPr>
      <w:r w:rsidRPr="00846012">
        <w:rPr>
          <w:rFonts w:ascii="Arial" w:hAnsi="Arial"/>
          <w:lang w:val="fr-FR"/>
        </w:rPr>
        <w:lastRenderedPageBreak/>
        <w:t xml:space="preserve">9.2. </w:t>
      </w:r>
      <w:proofErr w:type="spellStart"/>
      <w:r w:rsidRPr="00846012">
        <w:rPr>
          <w:rFonts w:ascii="Arial" w:hAnsi="Arial"/>
          <w:lang w:val="fr-FR"/>
        </w:rPr>
        <w:t>Răspunderea</w:t>
      </w:r>
      <w:proofErr w:type="spellEnd"/>
      <w:r w:rsidRPr="00846012">
        <w:rPr>
          <w:rFonts w:ascii="Arial" w:hAnsi="Arial"/>
          <w:lang w:val="fr-FR"/>
        </w:rPr>
        <w:t xml:space="preserve"> </w:t>
      </w:r>
      <w:proofErr w:type="spellStart"/>
      <w:r w:rsidRPr="00846012">
        <w:rPr>
          <w:rFonts w:ascii="Arial" w:hAnsi="Arial"/>
          <w:lang w:val="fr-FR"/>
        </w:rPr>
        <w:t>pentru</w:t>
      </w:r>
      <w:proofErr w:type="spellEnd"/>
      <w:r w:rsidRPr="00846012">
        <w:rPr>
          <w:rFonts w:ascii="Arial" w:hAnsi="Arial"/>
          <w:lang w:val="fr-FR"/>
        </w:rPr>
        <w:t xml:space="preserve"> </w:t>
      </w:r>
      <w:proofErr w:type="spellStart"/>
      <w:r w:rsidRPr="00846012">
        <w:rPr>
          <w:rFonts w:ascii="Arial" w:hAnsi="Arial"/>
          <w:lang w:val="fr-FR"/>
        </w:rPr>
        <w:t>erori</w:t>
      </w:r>
      <w:proofErr w:type="spellEnd"/>
    </w:p>
    <w:p w14:paraId="2F322741" w14:textId="77777777" w:rsidR="003260D0" w:rsidRPr="00846012" w:rsidRDefault="00916C8E">
      <w:pPr>
        <w:spacing w:after="120"/>
        <w:jc w:val="both"/>
        <w:rPr>
          <w:lang w:val="fr-FR"/>
        </w:rPr>
      </w:pPr>
      <w:proofErr w:type="spellStart"/>
      <w:r w:rsidRPr="00846012">
        <w:rPr>
          <w:lang w:val="fr-FR"/>
        </w:rPr>
        <w:t>Asigurătorii</w:t>
      </w:r>
      <w:proofErr w:type="spellEnd"/>
      <w:r w:rsidRPr="00846012">
        <w:rPr>
          <w:lang w:val="fr-FR"/>
        </w:rPr>
        <w:t xml:space="preserve"> </w:t>
      </w:r>
      <w:proofErr w:type="spellStart"/>
      <w:r w:rsidRPr="00846012">
        <w:rPr>
          <w:lang w:val="fr-FR"/>
        </w:rPr>
        <w:t>autorizați</w:t>
      </w:r>
      <w:proofErr w:type="spellEnd"/>
      <w:r w:rsidRPr="00846012">
        <w:rPr>
          <w:lang w:val="fr-FR"/>
        </w:rPr>
        <w:t xml:space="preserve"> </w:t>
      </w:r>
      <w:proofErr w:type="spellStart"/>
      <w:r w:rsidRPr="00846012">
        <w:rPr>
          <w:lang w:val="fr-FR"/>
        </w:rPr>
        <w:t>să</w:t>
      </w:r>
      <w:proofErr w:type="spellEnd"/>
      <w:r w:rsidRPr="00846012">
        <w:rPr>
          <w:lang w:val="fr-FR"/>
        </w:rPr>
        <w:t xml:space="preserve"> practice clase de </w:t>
      </w:r>
      <w:proofErr w:type="spellStart"/>
      <w:r w:rsidRPr="00846012">
        <w:rPr>
          <w:lang w:val="fr-FR"/>
        </w:rPr>
        <w:t>asigurări</w:t>
      </w:r>
      <w:proofErr w:type="spellEnd"/>
      <w:r w:rsidRPr="00846012">
        <w:rPr>
          <w:lang w:val="fr-FR"/>
        </w:rPr>
        <w:t xml:space="preserve"> </w:t>
      </w:r>
      <w:proofErr w:type="spellStart"/>
      <w:r w:rsidRPr="00846012">
        <w:rPr>
          <w:lang w:val="fr-FR"/>
        </w:rPr>
        <w:t>își</w:t>
      </w:r>
      <w:proofErr w:type="spellEnd"/>
      <w:r w:rsidRPr="00846012">
        <w:rPr>
          <w:lang w:val="fr-FR"/>
        </w:rPr>
        <w:t xml:space="preserve"> </w:t>
      </w:r>
      <w:proofErr w:type="spellStart"/>
      <w:r w:rsidRPr="00846012">
        <w:rPr>
          <w:lang w:val="fr-FR"/>
        </w:rPr>
        <w:t>asumă</w:t>
      </w:r>
      <w:proofErr w:type="spellEnd"/>
      <w:r w:rsidRPr="00846012">
        <w:rPr>
          <w:lang w:val="fr-FR"/>
        </w:rPr>
        <w:t xml:space="preserve"> </w:t>
      </w:r>
      <w:proofErr w:type="spellStart"/>
      <w:r w:rsidRPr="00846012">
        <w:rPr>
          <w:lang w:val="fr-FR"/>
        </w:rPr>
        <w:t>răspunderea</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toate</w:t>
      </w:r>
      <w:proofErr w:type="spellEnd"/>
      <w:r w:rsidRPr="00846012">
        <w:rPr>
          <w:lang w:val="fr-FR"/>
        </w:rPr>
        <w:t xml:space="preserve"> </w:t>
      </w:r>
      <w:proofErr w:type="spellStart"/>
      <w:r w:rsidRPr="00846012">
        <w:rPr>
          <w:lang w:val="fr-FR"/>
        </w:rPr>
        <w:t>polițele</w:t>
      </w:r>
      <w:proofErr w:type="spellEnd"/>
      <w:r w:rsidRPr="00846012">
        <w:rPr>
          <w:lang w:val="fr-FR"/>
        </w:rPr>
        <w:t xml:space="preserve"> </w:t>
      </w:r>
      <w:proofErr w:type="spellStart"/>
      <w:r w:rsidRPr="00846012">
        <w:rPr>
          <w:lang w:val="fr-FR"/>
        </w:rPr>
        <w:t>emise</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erorile</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omisiunile</w:t>
      </w:r>
      <w:proofErr w:type="spellEnd"/>
      <w:r w:rsidRPr="00846012">
        <w:rPr>
          <w:lang w:val="fr-FR"/>
        </w:rPr>
        <w:t xml:space="preserve"> </w:t>
      </w:r>
      <w:proofErr w:type="spellStart"/>
      <w:r w:rsidRPr="00846012">
        <w:rPr>
          <w:lang w:val="fr-FR"/>
        </w:rPr>
        <w:t>survenite</w:t>
      </w:r>
      <w:proofErr w:type="spellEnd"/>
      <w:r w:rsidRPr="00846012">
        <w:rPr>
          <w:lang w:val="fr-FR"/>
        </w:rPr>
        <w:t xml:space="preserve"> la </w:t>
      </w:r>
      <w:proofErr w:type="spellStart"/>
      <w:r w:rsidRPr="00846012">
        <w:rPr>
          <w:lang w:val="fr-FR"/>
        </w:rPr>
        <w:t>emitere</w:t>
      </w:r>
      <w:proofErr w:type="spellEnd"/>
      <w:r w:rsidRPr="00846012">
        <w:rPr>
          <w:lang w:val="fr-FR"/>
        </w:rPr>
        <w:t xml:space="preserve">, fie direct, fie prin </w:t>
      </w:r>
      <w:proofErr w:type="spellStart"/>
      <w:r w:rsidRPr="00846012">
        <w:rPr>
          <w:lang w:val="fr-FR"/>
        </w:rPr>
        <w:t>intermediarii</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asigurări</w:t>
      </w:r>
      <w:proofErr w:type="spellEnd"/>
      <w:r w:rsidRPr="00846012">
        <w:rPr>
          <w:lang w:val="fr-FR"/>
        </w:rPr>
        <w:t>.</w:t>
      </w:r>
    </w:p>
    <w:p w14:paraId="3218B5CA" w14:textId="77777777" w:rsidR="003260D0" w:rsidRPr="00846012" w:rsidRDefault="00916C8E">
      <w:pPr>
        <w:spacing w:after="120"/>
        <w:jc w:val="both"/>
        <w:rPr>
          <w:lang w:val="fr-FR"/>
        </w:rPr>
      </w:pPr>
      <w:proofErr w:type="spellStart"/>
      <w:r w:rsidRPr="00846012">
        <w:rPr>
          <w:lang w:val="fr-FR"/>
        </w:rPr>
        <w:t>Costurile</w:t>
      </w:r>
      <w:proofErr w:type="spellEnd"/>
      <w:r w:rsidRPr="00846012">
        <w:rPr>
          <w:lang w:val="fr-FR"/>
        </w:rPr>
        <w:t xml:space="preserve"> </w:t>
      </w:r>
      <w:proofErr w:type="spellStart"/>
      <w:r w:rsidRPr="00846012">
        <w:rPr>
          <w:lang w:val="fr-FR"/>
        </w:rPr>
        <w:t>generate</w:t>
      </w:r>
      <w:proofErr w:type="spellEnd"/>
      <w:r w:rsidRPr="00846012">
        <w:rPr>
          <w:lang w:val="fr-FR"/>
        </w:rPr>
        <w:t xml:space="preserve"> de </w:t>
      </w:r>
      <w:proofErr w:type="spellStart"/>
      <w:r w:rsidRPr="00846012">
        <w:rPr>
          <w:lang w:val="fr-FR"/>
        </w:rPr>
        <w:t>modificarea</w:t>
      </w:r>
      <w:proofErr w:type="spellEnd"/>
      <w:r w:rsidRPr="00846012">
        <w:rPr>
          <w:lang w:val="fr-FR"/>
        </w:rPr>
        <w:t xml:space="preserve"> </w:t>
      </w:r>
      <w:proofErr w:type="spellStart"/>
      <w:r w:rsidRPr="00846012">
        <w:rPr>
          <w:lang w:val="fr-FR"/>
        </w:rPr>
        <w:t>poliței</w:t>
      </w:r>
      <w:proofErr w:type="spellEnd"/>
      <w:r w:rsidRPr="00846012">
        <w:rPr>
          <w:lang w:val="fr-FR"/>
        </w:rPr>
        <w:t xml:space="preserve"> </w:t>
      </w:r>
      <w:proofErr w:type="spellStart"/>
      <w:r w:rsidRPr="00846012">
        <w:rPr>
          <w:lang w:val="fr-FR"/>
        </w:rPr>
        <w:t>din</w:t>
      </w:r>
      <w:proofErr w:type="spellEnd"/>
      <w:r w:rsidRPr="00846012">
        <w:rPr>
          <w:lang w:val="fr-FR"/>
        </w:rPr>
        <w:t xml:space="preserve"> culpa </w:t>
      </w:r>
      <w:proofErr w:type="spellStart"/>
      <w:r w:rsidRPr="00846012">
        <w:rPr>
          <w:lang w:val="fr-FR"/>
        </w:rPr>
        <w:t>exclusivă</w:t>
      </w:r>
      <w:proofErr w:type="spellEnd"/>
      <w:r w:rsidRPr="00846012">
        <w:rPr>
          <w:lang w:val="fr-FR"/>
        </w:rPr>
        <w:t xml:space="preserve"> a </w:t>
      </w:r>
      <w:proofErr w:type="spellStart"/>
      <w:r w:rsidRPr="00846012">
        <w:rPr>
          <w:lang w:val="fr-FR"/>
        </w:rPr>
        <w:t>Brokerului</w:t>
      </w:r>
      <w:proofErr w:type="spellEnd"/>
      <w:r w:rsidRPr="00846012">
        <w:rPr>
          <w:lang w:val="fr-FR"/>
        </w:rPr>
        <w:t xml:space="preserve"> </w:t>
      </w:r>
      <w:proofErr w:type="spellStart"/>
      <w:r w:rsidRPr="00846012">
        <w:rPr>
          <w:lang w:val="fr-FR"/>
        </w:rPr>
        <w:t>sau</w:t>
      </w:r>
      <w:proofErr w:type="spellEnd"/>
      <w:r w:rsidRPr="00846012">
        <w:rPr>
          <w:lang w:val="fr-FR"/>
        </w:rPr>
        <w:t xml:space="preserve"> a </w:t>
      </w:r>
      <w:proofErr w:type="spellStart"/>
      <w:r w:rsidRPr="00846012">
        <w:rPr>
          <w:lang w:val="fr-FR"/>
        </w:rPr>
        <w:t>Asigurătorului</w:t>
      </w:r>
      <w:proofErr w:type="spellEnd"/>
      <w:r w:rsidRPr="00846012">
        <w:rPr>
          <w:lang w:val="fr-FR"/>
        </w:rPr>
        <w:t xml:space="preserve"> </w:t>
      </w:r>
      <w:proofErr w:type="spellStart"/>
      <w:r w:rsidRPr="00846012">
        <w:rPr>
          <w:lang w:val="fr-FR"/>
        </w:rPr>
        <w:t>sunt</w:t>
      </w:r>
      <w:proofErr w:type="spellEnd"/>
      <w:r w:rsidRPr="00846012">
        <w:rPr>
          <w:lang w:val="fr-FR"/>
        </w:rPr>
        <w:t xml:space="preserve"> </w:t>
      </w:r>
      <w:proofErr w:type="spellStart"/>
      <w:r w:rsidRPr="00846012">
        <w:rPr>
          <w:lang w:val="fr-FR"/>
        </w:rPr>
        <w:t>suportate</w:t>
      </w:r>
      <w:proofErr w:type="spellEnd"/>
      <w:r w:rsidRPr="00846012">
        <w:rPr>
          <w:lang w:val="fr-FR"/>
        </w:rPr>
        <w:t xml:space="preserve"> </w:t>
      </w:r>
      <w:proofErr w:type="spellStart"/>
      <w:r w:rsidRPr="00846012">
        <w:rPr>
          <w:lang w:val="fr-FR"/>
        </w:rPr>
        <w:t>integral</w:t>
      </w:r>
      <w:proofErr w:type="spellEnd"/>
      <w:r w:rsidRPr="00846012">
        <w:rPr>
          <w:lang w:val="fr-FR"/>
        </w:rPr>
        <w:t xml:space="preserve"> de </w:t>
      </w:r>
      <w:proofErr w:type="spellStart"/>
      <w:r w:rsidRPr="00846012">
        <w:rPr>
          <w:lang w:val="fr-FR"/>
        </w:rPr>
        <w:t>aceștia</w:t>
      </w:r>
      <w:proofErr w:type="spellEnd"/>
      <w:r w:rsidRPr="00846012">
        <w:rPr>
          <w:lang w:val="fr-FR"/>
        </w:rPr>
        <w:t xml:space="preserve">, </w:t>
      </w:r>
      <w:proofErr w:type="spellStart"/>
      <w:r w:rsidRPr="00846012">
        <w:rPr>
          <w:lang w:val="fr-FR"/>
        </w:rPr>
        <w:t>după</w:t>
      </w:r>
      <w:proofErr w:type="spellEnd"/>
      <w:r w:rsidRPr="00846012">
        <w:rPr>
          <w:lang w:val="fr-FR"/>
        </w:rPr>
        <w:t xml:space="preserve"> </w:t>
      </w:r>
      <w:proofErr w:type="spellStart"/>
      <w:r w:rsidRPr="00846012">
        <w:rPr>
          <w:lang w:val="fr-FR"/>
        </w:rPr>
        <w:t>caz</w:t>
      </w:r>
      <w:proofErr w:type="spellEnd"/>
      <w:r w:rsidRPr="00846012">
        <w:rPr>
          <w:lang w:val="fr-FR"/>
        </w:rPr>
        <w:t>.</w:t>
      </w:r>
    </w:p>
    <w:p w14:paraId="7902E3AA" w14:textId="77777777" w:rsidR="003260D0" w:rsidRPr="00846012" w:rsidRDefault="00916C8E">
      <w:pPr>
        <w:pStyle w:val="Heading2"/>
        <w:rPr>
          <w:lang w:val="fr-FR"/>
        </w:rPr>
      </w:pPr>
      <w:r w:rsidRPr="00846012">
        <w:rPr>
          <w:rFonts w:ascii="Arial" w:hAnsi="Arial"/>
          <w:lang w:val="fr-FR"/>
        </w:rPr>
        <w:t xml:space="preserve">10. </w:t>
      </w:r>
      <w:proofErr w:type="spellStart"/>
      <w:r w:rsidRPr="00846012">
        <w:rPr>
          <w:rFonts w:ascii="Arial" w:hAnsi="Arial"/>
          <w:lang w:val="fr-FR"/>
        </w:rPr>
        <w:t>Denunțarea</w:t>
      </w:r>
      <w:proofErr w:type="spellEnd"/>
      <w:r w:rsidRPr="00846012">
        <w:rPr>
          <w:rFonts w:ascii="Arial" w:hAnsi="Arial"/>
          <w:lang w:val="fr-FR"/>
        </w:rPr>
        <w:t xml:space="preserve"> </w:t>
      </w:r>
      <w:proofErr w:type="spellStart"/>
      <w:r w:rsidRPr="00846012">
        <w:rPr>
          <w:rFonts w:ascii="Arial" w:hAnsi="Arial"/>
          <w:lang w:val="fr-FR"/>
        </w:rPr>
        <w:t>contractului</w:t>
      </w:r>
      <w:proofErr w:type="spellEnd"/>
      <w:r w:rsidRPr="00846012">
        <w:rPr>
          <w:rFonts w:ascii="Arial" w:hAnsi="Arial"/>
          <w:lang w:val="fr-FR"/>
        </w:rPr>
        <w:t xml:space="preserve"> de </w:t>
      </w:r>
      <w:proofErr w:type="spellStart"/>
      <w:r w:rsidRPr="00846012">
        <w:rPr>
          <w:rFonts w:ascii="Arial" w:hAnsi="Arial"/>
          <w:lang w:val="fr-FR"/>
        </w:rPr>
        <w:t>asigurare</w:t>
      </w:r>
      <w:proofErr w:type="spellEnd"/>
      <w:r w:rsidRPr="00846012">
        <w:rPr>
          <w:rFonts w:ascii="Arial" w:hAnsi="Arial"/>
          <w:lang w:val="fr-FR"/>
        </w:rPr>
        <w:t xml:space="preserve"> RCA</w:t>
      </w:r>
    </w:p>
    <w:p w14:paraId="7EE4F66D" w14:textId="77777777" w:rsidR="003260D0" w:rsidRPr="00846012" w:rsidRDefault="00916C8E">
      <w:pPr>
        <w:pStyle w:val="Heading3"/>
        <w:rPr>
          <w:lang w:val="fr-FR"/>
        </w:rPr>
      </w:pPr>
      <w:r w:rsidRPr="00846012">
        <w:rPr>
          <w:rFonts w:ascii="Arial" w:hAnsi="Arial"/>
          <w:lang w:val="fr-FR"/>
        </w:rPr>
        <w:t xml:space="preserve">10.1. </w:t>
      </w:r>
      <w:proofErr w:type="spellStart"/>
      <w:r w:rsidRPr="00846012">
        <w:rPr>
          <w:rFonts w:ascii="Arial" w:hAnsi="Arial"/>
          <w:lang w:val="fr-FR"/>
        </w:rPr>
        <w:t>Reglementări</w:t>
      </w:r>
      <w:proofErr w:type="spellEnd"/>
      <w:r w:rsidRPr="00846012">
        <w:rPr>
          <w:rFonts w:ascii="Arial" w:hAnsi="Arial"/>
          <w:lang w:val="fr-FR"/>
        </w:rPr>
        <w:t xml:space="preserve"> </w:t>
      </w:r>
      <w:proofErr w:type="spellStart"/>
      <w:r w:rsidRPr="00846012">
        <w:rPr>
          <w:rFonts w:ascii="Arial" w:hAnsi="Arial"/>
          <w:lang w:val="fr-FR"/>
        </w:rPr>
        <w:t>aplicabile</w:t>
      </w:r>
      <w:proofErr w:type="spellEnd"/>
    </w:p>
    <w:p w14:paraId="30CEB599" w14:textId="77777777" w:rsidR="003260D0" w:rsidRPr="00846012" w:rsidRDefault="00916C8E">
      <w:pPr>
        <w:spacing w:after="120"/>
        <w:jc w:val="both"/>
        <w:rPr>
          <w:lang w:val="fr-FR"/>
        </w:rPr>
      </w:pPr>
      <w:proofErr w:type="spellStart"/>
      <w:r w:rsidRPr="00846012">
        <w:rPr>
          <w:lang w:val="fr-FR"/>
        </w:rPr>
        <w:t>În</w:t>
      </w:r>
      <w:proofErr w:type="spellEnd"/>
      <w:r w:rsidRPr="00846012">
        <w:rPr>
          <w:lang w:val="fr-FR"/>
        </w:rPr>
        <w:t xml:space="preserve"> </w:t>
      </w:r>
      <w:proofErr w:type="spellStart"/>
      <w:r w:rsidRPr="00846012">
        <w:rPr>
          <w:lang w:val="fr-FR"/>
        </w:rPr>
        <w:t>privința</w:t>
      </w:r>
      <w:proofErr w:type="spellEnd"/>
      <w:r w:rsidRPr="00846012">
        <w:rPr>
          <w:lang w:val="fr-FR"/>
        </w:rPr>
        <w:t xml:space="preserve"> </w:t>
      </w:r>
      <w:proofErr w:type="spellStart"/>
      <w:r w:rsidRPr="00846012">
        <w:rPr>
          <w:lang w:val="fr-FR"/>
        </w:rPr>
        <w:t>asigurării</w:t>
      </w:r>
      <w:proofErr w:type="spellEnd"/>
      <w:r w:rsidRPr="00846012">
        <w:rPr>
          <w:lang w:val="fr-FR"/>
        </w:rPr>
        <w:t xml:space="preserve"> RCA, </w:t>
      </w:r>
      <w:proofErr w:type="spellStart"/>
      <w:r w:rsidRPr="00846012">
        <w:rPr>
          <w:lang w:val="fr-FR"/>
        </w:rPr>
        <w:t>denunțarea</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renunțarea</w:t>
      </w:r>
      <w:proofErr w:type="spellEnd"/>
      <w:r w:rsidRPr="00846012">
        <w:rPr>
          <w:lang w:val="fr-FR"/>
        </w:rPr>
        <w:t xml:space="preserve"> </w:t>
      </w:r>
      <w:proofErr w:type="spellStart"/>
      <w:r w:rsidRPr="00846012">
        <w:rPr>
          <w:lang w:val="fr-FR"/>
        </w:rPr>
        <w:t>Utilizatorului</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calitate</w:t>
      </w:r>
      <w:proofErr w:type="spellEnd"/>
      <w:r w:rsidRPr="00846012">
        <w:rPr>
          <w:lang w:val="fr-FR"/>
        </w:rPr>
        <w:t xml:space="preserve"> de contractant </w:t>
      </w:r>
      <w:proofErr w:type="spellStart"/>
      <w:r w:rsidRPr="00846012">
        <w:rPr>
          <w:lang w:val="fr-FR"/>
        </w:rPr>
        <w:t>sau</w:t>
      </w:r>
      <w:proofErr w:type="spellEnd"/>
      <w:r w:rsidRPr="00846012">
        <w:rPr>
          <w:lang w:val="fr-FR"/>
        </w:rPr>
        <w:t xml:space="preserve"> de </w:t>
      </w:r>
      <w:proofErr w:type="spellStart"/>
      <w:r w:rsidRPr="00846012">
        <w:rPr>
          <w:lang w:val="fr-FR"/>
        </w:rPr>
        <w:t>asigurat</w:t>
      </w:r>
      <w:proofErr w:type="spellEnd"/>
      <w:r w:rsidRPr="00846012">
        <w:rPr>
          <w:lang w:val="fr-FR"/>
        </w:rPr>
        <w:t xml:space="preserve">) la </w:t>
      </w:r>
      <w:proofErr w:type="spellStart"/>
      <w:r w:rsidRPr="00846012">
        <w:rPr>
          <w:lang w:val="fr-FR"/>
        </w:rPr>
        <w:t>contract</w:t>
      </w:r>
      <w:proofErr w:type="spellEnd"/>
      <w:r w:rsidRPr="00846012">
        <w:rPr>
          <w:lang w:val="fr-FR"/>
        </w:rPr>
        <w:t xml:space="preserve"> se </w:t>
      </w:r>
      <w:proofErr w:type="spellStart"/>
      <w:r w:rsidRPr="00846012">
        <w:rPr>
          <w:lang w:val="fr-FR"/>
        </w:rPr>
        <w:t>efectuează</w:t>
      </w:r>
      <w:proofErr w:type="spellEnd"/>
      <w:r w:rsidRPr="00846012">
        <w:rPr>
          <w:lang w:val="fr-FR"/>
        </w:rPr>
        <w:t xml:space="preserve"> </w:t>
      </w:r>
      <w:proofErr w:type="spellStart"/>
      <w:r w:rsidRPr="00846012">
        <w:rPr>
          <w:lang w:val="fr-FR"/>
        </w:rPr>
        <w:t>exclusiv</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condițiile</w:t>
      </w:r>
      <w:proofErr w:type="spellEnd"/>
      <w:r w:rsidRPr="00846012">
        <w:rPr>
          <w:lang w:val="fr-FR"/>
        </w:rPr>
        <w:t xml:space="preserve"> </w:t>
      </w:r>
      <w:proofErr w:type="spellStart"/>
      <w:r w:rsidRPr="00846012">
        <w:rPr>
          <w:lang w:val="fr-FR"/>
        </w:rPr>
        <w:t>prevăzute</w:t>
      </w:r>
      <w:proofErr w:type="spellEnd"/>
      <w:r w:rsidRPr="00846012">
        <w:rPr>
          <w:lang w:val="fr-FR"/>
        </w:rPr>
        <w:t xml:space="preserve"> de </w:t>
      </w:r>
      <w:proofErr w:type="spellStart"/>
      <w:r w:rsidRPr="00846012">
        <w:rPr>
          <w:b/>
          <w:lang w:val="fr-FR"/>
        </w:rPr>
        <w:t>Legea</w:t>
      </w:r>
      <w:proofErr w:type="spellEnd"/>
      <w:r w:rsidRPr="00846012">
        <w:rPr>
          <w:b/>
          <w:lang w:val="fr-FR"/>
        </w:rPr>
        <w:t xml:space="preserve"> nr. 132/2017 </w:t>
      </w:r>
      <w:proofErr w:type="spellStart"/>
      <w:r w:rsidRPr="00846012">
        <w:rPr>
          <w:b/>
          <w:lang w:val="fr-FR"/>
        </w:rPr>
        <w:t>privind</w:t>
      </w:r>
      <w:proofErr w:type="spellEnd"/>
      <w:r w:rsidRPr="00846012">
        <w:rPr>
          <w:b/>
          <w:lang w:val="fr-FR"/>
        </w:rPr>
        <w:t xml:space="preserve"> </w:t>
      </w:r>
      <w:proofErr w:type="spellStart"/>
      <w:r w:rsidRPr="00846012">
        <w:rPr>
          <w:b/>
          <w:lang w:val="fr-FR"/>
        </w:rPr>
        <w:t>asigurarea</w:t>
      </w:r>
      <w:proofErr w:type="spellEnd"/>
      <w:r w:rsidRPr="00846012">
        <w:rPr>
          <w:b/>
          <w:lang w:val="fr-FR"/>
        </w:rPr>
        <w:t xml:space="preserve"> </w:t>
      </w:r>
      <w:proofErr w:type="spellStart"/>
      <w:r w:rsidRPr="00846012">
        <w:rPr>
          <w:b/>
          <w:lang w:val="fr-FR"/>
        </w:rPr>
        <w:t>obligatorie</w:t>
      </w:r>
      <w:proofErr w:type="spellEnd"/>
      <w:r w:rsidRPr="00846012">
        <w:rPr>
          <w:b/>
          <w:lang w:val="fr-FR"/>
        </w:rPr>
        <w:t xml:space="preserve"> de </w:t>
      </w:r>
      <w:proofErr w:type="spellStart"/>
      <w:r w:rsidRPr="00846012">
        <w:rPr>
          <w:b/>
          <w:lang w:val="fr-FR"/>
        </w:rPr>
        <w:t>răspundere</w:t>
      </w:r>
      <w:proofErr w:type="spellEnd"/>
      <w:r w:rsidRPr="00846012">
        <w:rPr>
          <w:b/>
          <w:lang w:val="fr-FR"/>
        </w:rPr>
        <w:t xml:space="preserve"> </w:t>
      </w:r>
      <w:proofErr w:type="spellStart"/>
      <w:r w:rsidRPr="00846012">
        <w:rPr>
          <w:b/>
          <w:lang w:val="fr-FR"/>
        </w:rPr>
        <w:t>civilă</w:t>
      </w:r>
      <w:proofErr w:type="spellEnd"/>
      <w:r w:rsidRPr="00846012">
        <w:rPr>
          <w:b/>
          <w:lang w:val="fr-FR"/>
        </w:rPr>
        <w:t xml:space="preserve"> auto</w:t>
      </w:r>
      <w:r w:rsidRPr="00846012">
        <w:rPr>
          <w:lang w:val="fr-FR"/>
        </w:rPr>
        <w:t xml:space="preserve"> </w:t>
      </w:r>
      <w:proofErr w:type="spellStart"/>
      <w:r w:rsidRPr="00846012">
        <w:rPr>
          <w:lang w:val="fr-FR"/>
        </w:rPr>
        <w:t>și</w:t>
      </w:r>
      <w:proofErr w:type="spellEnd"/>
      <w:r w:rsidRPr="00846012">
        <w:rPr>
          <w:lang w:val="fr-FR"/>
        </w:rPr>
        <w:t xml:space="preserve"> de </w:t>
      </w:r>
      <w:proofErr w:type="spellStart"/>
      <w:r w:rsidRPr="00846012">
        <w:rPr>
          <w:lang w:val="fr-FR"/>
        </w:rPr>
        <w:t>prevederile</w:t>
      </w:r>
      <w:proofErr w:type="spellEnd"/>
      <w:r w:rsidRPr="00846012">
        <w:rPr>
          <w:lang w:val="fr-FR"/>
        </w:rPr>
        <w:t xml:space="preserve"> </w:t>
      </w:r>
      <w:proofErr w:type="spellStart"/>
      <w:r w:rsidRPr="00846012">
        <w:rPr>
          <w:lang w:val="fr-FR"/>
        </w:rPr>
        <w:t>contractului</w:t>
      </w:r>
      <w:proofErr w:type="spellEnd"/>
      <w:r w:rsidRPr="00846012">
        <w:rPr>
          <w:lang w:val="fr-FR"/>
        </w:rPr>
        <w:t xml:space="preserve"> de </w:t>
      </w:r>
      <w:proofErr w:type="spellStart"/>
      <w:r w:rsidRPr="00846012">
        <w:rPr>
          <w:lang w:val="fr-FR"/>
        </w:rPr>
        <w:t>asigurare</w:t>
      </w:r>
      <w:proofErr w:type="spellEnd"/>
      <w:r w:rsidRPr="00846012">
        <w:rPr>
          <w:lang w:val="fr-FR"/>
        </w:rPr>
        <w:t>.</w:t>
      </w:r>
    </w:p>
    <w:p w14:paraId="05198E1F" w14:textId="77777777" w:rsidR="003260D0" w:rsidRPr="00846012" w:rsidRDefault="00916C8E">
      <w:pPr>
        <w:pStyle w:val="Heading3"/>
        <w:rPr>
          <w:lang w:val="fr-FR"/>
        </w:rPr>
      </w:pPr>
      <w:r w:rsidRPr="00846012">
        <w:rPr>
          <w:rFonts w:ascii="Arial" w:hAnsi="Arial"/>
          <w:lang w:val="fr-FR"/>
        </w:rPr>
        <w:t xml:space="preserve">10.2. </w:t>
      </w:r>
      <w:proofErr w:type="spellStart"/>
      <w:r w:rsidRPr="00846012">
        <w:rPr>
          <w:rFonts w:ascii="Arial" w:hAnsi="Arial"/>
          <w:lang w:val="fr-FR"/>
        </w:rPr>
        <w:t>Dreptul</w:t>
      </w:r>
      <w:proofErr w:type="spellEnd"/>
      <w:r w:rsidRPr="00846012">
        <w:rPr>
          <w:rFonts w:ascii="Arial" w:hAnsi="Arial"/>
          <w:lang w:val="fr-FR"/>
        </w:rPr>
        <w:t xml:space="preserve"> de </w:t>
      </w:r>
      <w:proofErr w:type="spellStart"/>
      <w:r w:rsidRPr="00846012">
        <w:rPr>
          <w:rFonts w:ascii="Arial" w:hAnsi="Arial"/>
          <w:lang w:val="fr-FR"/>
        </w:rPr>
        <w:t>denunțare</w:t>
      </w:r>
      <w:proofErr w:type="spellEnd"/>
      <w:r w:rsidRPr="00846012">
        <w:rPr>
          <w:rFonts w:ascii="Arial" w:hAnsi="Arial"/>
          <w:lang w:val="fr-FR"/>
        </w:rPr>
        <w:t xml:space="preserve"> </w:t>
      </w:r>
      <w:proofErr w:type="spellStart"/>
      <w:r w:rsidRPr="00846012">
        <w:rPr>
          <w:rFonts w:ascii="Arial" w:hAnsi="Arial"/>
          <w:lang w:val="fr-FR"/>
        </w:rPr>
        <w:t>unilaterală</w:t>
      </w:r>
      <w:proofErr w:type="spellEnd"/>
    </w:p>
    <w:p w14:paraId="406DDF14" w14:textId="77777777" w:rsidR="003260D0" w:rsidRPr="00846012" w:rsidRDefault="00916C8E">
      <w:pPr>
        <w:spacing w:after="120"/>
        <w:jc w:val="both"/>
        <w:rPr>
          <w:lang w:val="fr-FR"/>
        </w:rPr>
      </w:pPr>
      <w:proofErr w:type="spellStart"/>
      <w:r w:rsidRPr="00846012">
        <w:rPr>
          <w:lang w:val="fr-FR"/>
        </w:rPr>
        <w:t>Conform</w:t>
      </w:r>
      <w:proofErr w:type="spellEnd"/>
      <w:r w:rsidRPr="00846012">
        <w:rPr>
          <w:lang w:val="fr-FR"/>
        </w:rPr>
        <w:t xml:space="preserve"> </w:t>
      </w:r>
      <w:proofErr w:type="spellStart"/>
      <w:r w:rsidRPr="00846012">
        <w:rPr>
          <w:lang w:val="fr-FR"/>
        </w:rPr>
        <w:t>Legii</w:t>
      </w:r>
      <w:proofErr w:type="spellEnd"/>
      <w:r w:rsidRPr="00846012">
        <w:rPr>
          <w:lang w:val="fr-FR"/>
        </w:rPr>
        <w:t xml:space="preserve"> nr. 132/2017, </w:t>
      </w:r>
      <w:proofErr w:type="spellStart"/>
      <w:r w:rsidRPr="00846012">
        <w:rPr>
          <w:b/>
          <w:lang w:val="fr-FR"/>
        </w:rPr>
        <w:t>dreptul</w:t>
      </w:r>
      <w:proofErr w:type="spellEnd"/>
      <w:r w:rsidRPr="00846012">
        <w:rPr>
          <w:b/>
          <w:lang w:val="fr-FR"/>
        </w:rPr>
        <w:t xml:space="preserve"> </w:t>
      </w:r>
      <w:proofErr w:type="spellStart"/>
      <w:r w:rsidRPr="00846012">
        <w:rPr>
          <w:b/>
          <w:lang w:val="fr-FR"/>
        </w:rPr>
        <w:t>general</w:t>
      </w:r>
      <w:proofErr w:type="spellEnd"/>
      <w:r w:rsidRPr="00846012">
        <w:rPr>
          <w:b/>
          <w:lang w:val="fr-FR"/>
        </w:rPr>
        <w:t xml:space="preserve"> de </w:t>
      </w:r>
      <w:proofErr w:type="spellStart"/>
      <w:r w:rsidRPr="00846012">
        <w:rPr>
          <w:b/>
          <w:lang w:val="fr-FR"/>
        </w:rPr>
        <w:t>denunțare</w:t>
      </w:r>
      <w:proofErr w:type="spellEnd"/>
      <w:r w:rsidRPr="00846012">
        <w:rPr>
          <w:b/>
          <w:lang w:val="fr-FR"/>
        </w:rPr>
        <w:t xml:space="preserve"> </w:t>
      </w:r>
      <w:proofErr w:type="spellStart"/>
      <w:r w:rsidRPr="00846012">
        <w:rPr>
          <w:b/>
          <w:lang w:val="fr-FR"/>
        </w:rPr>
        <w:t>unilaterală</w:t>
      </w:r>
      <w:proofErr w:type="spellEnd"/>
      <w:r w:rsidRPr="00846012">
        <w:rPr>
          <w:b/>
          <w:lang w:val="fr-FR"/>
        </w:rPr>
        <w:t xml:space="preserve"> </w:t>
      </w:r>
      <w:proofErr w:type="spellStart"/>
      <w:r w:rsidRPr="00846012">
        <w:rPr>
          <w:b/>
          <w:lang w:val="fr-FR"/>
        </w:rPr>
        <w:t>în</w:t>
      </w:r>
      <w:proofErr w:type="spellEnd"/>
      <w:r w:rsidRPr="00846012">
        <w:rPr>
          <w:b/>
          <w:lang w:val="fr-FR"/>
        </w:rPr>
        <w:t xml:space="preserve"> </w:t>
      </w:r>
      <w:proofErr w:type="spellStart"/>
      <w:r w:rsidRPr="00846012">
        <w:rPr>
          <w:b/>
          <w:lang w:val="fr-FR"/>
        </w:rPr>
        <w:t>termen</w:t>
      </w:r>
      <w:proofErr w:type="spellEnd"/>
      <w:r w:rsidRPr="00846012">
        <w:rPr>
          <w:b/>
          <w:lang w:val="fr-FR"/>
        </w:rPr>
        <w:t xml:space="preserve"> de 14 </w:t>
      </w:r>
      <w:proofErr w:type="spellStart"/>
      <w:r w:rsidRPr="00846012">
        <w:rPr>
          <w:b/>
          <w:lang w:val="fr-FR"/>
        </w:rPr>
        <w:t>zile</w:t>
      </w:r>
      <w:proofErr w:type="spellEnd"/>
      <w:r w:rsidRPr="00846012">
        <w:rPr>
          <w:b/>
          <w:lang w:val="fr-FR"/>
        </w:rPr>
        <w:t xml:space="preserve"> (</w:t>
      </w:r>
      <w:proofErr w:type="spellStart"/>
      <w:r w:rsidRPr="00846012">
        <w:rPr>
          <w:b/>
          <w:lang w:val="fr-FR"/>
        </w:rPr>
        <w:t>specific</w:t>
      </w:r>
      <w:proofErr w:type="spellEnd"/>
      <w:r w:rsidRPr="00846012">
        <w:rPr>
          <w:b/>
          <w:lang w:val="fr-FR"/>
        </w:rPr>
        <w:t xml:space="preserve"> </w:t>
      </w:r>
      <w:proofErr w:type="spellStart"/>
      <w:r w:rsidRPr="00846012">
        <w:rPr>
          <w:b/>
          <w:lang w:val="fr-FR"/>
        </w:rPr>
        <w:t>contractelor</w:t>
      </w:r>
      <w:proofErr w:type="spellEnd"/>
      <w:r w:rsidRPr="00846012">
        <w:rPr>
          <w:b/>
          <w:lang w:val="fr-FR"/>
        </w:rPr>
        <w:t xml:space="preserve"> la </w:t>
      </w:r>
      <w:proofErr w:type="spellStart"/>
      <w:r w:rsidRPr="00846012">
        <w:rPr>
          <w:b/>
          <w:lang w:val="fr-FR"/>
        </w:rPr>
        <w:t>distanță</w:t>
      </w:r>
      <w:proofErr w:type="spellEnd"/>
      <w:r w:rsidRPr="00846012">
        <w:rPr>
          <w:b/>
          <w:lang w:val="fr-FR"/>
        </w:rPr>
        <w:t xml:space="preserve">) NU se </w:t>
      </w:r>
      <w:proofErr w:type="spellStart"/>
      <w:r w:rsidRPr="00846012">
        <w:rPr>
          <w:b/>
          <w:lang w:val="fr-FR"/>
        </w:rPr>
        <w:t>aplică</w:t>
      </w:r>
      <w:proofErr w:type="spellEnd"/>
      <w:r w:rsidRPr="00846012">
        <w:rPr>
          <w:b/>
          <w:lang w:val="fr-FR"/>
        </w:rPr>
        <w:t xml:space="preserve"> </w:t>
      </w:r>
      <w:proofErr w:type="spellStart"/>
      <w:r w:rsidRPr="00846012">
        <w:rPr>
          <w:b/>
          <w:lang w:val="fr-FR"/>
        </w:rPr>
        <w:t>polițelor</w:t>
      </w:r>
      <w:proofErr w:type="spellEnd"/>
      <w:r w:rsidRPr="00846012">
        <w:rPr>
          <w:b/>
          <w:lang w:val="fr-FR"/>
        </w:rPr>
        <w:t xml:space="preserve"> RCA</w:t>
      </w:r>
      <w:r w:rsidRPr="00846012">
        <w:rPr>
          <w:lang w:val="fr-FR"/>
        </w:rPr>
        <w:t xml:space="preserve">, </w:t>
      </w:r>
      <w:proofErr w:type="spellStart"/>
      <w:r w:rsidRPr="00846012">
        <w:rPr>
          <w:lang w:val="fr-FR"/>
        </w:rPr>
        <w:t>întrucât</w:t>
      </w:r>
      <w:proofErr w:type="spellEnd"/>
      <w:r w:rsidRPr="00846012">
        <w:rPr>
          <w:lang w:val="fr-FR"/>
        </w:rPr>
        <w:t xml:space="preserve"> </w:t>
      </w:r>
      <w:proofErr w:type="spellStart"/>
      <w:r w:rsidRPr="00846012">
        <w:rPr>
          <w:lang w:val="fr-FR"/>
        </w:rPr>
        <w:t>acestea</w:t>
      </w:r>
      <w:proofErr w:type="spellEnd"/>
      <w:r w:rsidRPr="00846012">
        <w:rPr>
          <w:lang w:val="fr-FR"/>
        </w:rPr>
        <w:t xml:space="preserve"> </w:t>
      </w:r>
      <w:proofErr w:type="spellStart"/>
      <w:r w:rsidRPr="00846012">
        <w:rPr>
          <w:lang w:val="fr-FR"/>
        </w:rPr>
        <w:t>sunt</w:t>
      </w:r>
      <w:proofErr w:type="spellEnd"/>
      <w:r w:rsidRPr="00846012">
        <w:rPr>
          <w:lang w:val="fr-FR"/>
        </w:rPr>
        <w:t xml:space="preserve"> </w:t>
      </w:r>
      <w:proofErr w:type="spellStart"/>
      <w:r w:rsidRPr="00846012">
        <w:rPr>
          <w:lang w:val="fr-FR"/>
        </w:rPr>
        <w:t>asigurări</w:t>
      </w:r>
      <w:proofErr w:type="spellEnd"/>
      <w:r w:rsidRPr="00846012">
        <w:rPr>
          <w:lang w:val="fr-FR"/>
        </w:rPr>
        <w:t xml:space="preserve"> </w:t>
      </w:r>
      <w:proofErr w:type="spellStart"/>
      <w:r w:rsidRPr="00846012">
        <w:rPr>
          <w:lang w:val="fr-FR"/>
        </w:rPr>
        <w:t>obligatorii</w:t>
      </w:r>
      <w:proofErr w:type="spellEnd"/>
      <w:r w:rsidRPr="00846012">
        <w:rPr>
          <w:lang w:val="fr-FR"/>
        </w:rPr>
        <w:t xml:space="preserve"> prin lege.</w:t>
      </w:r>
    </w:p>
    <w:p w14:paraId="5213D55C" w14:textId="77777777" w:rsidR="003260D0" w:rsidRPr="00846012" w:rsidRDefault="00916C8E">
      <w:pPr>
        <w:pStyle w:val="Heading3"/>
        <w:rPr>
          <w:lang w:val="fr-FR"/>
        </w:rPr>
      </w:pPr>
      <w:r w:rsidRPr="00846012">
        <w:rPr>
          <w:rFonts w:ascii="Arial" w:hAnsi="Arial"/>
          <w:lang w:val="fr-FR"/>
        </w:rPr>
        <w:t xml:space="preserve">10.3. </w:t>
      </w:r>
      <w:proofErr w:type="spellStart"/>
      <w:r w:rsidRPr="00846012">
        <w:rPr>
          <w:rFonts w:ascii="Arial" w:hAnsi="Arial"/>
          <w:lang w:val="fr-FR"/>
        </w:rPr>
        <w:t>Cazuri</w:t>
      </w:r>
      <w:proofErr w:type="spellEnd"/>
      <w:r w:rsidRPr="00846012">
        <w:rPr>
          <w:rFonts w:ascii="Arial" w:hAnsi="Arial"/>
          <w:lang w:val="fr-FR"/>
        </w:rPr>
        <w:t xml:space="preserve"> </w:t>
      </w:r>
      <w:proofErr w:type="spellStart"/>
      <w:r w:rsidRPr="00846012">
        <w:rPr>
          <w:rFonts w:ascii="Arial" w:hAnsi="Arial"/>
          <w:lang w:val="fr-FR"/>
        </w:rPr>
        <w:t>specifice</w:t>
      </w:r>
      <w:proofErr w:type="spellEnd"/>
      <w:r w:rsidRPr="00846012">
        <w:rPr>
          <w:rFonts w:ascii="Arial" w:hAnsi="Arial"/>
          <w:lang w:val="fr-FR"/>
        </w:rPr>
        <w:t xml:space="preserve"> de </w:t>
      </w:r>
      <w:proofErr w:type="spellStart"/>
      <w:r w:rsidRPr="00846012">
        <w:rPr>
          <w:rFonts w:ascii="Arial" w:hAnsi="Arial"/>
          <w:lang w:val="fr-FR"/>
        </w:rPr>
        <w:t>denunțare</w:t>
      </w:r>
      <w:proofErr w:type="spellEnd"/>
      <w:r w:rsidRPr="00846012">
        <w:rPr>
          <w:rFonts w:ascii="Arial" w:hAnsi="Arial"/>
          <w:lang w:val="fr-FR"/>
        </w:rPr>
        <w:t xml:space="preserve"> RCA</w:t>
      </w:r>
    </w:p>
    <w:p w14:paraId="5DED151E" w14:textId="77777777" w:rsidR="003260D0" w:rsidRPr="00846012" w:rsidRDefault="00916C8E">
      <w:pPr>
        <w:spacing w:after="120"/>
        <w:jc w:val="both"/>
        <w:rPr>
          <w:lang w:val="fr-FR"/>
        </w:rPr>
      </w:pPr>
      <w:r w:rsidRPr="00846012">
        <w:rPr>
          <w:b/>
          <w:lang w:val="fr-FR"/>
        </w:rPr>
        <w:t xml:space="preserve">a) </w:t>
      </w:r>
      <w:proofErr w:type="spellStart"/>
      <w:r w:rsidRPr="00846012">
        <w:rPr>
          <w:b/>
          <w:lang w:val="fr-FR"/>
        </w:rPr>
        <w:t>Asigurări</w:t>
      </w:r>
      <w:proofErr w:type="spellEnd"/>
      <w:r w:rsidRPr="00846012">
        <w:rPr>
          <w:b/>
          <w:lang w:val="fr-FR"/>
        </w:rPr>
        <w:t xml:space="preserve"> </w:t>
      </w:r>
      <w:proofErr w:type="spellStart"/>
      <w:r w:rsidRPr="00846012">
        <w:rPr>
          <w:b/>
          <w:lang w:val="fr-FR"/>
        </w:rPr>
        <w:t>duble</w:t>
      </w:r>
      <w:proofErr w:type="spellEnd"/>
      <w:r w:rsidRPr="00846012">
        <w:rPr>
          <w:b/>
          <w:lang w:val="fr-FR"/>
        </w:rPr>
        <w:t xml:space="preserve"> (art. 8 </w:t>
      </w:r>
      <w:proofErr w:type="spellStart"/>
      <w:r w:rsidRPr="00846012">
        <w:rPr>
          <w:b/>
          <w:lang w:val="fr-FR"/>
        </w:rPr>
        <w:t>alin</w:t>
      </w:r>
      <w:proofErr w:type="spellEnd"/>
      <w:r w:rsidRPr="00846012">
        <w:rPr>
          <w:b/>
          <w:lang w:val="fr-FR"/>
        </w:rPr>
        <w:t xml:space="preserve">. (3) </w:t>
      </w:r>
      <w:proofErr w:type="spellStart"/>
      <w:r w:rsidRPr="00846012">
        <w:rPr>
          <w:b/>
          <w:lang w:val="fr-FR"/>
        </w:rPr>
        <w:t>din</w:t>
      </w:r>
      <w:proofErr w:type="spellEnd"/>
      <w:r w:rsidRPr="00846012">
        <w:rPr>
          <w:b/>
          <w:lang w:val="fr-FR"/>
        </w:rPr>
        <w:t xml:space="preserve"> </w:t>
      </w:r>
      <w:proofErr w:type="spellStart"/>
      <w:r w:rsidRPr="00846012">
        <w:rPr>
          <w:b/>
          <w:lang w:val="fr-FR"/>
        </w:rPr>
        <w:t>Legea</w:t>
      </w:r>
      <w:proofErr w:type="spellEnd"/>
      <w:r w:rsidRPr="00846012">
        <w:rPr>
          <w:b/>
          <w:lang w:val="fr-FR"/>
        </w:rPr>
        <w:t xml:space="preserve"> nr. 132/2017</w:t>
      </w:r>
      <w:proofErr w:type="gramStart"/>
      <w:r w:rsidRPr="00846012">
        <w:rPr>
          <w:b/>
          <w:lang w:val="fr-FR"/>
        </w:rPr>
        <w:t>):</w:t>
      </w:r>
      <w:proofErr w:type="gramEnd"/>
    </w:p>
    <w:p w14:paraId="6B5012E9" w14:textId="77777777" w:rsidR="003260D0" w:rsidRPr="00846012" w:rsidRDefault="00916C8E">
      <w:pPr>
        <w:spacing w:after="120"/>
        <w:jc w:val="both"/>
        <w:rPr>
          <w:lang w:val="fr-FR"/>
        </w:rPr>
      </w:pPr>
      <w:proofErr w:type="spellStart"/>
      <w:r w:rsidRPr="00846012">
        <w:rPr>
          <w:lang w:val="fr-FR"/>
        </w:rPr>
        <w:t>În</w:t>
      </w:r>
      <w:proofErr w:type="spellEnd"/>
      <w:r w:rsidRPr="00846012">
        <w:rPr>
          <w:lang w:val="fr-FR"/>
        </w:rPr>
        <w:t xml:space="preserve"> </w:t>
      </w:r>
      <w:proofErr w:type="spellStart"/>
      <w:r w:rsidRPr="00846012">
        <w:rPr>
          <w:lang w:val="fr-FR"/>
        </w:rPr>
        <w:t>situația</w:t>
      </w:r>
      <w:proofErr w:type="spellEnd"/>
      <w:r w:rsidRPr="00846012">
        <w:rPr>
          <w:lang w:val="fr-FR"/>
        </w:rPr>
        <w:t xml:space="preserve"> </w:t>
      </w:r>
      <w:proofErr w:type="spellStart"/>
      <w:r w:rsidRPr="00846012">
        <w:rPr>
          <w:lang w:val="fr-FR"/>
        </w:rPr>
        <w:t>în</w:t>
      </w:r>
      <w:proofErr w:type="spellEnd"/>
      <w:r w:rsidRPr="00846012">
        <w:rPr>
          <w:lang w:val="fr-FR"/>
        </w:rPr>
        <w:t xml:space="preserve"> care </w:t>
      </w:r>
      <w:proofErr w:type="spellStart"/>
      <w:r w:rsidRPr="00846012">
        <w:rPr>
          <w:lang w:val="fr-FR"/>
        </w:rPr>
        <w:t>asiguratul</w:t>
      </w:r>
      <w:proofErr w:type="spellEnd"/>
      <w:r w:rsidRPr="00846012">
        <w:rPr>
          <w:lang w:val="fr-FR"/>
        </w:rPr>
        <w:t xml:space="preserve"> are mai </w:t>
      </w:r>
      <w:proofErr w:type="spellStart"/>
      <w:r w:rsidRPr="00846012">
        <w:rPr>
          <w:lang w:val="fr-FR"/>
        </w:rPr>
        <w:t>multe</w:t>
      </w:r>
      <w:proofErr w:type="spellEnd"/>
      <w:r w:rsidRPr="00846012">
        <w:rPr>
          <w:lang w:val="fr-FR"/>
        </w:rPr>
        <w:t xml:space="preserve"> contracte RCA </w:t>
      </w:r>
      <w:proofErr w:type="spellStart"/>
      <w:r w:rsidRPr="00846012">
        <w:rPr>
          <w:lang w:val="fr-FR"/>
        </w:rPr>
        <w:t>încheiate</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același</w:t>
      </w:r>
      <w:proofErr w:type="spellEnd"/>
      <w:r w:rsidRPr="00846012">
        <w:rPr>
          <w:lang w:val="fr-FR"/>
        </w:rPr>
        <w:t xml:space="preserve"> </w:t>
      </w:r>
      <w:proofErr w:type="spellStart"/>
      <w:r w:rsidRPr="00846012">
        <w:rPr>
          <w:lang w:val="fr-FR"/>
        </w:rPr>
        <w:t>vehicul</w:t>
      </w:r>
      <w:proofErr w:type="spellEnd"/>
      <w:r w:rsidRPr="00846012">
        <w:rPr>
          <w:lang w:val="fr-FR"/>
        </w:rPr>
        <w:t xml:space="preserve">, </w:t>
      </w:r>
      <w:proofErr w:type="spellStart"/>
      <w:r w:rsidRPr="00846012">
        <w:rPr>
          <w:lang w:val="fr-FR"/>
        </w:rPr>
        <w:t>acesta</w:t>
      </w:r>
      <w:proofErr w:type="spellEnd"/>
      <w:r w:rsidRPr="00846012">
        <w:rPr>
          <w:lang w:val="fr-FR"/>
        </w:rPr>
        <w:t xml:space="preserve"> </w:t>
      </w:r>
      <w:proofErr w:type="spellStart"/>
      <w:r w:rsidRPr="00846012">
        <w:rPr>
          <w:lang w:val="fr-FR"/>
        </w:rPr>
        <w:t>poate</w:t>
      </w:r>
      <w:proofErr w:type="spellEnd"/>
      <w:r w:rsidRPr="00846012">
        <w:rPr>
          <w:lang w:val="fr-FR"/>
        </w:rPr>
        <w:t xml:space="preserve"> </w:t>
      </w:r>
      <w:proofErr w:type="spellStart"/>
      <w:r w:rsidRPr="00846012">
        <w:rPr>
          <w:lang w:val="fr-FR"/>
        </w:rPr>
        <w:t>păstra</w:t>
      </w:r>
      <w:proofErr w:type="spellEnd"/>
      <w:r w:rsidRPr="00846012">
        <w:rPr>
          <w:lang w:val="fr-FR"/>
        </w:rPr>
        <w:t xml:space="preserve"> </w:t>
      </w:r>
      <w:proofErr w:type="spellStart"/>
      <w:r w:rsidRPr="00846012">
        <w:rPr>
          <w:lang w:val="fr-FR"/>
        </w:rPr>
        <w:t>primul</w:t>
      </w:r>
      <w:proofErr w:type="spellEnd"/>
      <w:r w:rsidRPr="00846012">
        <w:rPr>
          <w:lang w:val="fr-FR"/>
        </w:rPr>
        <w:t xml:space="preserve"> </w:t>
      </w:r>
      <w:proofErr w:type="spellStart"/>
      <w:r w:rsidRPr="00846012">
        <w:rPr>
          <w:lang w:val="fr-FR"/>
        </w:rPr>
        <w:t>contract</w:t>
      </w:r>
      <w:proofErr w:type="spellEnd"/>
      <w:r w:rsidRPr="00846012">
        <w:rPr>
          <w:lang w:val="fr-FR"/>
        </w:rPr>
        <w:t xml:space="preserve"> RCA </w:t>
      </w:r>
      <w:proofErr w:type="spellStart"/>
      <w:r w:rsidRPr="00846012">
        <w:rPr>
          <w:lang w:val="fr-FR"/>
        </w:rPr>
        <w:t>și</w:t>
      </w:r>
      <w:proofErr w:type="spellEnd"/>
      <w:r w:rsidRPr="00846012">
        <w:rPr>
          <w:lang w:val="fr-FR"/>
        </w:rPr>
        <w:t xml:space="preserve"> </w:t>
      </w:r>
      <w:proofErr w:type="spellStart"/>
      <w:r w:rsidRPr="00846012">
        <w:rPr>
          <w:lang w:val="fr-FR"/>
        </w:rPr>
        <w:t>poate</w:t>
      </w:r>
      <w:proofErr w:type="spellEnd"/>
      <w:r w:rsidRPr="00846012">
        <w:rPr>
          <w:lang w:val="fr-FR"/>
        </w:rPr>
        <w:t xml:space="preserve"> </w:t>
      </w:r>
      <w:proofErr w:type="spellStart"/>
      <w:r w:rsidRPr="00846012">
        <w:rPr>
          <w:lang w:val="fr-FR"/>
        </w:rPr>
        <w:t>rezilia</w:t>
      </w:r>
      <w:proofErr w:type="spellEnd"/>
      <w:r w:rsidRPr="00846012">
        <w:rPr>
          <w:lang w:val="fr-FR"/>
        </w:rPr>
        <w:t xml:space="preserve"> </w:t>
      </w:r>
      <w:proofErr w:type="spellStart"/>
      <w:r w:rsidRPr="00846012">
        <w:rPr>
          <w:lang w:val="fr-FR"/>
        </w:rPr>
        <w:t>celelalte</w:t>
      </w:r>
      <w:proofErr w:type="spellEnd"/>
      <w:r w:rsidRPr="00846012">
        <w:rPr>
          <w:lang w:val="fr-FR"/>
        </w:rPr>
        <w:t xml:space="preserve"> contracte care au data de </w:t>
      </w:r>
      <w:proofErr w:type="spellStart"/>
      <w:r w:rsidRPr="00846012">
        <w:rPr>
          <w:lang w:val="fr-FR"/>
        </w:rPr>
        <w:t>intrare</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vigoare</w:t>
      </w:r>
      <w:proofErr w:type="spellEnd"/>
      <w:r w:rsidRPr="00846012">
        <w:rPr>
          <w:lang w:val="fr-FR"/>
        </w:rPr>
        <w:t xml:space="preserve"> </w:t>
      </w:r>
      <w:proofErr w:type="spellStart"/>
      <w:r w:rsidRPr="00846012">
        <w:rPr>
          <w:lang w:val="fr-FR"/>
        </w:rPr>
        <w:t>ulterioară</w:t>
      </w:r>
      <w:proofErr w:type="spellEnd"/>
      <w:r w:rsidRPr="00846012">
        <w:rPr>
          <w:lang w:val="fr-FR"/>
        </w:rPr>
        <w:t xml:space="preserve"> </w:t>
      </w:r>
      <w:proofErr w:type="spellStart"/>
      <w:r w:rsidRPr="00846012">
        <w:rPr>
          <w:lang w:val="fr-FR"/>
        </w:rPr>
        <w:t>primului</w:t>
      </w:r>
      <w:proofErr w:type="spellEnd"/>
      <w:r w:rsidRPr="00846012">
        <w:rPr>
          <w:lang w:val="fr-FR"/>
        </w:rPr>
        <w:t xml:space="preserve">. </w:t>
      </w:r>
      <w:proofErr w:type="spellStart"/>
      <w:r w:rsidRPr="00846012">
        <w:rPr>
          <w:lang w:val="fr-FR"/>
        </w:rPr>
        <w:t>Acest</w:t>
      </w:r>
      <w:proofErr w:type="spellEnd"/>
      <w:r w:rsidRPr="00846012">
        <w:rPr>
          <w:lang w:val="fr-FR"/>
        </w:rPr>
        <w:t xml:space="preserve"> </w:t>
      </w:r>
      <w:proofErr w:type="spellStart"/>
      <w:r w:rsidRPr="00846012">
        <w:rPr>
          <w:lang w:val="fr-FR"/>
        </w:rPr>
        <w:t>drept</w:t>
      </w:r>
      <w:proofErr w:type="spellEnd"/>
      <w:r w:rsidRPr="00846012">
        <w:rPr>
          <w:lang w:val="fr-FR"/>
        </w:rPr>
        <w:t xml:space="preserve"> </w:t>
      </w:r>
      <w:proofErr w:type="spellStart"/>
      <w:r w:rsidRPr="00846012">
        <w:rPr>
          <w:lang w:val="fr-FR"/>
        </w:rPr>
        <w:t>poate</w:t>
      </w:r>
      <w:proofErr w:type="spellEnd"/>
      <w:r w:rsidRPr="00846012">
        <w:rPr>
          <w:lang w:val="fr-FR"/>
        </w:rPr>
        <w:t xml:space="preserve"> fi </w:t>
      </w:r>
      <w:proofErr w:type="spellStart"/>
      <w:r w:rsidRPr="00846012">
        <w:rPr>
          <w:lang w:val="fr-FR"/>
        </w:rPr>
        <w:t>exercitat</w:t>
      </w:r>
      <w:proofErr w:type="spellEnd"/>
      <w:r w:rsidRPr="00846012">
        <w:rPr>
          <w:lang w:val="fr-FR"/>
        </w:rPr>
        <w:t xml:space="preserve"> </w:t>
      </w:r>
      <w:r w:rsidRPr="00846012">
        <w:rPr>
          <w:b/>
          <w:lang w:val="fr-FR"/>
        </w:rPr>
        <w:t xml:space="preserve">o </w:t>
      </w:r>
      <w:proofErr w:type="spellStart"/>
      <w:r w:rsidRPr="00846012">
        <w:rPr>
          <w:b/>
          <w:lang w:val="fr-FR"/>
        </w:rPr>
        <w:t>singură</w:t>
      </w:r>
      <w:proofErr w:type="spellEnd"/>
      <w:r w:rsidRPr="00846012">
        <w:rPr>
          <w:b/>
          <w:lang w:val="fr-FR"/>
        </w:rPr>
        <w:t xml:space="preserve"> </w:t>
      </w:r>
      <w:proofErr w:type="spellStart"/>
      <w:r w:rsidRPr="00846012">
        <w:rPr>
          <w:b/>
          <w:lang w:val="fr-FR"/>
        </w:rPr>
        <w:t>dată</w:t>
      </w:r>
      <w:proofErr w:type="spellEnd"/>
      <w:r w:rsidRPr="00846012">
        <w:rPr>
          <w:b/>
          <w:lang w:val="fr-FR"/>
        </w:rPr>
        <w:t xml:space="preserve"> </w:t>
      </w:r>
      <w:proofErr w:type="spellStart"/>
      <w:r w:rsidRPr="00846012">
        <w:rPr>
          <w:b/>
          <w:lang w:val="fr-FR"/>
        </w:rPr>
        <w:t>pe</w:t>
      </w:r>
      <w:proofErr w:type="spellEnd"/>
      <w:r w:rsidRPr="00846012">
        <w:rPr>
          <w:b/>
          <w:lang w:val="fr-FR"/>
        </w:rPr>
        <w:t xml:space="preserve"> an </w:t>
      </w:r>
      <w:proofErr w:type="spellStart"/>
      <w:r w:rsidRPr="00846012">
        <w:rPr>
          <w:b/>
          <w:lang w:val="fr-FR"/>
        </w:rPr>
        <w:t>calendaristic</w:t>
      </w:r>
      <w:proofErr w:type="spellEnd"/>
      <w:r w:rsidRPr="00846012">
        <w:rPr>
          <w:lang w:val="fr-FR"/>
        </w:rPr>
        <w:t>.</w:t>
      </w:r>
    </w:p>
    <w:p w14:paraId="79F26DE0" w14:textId="77777777" w:rsidR="003260D0" w:rsidRPr="00846012" w:rsidRDefault="00916C8E">
      <w:pPr>
        <w:spacing w:after="120"/>
        <w:jc w:val="both"/>
        <w:rPr>
          <w:lang w:val="fr-FR"/>
        </w:rPr>
      </w:pPr>
      <w:r w:rsidRPr="00846012">
        <w:rPr>
          <w:b/>
          <w:lang w:val="fr-FR"/>
        </w:rPr>
        <w:t xml:space="preserve">b) </w:t>
      </w:r>
      <w:proofErr w:type="spellStart"/>
      <w:r w:rsidRPr="00846012">
        <w:rPr>
          <w:b/>
          <w:lang w:val="fr-FR"/>
        </w:rPr>
        <w:t>Recalcularea</w:t>
      </w:r>
      <w:proofErr w:type="spellEnd"/>
      <w:r w:rsidRPr="00846012">
        <w:rPr>
          <w:b/>
          <w:lang w:val="fr-FR"/>
        </w:rPr>
        <w:t xml:space="preserve"> </w:t>
      </w:r>
      <w:proofErr w:type="spellStart"/>
      <w:r w:rsidRPr="00846012">
        <w:rPr>
          <w:b/>
          <w:lang w:val="fr-FR"/>
        </w:rPr>
        <w:t>primei</w:t>
      </w:r>
      <w:proofErr w:type="spellEnd"/>
      <w:r w:rsidRPr="00846012">
        <w:rPr>
          <w:b/>
          <w:lang w:val="fr-FR"/>
        </w:rPr>
        <w:t xml:space="preserve"> de </w:t>
      </w:r>
      <w:proofErr w:type="spellStart"/>
      <w:r w:rsidRPr="00846012">
        <w:rPr>
          <w:b/>
          <w:lang w:val="fr-FR"/>
        </w:rPr>
        <w:t>către</w:t>
      </w:r>
      <w:proofErr w:type="spellEnd"/>
      <w:r w:rsidRPr="00846012">
        <w:rPr>
          <w:b/>
          <w:lang w:val="fr-FR"/>
        </w:rPr>
        <w:t xml:space="preserve"> </w:t>
      </w:r>
      <w:proofErr w:type="spellStart"/>
      <w:r w:rsidRPr="00846012">
        <w:rPr>
          <w:b/>
          <w:lang w:val="fr-FR"/>
        </w:rPr>
        <w:t>asigurător</w:t>
      </w:r>
      <w:proofErr w:type="spellEnd"/>
      <w:r w:rsidRPr="00846012">
        <w:rPr>
          <w:b/>
          <w:lang w:val="fr-FR"/>
        </w:rPr>
        <w:t xml:space="preserve"> (art. 5 </w:t>
      </w:r>
      <w:proofErr w:type="spellStart"/>
      <w:r w:rsidRPr="00846012">
        <w:rPr>
          <w:b/>
          <w:lang w:val="fr-FR"/>
        </w:rPr>
        <w:t>alin</w:t>
      </w:r>
      <w:proofErr w:type="spellEnd"/>
      <w:r w:rsidRPr="00846012">
        <w:rPr>
          <w:b/>
          <w:lang w:val="fr-FR"/>
        </w:rPr>
        <w:t xml:space="preserve">. (9) </w:t>
      </w:r>
      <w:proofErr w:type="spellStart"/>
      <w:r w:rsidRPr="00846012">
        <w:rPr>
          <w:b/>
          <w:lang w:val="fr-FR"/>
        </w:rPr>
        <w:t>și</w:t>
      </w:r>
      <w:proofErr w:type="spellEnd"/>
      <w:r w:rsidRPr="00846012">
        <w:rPr>
          <w:b/>
          <w:lang w:val="fr-FR"/>
        </w:rPr>
        <w:t xml:space="preserve"> (10) </w:t>
      </w:r>
      <w:proofErr w:type="spellStart"/>
      <w:r w:rsidRPr="00846012">
        <w:rPr>
          <w:b/>
          <w:lang w:val="fr-FR"/>
        </w:rPr>
        <w:t>din</w:t>
      </w:r>
      <w:proofErr w:type="spellEnd"/>
      <w:r w:rsidRPr="00846012">
        <w:rPr>
          <w:b/>
          <w:lang w:val="fr-FR"/>
        </w:rPr>
        <w:t xml:space="preserve"> </w:t>
      </w:r>
      <w:proofErr w:type="spellStart"/>
      <w:r w:rsidRPr="00846012">
        <w:rPr>
          <w:b/>
          <w:lang w:val="fr-FR"/>
        </w:rPr>
        <w:t>Legea</w:t>
      </w:r>
      <w:proofErr w:type="spellEnd"/>
      <w:r w:rsidRPr="00846012">
        <w:rPr>
          <w:b/>
          <w:lang w:val="fr-FR"/>
        </w:rPr>
        <w:t xml:space="preserve"> nr. 132/2017</w:t>
      </w:r>
      <w:proofErr w:type="gramStart"/>
      <w:r w:rsidRPr="00846012">
        <w:rPr>
          <w:b/>
          <w:lang w:val="fr-FR"/>
        </w:rPr>
        <w:t>):</w:t>
      </w:r>
      <w:proofErr w:type="gramEnd"/>
    </w:p>
    <w:p w14:paraId="646E26AE" w14:textId="77777777" w:rsidR="003260D0" w:rsidRPr="00846012" w:rsidRDefault="00916C8E">
      <w:pPr>
        <w:spacing w:after="120"/>
        <w:jc w:val="both"/>
        <w:rPr>
          <w:lang w:val="fr-FR"/>
        </w:rPr>
      </w:pPr>
      <w:proofErr w:type="spellStart"/>
      <w:r w:rsidRPr="00846012">
        <w:rPr>
          <w:lang w:val="fr-FR"/>
        </w:rPr>
        <w:t>În</w:t>
      </w:r>
      <w:proofErr w:type="spellEnd"/>
      <w:r w:rsidRPr="00846012">
        <w:rPr>
          <w:lang w:val="fr-FR"/>
        </w:rPr>
        <w:t xml:space="preserve"> </w:t>
      </w:r>
      <w:proofErr w:type="spellStart"/>
      <w:r w:rsidRPr="00846012">
        <w:rPr>
          <w:lang w:val="fr-FR"/>
        </w:rPr>
        <w:t>situația</w:t>
      </w:r>
      <w:proofErr w:type="spellEnd"/>
      <w:r w:rsidRPr="00846012">
        <w:rPr>
          <w:lang w:val="fr-FR"/>
        </w:rPr>
        <w:t xml:space="preserve"> </w:t>
      </w:r>
      <w:proofErr w:type="spellStart"/>
      <w:r w:rsidRPr="00846012">
        <w:rPr>
          <w:lang w:val="fr-FR"/>
        </w:rPr>
        <w:t>în</w:t>
      </w:r>
      <w:proofErr w:type="spellEnd"/>
      <w:r w:rsidRPr="00846012">
        <w:rPr>
          <w:lang w:val="fr-FR"/>
        </w:rPr>
        <w:t xml:space="preserve"> care </w:t>
      </w:r>
      <w:proofErr w:type="spellStart"/>
      <w:r w:rsidRPr="00846012">
        <w:rPr>
          <w:lang w:val="fr-FR"/>
        </w:rPr>
        <w:t>informațiile</w:t>
      </w:r>
      <w:proofErr w:type="spellEnd"/>
      <w:r w:rsidRPr="00846012">
        <w:rPr>
          <w:lang w:val="fr-FR"/>
        </w:rPr>
        <w:t xml:space="preserve"> </w:t>
      </w:r>
      <w:proofErr w:type="spellStart"/>
      <w:r w:rsidRPr="00846012">
        <w:rPr>
          <w:lang w:val="fr-FR"/>
        </w:rPr>
        <w:t>furnizate</w:t>
      </w:r>
      <w:proofErr w:type="spellEnd"/>
      <w:r w:rsidRPr="00846012">
        <w:rPr>
          <w:lang w:val="fr-FR"/>
        </w:rPr>
        <w:t xml:space="preserve"> de </w:t>
      </w:r>
      <w:proofErr w:type="spellStart"/>
      <w:r w:rsidRPr="00846012">
        <w:rPr>
          <w:lang w:val="fr-FR"/>
        </w:rPr>
        <w:t>asigurat</w:t>
      </w:r>
      <w:proofErr w:type="spellEnd"/>
      <w:r w:rsidRPr="00846012">
        <w:rPr>
          <w:lang w:val="fr-FR"/>
        </w:rPr>
        <w:t xml:space="preserve"> nu </w:t>
      </w:r>
      <w:proofErr w:type="spellStart"/>
      <w:r w:rsidRPr="00846012">
        <w:rPr>
          <w:lang w:val="fr-FR"/>
        </w:rPr>
        <w:t>sunt</w:t>
      </w:r>
      <w:proofErr w:type="spellEnd"/>
      <w:r w:rsidRPr="00846012">
        <w:rPr>
          <w:lang w:val="fr-FR"/>
        </w:rPr>
        <w:t xml:space="preserve"> </w:t>
      </w:r>
      <w:proofErr w:type="spellStart"/>
      <w:r w:rsidRPr="00846012">
        <w:rPr>
          <w:lang w:val="fr-FR"/>
        </w:rPr>
        <w:t>reale</w:t>
      </w:r>
      <w:proofErr w:type="spellEnd"/>
      <w:r w:rsidRPr="00846012">
        <w:rPr>
          <w:lang w:val="fr-FR"/>
        </w:rPr>
        <w:t xml:space="preserve"> la </w:t>
      </w:r>
      <w:proofErr w:type="spellStart"/>
      <w:r w:rsidRPr="00846012">
        <w:rPr>
          <w:lang w:val="fr-FR"/>
        </w:rPr>
        <w:t>momentul</w:t>
      </w:r>
      <w:proofErr w:type="spellEnd"/>
      <w:r w:rsidRPr="00846012">
        <w:rPr>
          <w:lang w:val="fr-FR"/>
        </w:rPr>
        <w:t xml:space="preserve"> </w:t>
      </w:r>
      <w:proofErr w:type="spellStart"/>
      <w:r w:rsidRPr="00846012">
        <w:rPr>
          <w:lang w:val="fr-FR"/>
        </w:rPr>
        <w:t>încheierii</w:t>
      </w:r>
      <w:proofErr w:type="spellEnd"/>
      <w:r w:rsidRPr="00846012">
        <w:rPr>
          <w:lang w:val="fr-FR"/>
        </w:rPr>
        <w:t xml:space="preserve"> </w:t>
      </w:r>
      <w:proofErr w:type="spellStart"/>
      <w:r w:rsidRPr="00846012">
        <w:rPr>
          <w:lang w:val="fr-FR"/>
        </w:rPr>
        <w:t>contractului</w:t>
      </w:r>
      <w:proofErr w:type="spellEnd"/>
      <w:r w:rsidRPr="00846012">
        <w:rPr>
          <w:lang w:val="fr-FR"/>
        </w:rPr>
        <w:t xml:space="preserve"> RCA, prima de </w:t>
      </w:r>
      <w:proofErr w:type="spellStart"/>
      <w:r w:rsidRPr="00846012">
        <w:rPr>
          <w:lang w:val="fr-FR"/>
        </w:rPr>
        <w:t>asigurare</w:t>
      </w:r>
      <w:proofErr w:type="spellEnd"/>
      <w:r w:rsidRPr="00846012">
        <w:rPr>
          <w:lang w:val="fr-FR"/>
        </w:rPr>
        <w:t xml:space="preserve"> </w:t>
      </w:r>
      <w:proofErr w:type="spellStart"/>
      <w:r w:rsidRPr="00846012">
        <w:rPr>
          <w:lang w:val="fr-FR"/>
        </w:rPr>
        <w:t>poate</w:t>
      </w:r>
      <w:proofErr w:type="spellEnd"/>
      <w:r w:rsidRPr="00846012">
        <w:rPr>
          <w:lang w:val="fr-FR"/>
        </w:rPr>
        <w:t xml:space="preserve"> fi </w:t>
      </w:r>
      <w:proofErr w:type="spellStart"/>
      <w:r w:rsidRPr="00846012">
        <w:rPr>
          <w:lang w:val="fr-FR"/>
        </w:rPr>
        <w:t>recalculată</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modificată</w:t>
      </w:r>
      <w:proofErr w:type="spellEnd"/>
      <w:r w:rsidRPr="00846012">
        <w:rPr>
          <w:lang w:val="fr-FR"/>
        </w:rPr>
        <w:t xml:space="preserve"> de </w:t>
      </w:r>
      <w:proofErr w:type="spellStart"/>
      <w:r w:rsidRPr="00846012">
        <w:rPr>
          <w:lang w:val="fr-FR"/>
        </w:rPr>
        <w:t>asigurătorul</w:t>
      </w:r>
      <w:proofErr w:type="spellEnd"/>
      <w:r w:rsidRPr="00846012">
        <w:rPr>
          <w:lang w:val="fr-FR"/>
        </w:rPr>
        <w:t xml:space="preserve"> RCA </w:t>
      </w:r>
      <w:proofErr w:type="spellStart"/>
      <w:r w:rsidRPr="00846012">
        <w:rPr>
          <w:lang w:val="fr-FR"/>
        </w:rPr>
        <w:t>după</w:t>
      </w:r>
      <w:proofErr w:type="spellEnd"/>
      <w:r w:rsidRPr="00846012">
        <w:rPr>
          <w:lang w:val="fr-FR"/>
        </w:rPr>
        <w:t xml:space="preserve"> </w:t>
      </w:r>
      <w:proofErr w:type="spellStart"/>
      <w:r w:rsidRPr="00846012">
        <w:rPr>
          <w:lang w:val="fr-FR"/>
        </w:rPr>
        <w:t>notificarea</w:t>
      </w:r>
      <w:proofErr w:type="spellEnd"/>
      <w:r w:rsidRPr="00846012">
        <w:rPr>
          <w:lang w:val="fr-FR"/>
        </w:rPr>
        <w:t xml:space="preserve"> </w:t>
      </w:r>
      <w:proofErr w:type="spellStart"/>
      <w:r w:rsidRPr="00846012">
        <w:rPr>
          <w:lang w:val="fr-FR"/>
        </w:rPr>
        <w:t>prealabilă</w:t>
      </w:r>
      <w:proofErr w:type="spellEnd"/>
      <w:r w:rsidRPr="00846012">
        <w:rPr>
          <w:lang w:val="fr-FR"/>
        </w:rPr>
        <w:t xml:space="preserve"> a </w:t>
      </w:r>
      <w:proofErr w:type="spellStart"/>
      <w:r w:rsidRPr="00846012">
        <w:rPr>
          <w:lang w:val="fr-FR"/>
        </w:rPr>
        <w:t>asiguratului</w:t>
      </w:r>
      <w:proofErr w:type="spellEnd"/>
      <w:r w:rsidRPr="00846012">
        <w:rPr>
          <w:lang w:val="fr-FR"/>
        </w:rPr>
        <w:t xml:space="preserve">. </w:t>
      </w:r>
      <w:proofErr w:type="spellStart"/>
      <w:r w:rsidRPr="00846012">
        <w:rPr>
          <w:lang w:val="fr-FR"/>
        </w:rPr>
        <w:t>Dacă</w:t>
      </w:r>
      <w:proofErr w:type="spellEnd"/>
      <w:r w:rsidRPr="00846012">
        <w:rPr>
          <w:lang w:val="fr-FR"/>
        </w:rPr>
        <w:t xml:space="preserve"> </w:t>
      </w:r>
      <w:proofErr w:type="spellStart"/>
      <w:r w:rsidRPr="00846012">
        <w:rPr>
          <w:lang w:val="fr-FR"/>
        </w:rPr>
        <w:t>asiguratul</w:t>
      </w:r>
      <w:proofErr w:type="spellEnd"/>
      <w:r w:rsidRPr="00846012">
        <w:rPr>
          <w:lang w:val="fr-FR"/>
        </w:rPr>
        <w:t xml:space="preserve"> nu </w:t>
      </w:r>
      <w:proofErr w:type="spellStart"/>
      <w:r w:rsidRPr="00846012">
        <w:rPr>
          <w:lang w:val="fr-FR"/>
        </w:rPr>
        <w:t>își</w:t>
      </w:r>
      <w:proofErr w:type="spellEnd"/>
      <w:r w:rsidRPr="00846012">
        <w:rPr>
          <w:lang w:val="fr-FR"/>
        </w:rPr>
        <w:t xml:space="preserve"> </w:t>
      </w:r>
      <w:proofErr w:type="spellStart"/>
      <w:r w:rsidRPr="00846012">
        <w:rPr>
          <w:lang w:val="fr-FR"/>
        </w:rPr>
        <w:t>exprimă</w:t>
      </w:r>
      <w:proofErr w:type="spellEnd"/>
      <w:r w:rsidRPr="00846012">
        <w:rPr>
          <w:lang w:val="fr-FR"/>
        </w:rPr>
        <w:t xml:space="preserve"> </w:t>
      </w:r>
      <w:proofErr w:type="spellStart"/>
      <w:r w:rsidRPr="00846012">
        <w:rPr>
          <w:lang w:val="fr-FR"/>
        </w:rPr>
        <w:t>acordul</w:t>
      </w:r>
      <w:proofErr w:type="spellEnd"/>
      <w:r w:rsidRPr="00846012">
        <w:rPr>
          <w:lang w:val="fr-FR"/>
        </w:rPr>
        <w:t xml:space="preserve"> </w:t>
      </w:r>
      <w:proofErr w:type="spellStart"/>
      <w:r w:rsidRPr="00846012">
        <w:rPr>
          <w:lang w:val="fr-FR"/>
        </w:rPr>
        <w:t>cu</w:t>
      </w:r>
      <w:proofErr w:type="spellEnd"/>
      <w:r w:rsidRPr="00846012">
        <w:rPr>
          <w:lang w:val="fr-FR"/>
        </w:rPr>
        <w:t xml:space="preserve"> </w:t>
      </w:r>
      <w:proofErr w:type="spellStart"/>
      <w:r w:rsidRPr="00846012">
        <w:rPr>
          <w:lang w:val="fr-FR"/>
        </w:rPr>
        <w:t>privire</w:t>
      </w:r>
      <w:proofErr w:type="spellEnd"/>
      <w:r w:rsidRPr="00846012">
        <w:rPr>
          <w:lang w:val="fr-FR"/>
        </w:rPr>
        <w:t xml:space="preserve"> la </w:t>
      </w:r>
      <w:proofErr w:type="spellStart"/>
      <w:r w:rsidRPr="00846012">
        <w:rPr>
          <w:lang w:val="fr-FR"/>
        </w:rPr>
        <w:t>modificarea</w:t>
      </w:r>
      <w:proofErr w:type="spellEnd"/>
      <w:r w:rsidRPr="00846012">
        <w:rPr>
          <w:lang w:val="fr-FR"/>
        </w:rPr>
        <w:t xml:space="preserve"> </w:t>
      </w:r>
      <w:proofErr w:type="spellStart"/>
      <w:r w:rsidRPr="00846012">
        <w:rPr>
          <w:lang w:val="fr-FR"/>
        </w:rPr>
        <w:t>condițiilor</w:t>
      </w:r>
      <w:proofErr w:type="spellEnd"/>
      <w:r w:rsidRPr="00846012">
        <w:rPr>
          <w:lang w:val="fr-FR"/>
        </w:rPr>
        <w:t xml:space="preserve"> </w:t>
      </w:r>
      <w:proofErr w:type="spellStart"/>
      <w:r w:rsidRPr="00846012">
        <w:rPr>
          <w:lang w:val="fr-FR"/>
        </w:rPr>
        <w:t>contractuale</w:t>
      </w:r>
      <w:proofErr w:type="spellEnd"/>
      <w:r w:rsidRPr="00846012">
        <w:rPr>
          <w:lang w:val="fr-FR"/>
        </w:rPr>
        <w:t xml:space="preserve">, </w:t>
      </w:r>
      <w:proofErr w:type="spellStart"/>
      <w:r w:rsidRPr="00846012">
        <w:rPr>
          <w:lang w:val="fr-FR"/>
        </w:rPr>
        <w:t>acesta</w:t>
      </w:r>
      <w:proofErr w:type="spellEnd"/>
      <w:r w:rsidRPr="00846012">
        <w:rPr>
          <w:lang w:val="fr-FR"/>
        </w:rPr>
        <w:t xml:space="preserve"> </w:t>
      </w:r>
      <w:proofErr w:type="spellStart"/>
      <w:r w:rsidRPr="00846012">
        <w:rPr>
          <w:lang w:val="fr-FR"/>
        </w:rPr>
        <w:t>poate</w:t>
      </w:r>
      <w:proofErr w:type="spellEnd"/>
      <w:r w:rsidRPr="00846012">
        <w:rPr>
          <w:lang w:val="fr-FR"/>
        </w:rPr>
        <w:t xml:space="preserve"> </w:t>
      </w:r>
      <w:proofErr w:type="spellStart"/>
      <w:r w:rsidRPr="00846012">
        <w:rPr>
          <w:lang w:val="fr-FR"/>
        </w:rPr>
        <w:t>denunța</w:t>
      </w:r>
      <w:proofErr w:type="spellEnd"/>
      <w:r w:rsidRPr="00846012">
        <w:rPr>
          <w:lang w:val="fr-FR"/>
        </w:rPr>
        <w:t xml:space="preserve"> </w:t>
      </w:r>
      <w:proofErr w:type="spellStart"/>
      <w:r w:rsidRPr="00846012">
        <w:rPr>
          <w:lang w:val="fr-FR"/>
        </w:rPr>
        <w:t>contractul</w:t>
      </w:r>
      <w:proofErr w:type="spellEnd"/>
      <w:r w:rsidRPr="00846012">
        <w:rPr>
          <w:lang w:val="fr-FR"/>
        </w:rPr>
        <w:t xml:space="preserve"> RCA </w:t>
      </w:r>
      <w:proofErr w:type="spellStart"/>
      <w:r w:rsidRPr="00846012">
        <w:rPr>
          <w:lang w:val="fr-FR"/>
        </w:rPr>
        <w:t>în</w:t>
      </w:r>
      <w:proofErr w:type="spellEnd"/>
      <w:r w:rsidRPr="00846012">
        <w:rPr>
          <w:lang w:val="fr-FR"/>
        </w:rPr>
        <w:t xml:space="preserve"> </w:t>
      </w:r>
      <w:proofErr w:type="spellStart"/>
      <w:r w:rsidRPr="00846012">
        <w:rPr>
          <w:lang w:val="fr-FR"/>
        </w:rPr>
        <w:t>termen</w:t>
      </w:r>
      <w:proofErr w:type="spellEnd"/>
      <w:r w:rsidRPr="00846012">
        <w:rPr>
          <w:lang w:val="fr-FR"/>
        </w:rPr>
        <w:t xml:space="preserve"> de </w:t>
      </w:r>
      <w:r w:rsidRPr="00846012">
        <w:rPr>
          <w:b/>
          <w:lang w:val="fr-FR"/>
        </w:rPr>
        <w:t xml:space="preserve">20 de </w:t>
      </w:r>
      <w:proofErr w:type="spellStart"/>
      <w:r w:rsidRPr="00846012">
        <w:rPr>
          <w:b/>
          <w:lang w:val="fr-FR"/>
        </w:rPr>
        <w:t>zile</w:t>
      </w:r>
      <w:proofErr w:type="spellEnd"/>
      <w:r w:rsidRPr="00846012">
        <w:rPr>
          <w:lang w:val="fr-FR"/>
        </w:rPr>
        <w:t xml:space="preserve"> de la data </w:t>
      </w:r>
      <w:proofErr w:type="spellStart"/>
      <w:r w:rsidRPr="00846012">
        <w:rPr>
          <w:lang w:val="fr-FR"/>
        </w:rPr>
        <w:t>primirii</w:t>
      </w:r>
      <w:proofErr w:type="spellEnd"/>
      <w:r w:rsidRPr="00846012">
        <w:rPr>
          <w:lang w:val="fr-FR"/>
        </w:rPr>
        <w:t xml:space="preserve"> </w:t>
      </w:r>
      <w:proofErr w:type="spellStart"/>
      <w:r w:rsidRPr="00846012">
        <w:rPr>
          <w:lang w:val="fr-FR"/>
        </w:rPr>
        <w:t>notificării</w:t>
      </w:r>
      <w:proofErr w:type="spellEnd"/>
      <w:r w:rsidRPr="00846012">
        <w:rPr>
          <w:lang w:val="fr-FR"/>
        </w:rPr>
        <w:t>.</w:t>
      </w:r>
    </w:p>
    <w:p w14:paraId="70CEC83C" w14:textId="77777777" w:rsidR="003260D0" w:rsidRPr="00846012" w:rsidRDefault="00916C8E">
      <w:pPr>
        <w:spacing w:after="120"/>
        <w:jc w:val="both"/>
        <w:rPr>
          <w:lang w:val="fr-FR"/>
        </w:rPr>
      </w:pPr>
      <w:r w:rsidRPr="00846012">
        <w:rPr>
          <w:b/>
          <w:lang w:val="fr-FR"/>
        </w:rPr>
        <w:t xml:space="preserve">c) </w:t>
      </w:r>
      <w:proofErr w:type="spellStart"/>
      <w:r w:rsidRPr="00846012">
        <w:rPr>
          <w:b/>
          <w:lang w:val="fr-FR"/>
        </w:rPr>
        <w:t>Radierea</w:t>
      </w:r>
      <w:proofErr w:type="spellEnd"/>
      <w:r w:rsidRPr="00846012">
        <w:rPr>
          <w:b/>
          <w:lang w:val="fr-FR"/>
        </w:rPr>
        <w:t xml:space="preserve"> </w:t>
      </w:r>
      <w:proofErr w:type="spellStart"/>
      <w:r w:rsidRPr="00846012">
        <w:rPr>
          <w:b/>
          <w:lang w:val="fr-FR"/>
        </w:rPr>
        <w:t>vehiculului</w:t>
      </w:r>
      <w:proofErr w:type="spellEnd"/>
      <w:r w:rsidRPr="00846012">
        <w:rPr>
          <w:b/>
          <w:lang w:val="fr-FR"/>
        </w:rPr>
        <w:t xml:space="preserve"> </w:t>
      </w:r>
      <w:proofErr w:type="spellStart"/>
      <w:r w:rsidRPr="00846012">
        <w:rPr>
          <w:b/>
          <w:lang w:val="fr-FR"/>
        </w:rPr>
        <w:t>sau</w:t>
      </w:r>
      <w:proofErr w:type="spellEnd"/>
      <w:r w:rsidRPr="00846012">
        <w:rPr>
          <w:b/>
          <w:lang w:val="fr-FR"/>
        </w:rPr>
        <w:t xml:space="preserve"> </w:t>
      </w:r>
      <w:proofErr w:type="spellStart"/>
      <w:r w:rsidRPr="00846012">
        <w:rPr>
          <w:b/>
          <w:lang w:val="fr-FR"/>
        </w:rPr>
        <w:t>transmiterea</w:t>
      </w:r>
      <w:proofErr w:type="spellEnd"/>
      <w:r w:rsidRPr="00846012">
        <w:rPr>
          <w:b/>
          <w:lang w:val="fr-FR"/>
        </w:rPr>
        <w:t xml:space="preserve"> </w:t>
      </w:r>
      <w:proofErr w:type="spellStart"/>
      <w:r w:rsidRPr="00846012">
        <w:rPr>
          <w:b/>
          <w:lang w:val="fr-FR"/>
        </w:rPr>
        <w:t>dreptului</w:t>
      </w:r>
      <w:proofErr w:type="spellEnd"/>
      <w:r w:rsidRPr="00846012">
        <w:rPr>
          <w:b/>
          <w:lang w:val="fr-FR"/>
        </w:rPr>
        <w:t xml:space="preserve"> de </w:t>
      </w:r>
      <w:proofErr w:type="spellStart"/>
      <w:proofErr w:type="gramStart"/>
      <w:r w:rsidRPr="00846012">
        <w:rPr>
          <w:b/>
          <w:lang w:val="fr-FR"/>
        </w:rPr>
        <w:t>proprietate</w:t>
      </w:r>
      <w:proofErr w:type="spellEnd"/>
      <w:r w:rsidRPr="00846012">
        <w:rPr>
          <w:b/>
          <w:lang w:val="fr-FR"/>
        </w:rPr>
        <w:t>:</w:t>
      </w:r>
      <w:proofErr w:type="gramEnd"/>
    </w:p>
    <w:p w14:paraId="47E49CA2" w14:textId="77777777" w:rsidR="003260D0" w:rsidRPr="00846012" w:rsidRDefault="00916C8E">
      <w:pPr>
        <w:spacing w:after="120"/>
        <w:jc w:val="both"/>
        <w:rPr>
          <w:lang w:val="fr-FR"/>
        </w:rPr>
      </w:pPr>
      <w:proofErr w:type="spellStart"/>
      <w:r w:rsidRPr="00846012">
        <w:rPr>
          <w:lang w:val="fr-FR"/>
        </w:rPr>
        <w:t>Pentru</w:t>
      </w:r>
      <w:proofErr w:type="spellEnd"/>
      <w:r w:rsidRPr="00846012">
        <w:rPr>
          <w:lang w:val="fr-FR"/>
        </w:rPr>
        <w:t xml:space="preserve"> </w:t>
      </w:r>
      <w:proofErr w:type="spellStart"/>
      <w:r w:rsidRPr="00846012">
        <w:rPr>
          <w:lang w:val="fr-FR"/>
        </w:rPr>
        <w:t>vehiculele</w:t>
      </w:r>
      <w:proofErr w:type="spellEnd"/>
      <w:r w:rsidRPr="00846012">
        <w:rPr>
          <w:lang w:val="fr-FR"/>
        </w:rPr>
        <w:t xml:space="preserve"> care se </w:t>
      </w:r>
      <w:proofErr w:type="spellStart"/>
      <w:r w:rsidRPr="00846012">
        <w:rPr>
          <w:lang w:val="fr-FR"/>
        </w:rPr>
        <w:t>radiază</w:t>
      </w:r>
      <w:proofErr w:type="spellEnd"/>
      <w:r w:rsidRPr="00846012">
        <w:rPr>
          <w:lang w:val="fr-FR"/>
        </w:rPr>
        <w:t xml:space="preserve"> </w:t>
      </w:r>
      <w:proofErr w:type="spellStart"/>
      <w:r w:rsidRPr="00846012">
        <w:rPr>
          <w:lang w:val="fr-FR"/>
        </w:rPr>
        <w:t>din</w:t>
      </w:r>
      <w:proofErr w:type="spellEnd"/>
      <w:r w:rsidRPr="00846012">
        <w:rPr>
          <w:lang w:val="fr-FR"/>
        </w:rPr>
        <w:t xml:space="preserve"> </w:t>
      </w:r>
      <w:proofErr w:type="spellStart"/>
      <w:r w:rsidRPr="00846012">
        <w:rPr>
          <w:lang w:val="fr-FR"/>
        </w:rPr>
        <w:t>circulație</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pentru</w:t>
      </w:r>
      <w:proofErr w:type="spellEnd"/>
      <w:r w:rsidRPr="00846012">
        <w:rPr>
          <w:lang w:val="fr-FR"/>
        </w:rPr>
        <w:t xml:space="preserve"> care </w:t>
      </w:r>
      <w:proofErr w:type="spellStart"/>
      <w:r w:rsidRPr="00846012">
        <w:rPr>
          <w:lang w:val="fr-FR"/>
        </w:rPr>
        <w:t>asiguratul</w:t>
      </w:r>
      <w:proofErr w:type="spellEnd"/>
      <w:r w:rsidRPr="00846012">
        <w:rPr>
          <w:lang w:val="fr-FR"/>
        </w:rPr>
        <w:t xml:space="preserve"> </w:t>
      </w:r>
      <w:proofErr w:type="spellStart"/>
      <w:r w:rsidRPr="00846012">
        <w:rPr>
          <w:lang w:val="fr-FR"/>
        </w:rPr>
        <w:t>transmite</w:t>
      </w:r>
      <w:proofErr w:type="spellEnd"/>
      <w:r w:rsidRPr="00846012">
        <w:rPr>
          <w:lang w:val="fr-FR"/>
        </w:rPr>
        <w:t xml:space="preserve"> </w:t>
      </w:r>
      <w:proofErr w:type="spellStart"/>
      <w:r w:rsidRPr="00846012">
        <w:rPr>
          <w:lang w:val="fr-FR"/>
        </w:rPr>
        <w:t>dreptul</w:t>
      </w:r>
      <w:proofErr w:type="spellEnd"/>
      <w:r w:rsidRPr="00846012">
        <w:rPr>
          <w:lang w:val="fr-FR"/>
        </w:rPr>
        <w:t xml:space="preserve"> de </w:t>
      </w:r>
      <w:proofErr w:type="spellStart"/>
      <w:r w:rsidRPr="00846012">
        <w:rPr>
          <w:lang w:val="fr-FR"/>
        </w:rPr>
        <w:t>proprietate</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perioada</w:t>
      </w:r>
      <w:proofErr w:type="spellEnd"/>
      <w:r w:rsidRPr="00846012">
        <w:rPr>
          <w:lang w:val="fr-FR"/>
        </w:rPr>
        <w:t xml:space="preserve"> de </w:t>
      </w:r>
      <w:proofErr w:type="spellStart"/>
      <w:r w:rsidRPr="00846012">
        <w:rPr>
          <w:lang w:val="fr-FR"/>
        </w:rPr>
        <w:t>asigurare</w:t>
      </w:r>
      <w:proofErr w:type="spellEnd"/>
      <w:r w:rsidRPr="00846012">
        <w:rPr>
          <w:lang w:val="fr-FR"/>
        </w:rPr>
        <w:t xml:space="preserve">, </w:t>
      </w:r>
      <w:proofErr w:type="spellStart"/>
      <w:r w:rsidRPr="00846012">
        <w:rPr>
          <w:lang w:val="fr-FR"/>
        </w:rPr>
        <w:t>asigurătorul</w:t>
      </w:r>
      <w:proofErr w:type="spellEnd"/>
      <w:r w:rsidRPr="00846012">
        <w:rPr>
          <w:lang w:val="fr-FR"/>
        </w:rPr>
        <w:t xml:space="preserve"> este </w:t>
      </w:r>
      <w:proofErr w:type="spellStart"/>
      <w:r w:rsidRPr="00846012">
        <w:rPr>
          <w:lang w:val="fr-FR"/>
        </w:rPr>
        <w:t>obligat</w:t>
      </w:r>
      <w:proofErr w:type="spellEnd"/>
      <w:r w:rsidRPr="00846012">
        <w:rPr>
          <w:lang w:val="fr-FR"/>
        </w:rPr>
        <w:t xml:space="preserve"> </w:t>
      </w:r>
      <w:proofErr w:type="spellStart"/>
      <w:r w:rsidRPr="00846012">
        <w:rPr>
          <w:lang w:val="fr-FR"/>
        </w:rPr>
        <w:t>să</w:t>
      </w:r>
      <w:proofErr w:type="spellEnd"/>
      <w:r w:rsidRPr="00846012">
        <w:rPr>
          <w:lang w:val="fr-FR"/>
        </w:rPr>
        <w:t xml:space="preserve"> </w:t>
      </w:r>
      <w:proofErr w:type="spellStart"/>
      <w:r w:rsidRPr="00846012">
        <w:rPr>
          <w:lang w:val="fr-FR"/>
        </w:rPr>
        <w:t>restituie</w:t>
      </w:r>
      <w:proofErr w:type="spellEnd"/>
      <w:r w:rsidRPr="00846012">
        <w:rPr>
          <w:lang w:val="fr-FR"/>
        </w:rPr>
        <w:t xml:space="preserve"> </w:t>
      </w:r>
      <w:proofErr w:type="spellStart"/>
      <w:r w:rsidRPr="00846012">
        <w:rPr>
          <w:lang w:val="fr-FR"/>
        </w:rPr>
        <w:t>asiguratului</w:t>
      </w:r>
      <w:proofErr w:type="spellEnd"/>
      <w:r w:rsidRPr="00846012">
        <w:rPr>
          <w:lang w:val="fr-FR"/>
        </w:rPr>
        <w:t xml:space="preserve">, la </w:t>
      </w:r>
      <w:proofErr w:type="spellStart"/>
      <w:r w:rsidRPr="00846012">
        <w:rPr>
          <w:lang w:val="fr-FR"/>
        </w:rPr>
        <w:t>cererea</w:t>
      </w:r>
      <w:proofErr w:type="spellEnd"/>
      <w:r w:rsidRPr="00846012">
        <w:rPr>
          <w:lang w:val="fr-FR"/>
        </w:rPr>
        <w:t xml:space="preserve"> </w:t>
      </w:r>
      <w:proofErr w:type="spellStart"/>
      <w:r w:rsidRPr="00846012">
        <w:rPr>
          <w:lang w:val="fr-FR"/>
        </w:rPr>
        <w:t>scrisă</w:t>
      </w:r>
      <w:proofErr w:type="spellEnd"/>
      <w:r w:rsidRPr="00846012">
        <w:rPr>
          <w:lang w:val="fr-FR"/>
        </w:rPr>
        <w:t xml:space="preserve"> a </w:t>
      </w:r>
      <w:proofErr w:type="spellStart"/>
      <w:r w:rsidRPr="00846012">
        <w:rPr>
          <w:lang w:val="fr-FR"/>
        </w:rPr>
        <w:t>acestuia</w:t>
      </w:r>
      <w:proofErr w:type="spellEnd"/>
      <w:r w:rsidRPr="00846012">
        <w:rPr>
          <w:lang w:val="fr-FR"/>
        </w:rPr>
        <w:t xml:space="preserve"> </w:t>
      </w:r>
      <w:proofErr w:type="spellStart"/>
      <w:r w:rsidRPr="00846012">
        <w:rPr>
          <w:lang w:val="fr-FR"/>
        </w:rPr>
        <w:t>însoțită</w:t>
      </w:r>
      <w:proofErr w:type="spellEnd"/>
      <w:r w:rsidRPr="00846012">
        <w:rPr>
          <w:lang w:val="fr-FR"/>
        </w:rPr>
        <w:t xml:space="preserve"> de </w:t>
      </w:r>
      <w:proofErr w:type="spellStart"/>
      <w:r w:rsidRPr="00846012">
        <w:rPr>
          <w:lang w:val="fr-FR"/>
        </w:rPr>
        <w:t>documentele</w:t>
      </w:r>
      <w:proofErr w:type="spellEnd"/>
      <w:r w:rsidRPr="00846012">
        <w:rPr>
          <w:lang w:val="fr-FR"/>
        </w:rPr>
        <w:t xml:space="preserve"> </w:t>
      </w:r>
      <w:proofErr w:type="spellStart"/>
      <w:r w:rsidRPr="00846012">
        <w:rPr>
          <w:lang w:val="fr-FR"/>
        </w:rPr>
        <w:t>doveditoare</w:t>
      </w:r>
      <w:proofErr w:type="spellEnd"/>
      <w:r w:rsidRPr="00846012">
        <w:rPr>
          <w:lang w:val="fr-FR"/>
        </w:rPr>
        <w:t xml:space="preserve">, </w:t>
      </w:r>
      <w:proofErr w:type="spellStart"/>
      <w:r w:rsidRPr="00846012">
        <w:rPr>
          <w:lang w:val="fr-FR"/>
        </w:rPr>
        <w:t>partea</w:t>
      </w:r>
      <w:proofErr w:type="spellEnd"/>
      <w:r w:rsidRPr="00846012">
        <w:rPr>
          <w:lang w:val="fr-FR"/>
        </w:rPr>
        <w:t xml:space="preserve"> </w:t>
      </w:r>
      <w:proofErr w:type="spellStart"/>
      <w:r w:rsidRPr="00846012">
        <w:rPr>
          <w:lang w:val="fr-FR"/>
        </w:rPr>
        <w:t>din</w:t>
      </w:r>
      <w:proofErr w:type="spellEnd"/>
      <w:r w:rsidRPr="00846012">
        <w:rPr>
          <w:lang w:val="fr-FR"/>
        </w:rPr>
        <w:t xml:space="preserve"> prima de </w:t>
      </w:r>
      <w:proofErr w:type="spellStart"/>
      <w:r w:rsidRPr="00846012">
        <w:rPr>
          <w:lang w:val="fr-FR"/>
        </w:rPr>
        <w:t>asigurare</w:t>
      </w:r>
      <w:proofErr w:type="spellEnd"/>
      <w:r w:rsidRPr="00846012">
        <w:rPr>
          <w:lang w:val="fr-FR"/>
        </w:rPr>
        <w:t xml:space="preserve"> </w:t>
      </w:r>
      <w:proofErr w:type="spellStart"/>
      <w:r w:rsidRPr="00846012">
        <w:rPr>
          <w:lang w:val="fr-FR"/>
        </w:rPr>
        <w:t>plătită</w:t>
      </w:r>
      <w:proofErr w:type="spellEnd"/>
      <w:r w:rsidRPr="00846012">
        <w:rPr>
          <w:lang w:val="fr-FR"/>
        </w:rPr>
        <w:t xml:space="preserve">, </w:t>
      </w:r>
      <w:proofErr w:type="spellStart"/>
      <w:r w:rsidRPr="00846012">
        <w:rPr>
          <w:b/>
          <w:lang w:val="fr-FR"/>
        </w:rPr>
        <w:t>numai</w:t>
      </w:r>
      <w:proofErr w:type="spellEnd"/>
      <w:r w:rsidRPr="00846012">
        <w:rPr>
          <w:b/>
          <w:lang w:val="fr-FR"/>
        </w:rPr>
        <w:t xml:space="preserve"> </w:t>
      </w:r>
      <w:proofErr w:type="spellStart"/>
      <w:r w:rsidRPr="00846012">
        <w:rPr>
          <w:b/>
          <w:lang w:val="fr-FR"/>
        </w:rPr>
        <w:t>în</w:t>
      </w:r>
      <w:proofErr w:type="spellEnd"/>
      <w:r w:rsidRPr="00846012">
        <w:rPr>
          <w:b/>
          <w:lang w:val="fr-FR"/>
        </w:rPr>
        <w:t xml:space="preserve"> </w:t>
      </w:r>
      <w:proofErr w:type="spellStart"/>
      <w:r w:rsidRPr="00846012">
        <w:rPr>
          <w:b/>
          <w:lang w:val="fr-FR"/>
        </w:rPr>
        <w:t>cazul</w:t>
      </w:r>
      <w:proofErr w:type="spellEnd"/>
      <w:r w:rsidRPr="00846012">
        <w:rPr>
          <w:b/>
          <w:lang w:val="fr-FR"/>
        </w:rPr>
        <w:t xml:space="preserve"> </w:t>
      </w:r>
      <w:proofErr w:type="spellStart"/>
      <w:r w:rsidRPr="00846012">
        <w:rPr>
          <w:b/>
          <w:lang w:val="fr-FR"/>
        </w:rPr>
        <w:t>în</w:t>
      </w:r>
      <w:proofErr w:type="spellEnd"/>
      <w:r w:rsidRPr="00846012">
        <w:rPr>
          <w:b/>
          <w:lang w:val="fr-FR"/>
        </w:rPr>
        <w:t xml:space="preserve"> care nu s-au </w:t>
      </w:r>
      <w:proofErr w:type="spellStart"/>
      <w:r w:rsidRPr="00846012">
        <w:rPr>
          <w:b/>
          <w:lang w:val="fr-FR"/>
        </w:rPr>
        <w:t>plătit</w:t>
      </w:r>
      <w:proofErr w:type="spellEnd"/>
      <w:r w:rsidRPr="00846012">
        <w:rPr>
          <w:b/>
          <w:lang w:val="fr-FR"/>
        </w:rPr>
        <w:t xml:space="preserve"> </w:t>
      </w:r>
      <w:proofErr w:type="spellStart"/>
      <w:r w:rsidRPr="00846012">
        <w:rPr>
          <w:b/>
          <w:lang w:val="fr-FR"/>
        </w:rPr>
        <w:t>sau</w:t>
      </w:r>
      <w:proofErr w:type="spellEnd"/>
      <w:r w:rsidRPr="00846012">
        <w:rPr>
          <w:b/>
          <w:lang w:val="fr-FR"/>
        </w:rPr>
        <w:t xml:space="preserve"> nu se </w:t>
      </w:r>
      <w:proofErr w:type="spellStart"/>
      <w:r w:rsidRPr="00846012">
        <w:rPr>
          <w:b/>
          <w:lang w:val="fr-FR"/>
        </w:rPr>
        <w:t>datorează</w:t>
      </w:r>
      <w:proofErr w:type="spellEnd"/>
      <w:r w:rsidRPr="00846012">
        <w:rPr>
          <w:b/>
          <w:lang w:val="fr-FR"/>
        </w:rPr>
        <w:t xml:space="preserve"> </w:t>
      </w:r>
      <w:proofErr w:type="spellStart"/>
      <w:r w:rsidRPr="00846012">
        <w:rPr>
          <w:b/>
          <w:lang w:val="fr-FR"/>
        </w:rPr>
        <w:t>despăgubiri</w:t>
      </w:r>
      <w:proofErr w:type="spellEnd"/>
      <w:r w:rsidRPr="00846012">
        <w:rPr>
          <w:b/>
          <w:lang w:val="fr-FR"/>
        </w:rPr>
        <w:t xml:space="preserve"> </w:t>
      </w:r>
      <w:proofErr w:type="spellStart"/>
      <w:r w:rsidRPr="00846012">
        <w:rPr>
          <w:b/>
          <w:lang w:val="fr-FR"/>
        </w:rPr>
        <w:t>pentru</w:t>
      </w:r>
      <w:proofErr w:type="spellEnd"/>
      <w:r w:rsidRPr="00846012">
        <w:rPr>
          <w:b/>
          <w:lang w:val="fr-FR"/>
        </w:rPr>
        <w:t xml:space="preserve"> </w:t>
      </w:r>
      <w:proofErr w:type="spellStart"/>
      <w:r w:rsidRPr="00846012">
        <w:rPr>
          <w:b/>
          <w:lang w:val="fr-FR"/>
        </w:rPr>
        <w:t>evenimente</w:t>
      </w:r>
      <w:proofErr w:type="spellEnd"/>
      <w:r w:rsidRPr="00846012">
        <w:rPr>
          <w:b/>
          <w:lang w:val="fr-FR"/>
        </w:rPr>
        <w:t xml:space="preserve"> </w:t>
      </w:r>
      <w:proofErr w:type="spellStart"/>
      <w:r w:rsidRPr="00846012">
        <w:rPr>
          <w:b/>
          <w:lang w:val="fr-FR"/>
        </w:rPr>
        <w:t>produse</w:t>
      </w:r>
      <w:proofErr w:type="spellEnd"/>
      <w:r w:rsidRPr="00846012">
        <w:rPr>
          <w:b/>
          <w:lang w:val="fr-FR"/>
        </w:rPr>
        <w:t xml:space="preserve"> </w:t>
      </w:r>
      <w:proofErr w:type="spellStart"/>
      <w:r w:rsidRPr="00846012">
        <w:rPr>
          <w:b/>
          <w:lang w:val="fr-FR"/>
        </w:rPr>
        <w:t>în</w:t>
      </w:r>
      <w:proofErr w:type="spellEnd"/>
      <w:r w:rsidRPr="00846012">
        <w:rPr>
          <w:b/>
          <w:lang w:val="fr-FR"/>
        </w:rPr>
        <w:t xml:space="preserve"> </w:t>
      </w:r>
      <w:proofErr w:type="spellStart"/>
      <w:r w:rsidRPr="00846012">
        <w:rPr>
          <w:b/>
          <w:lang w:val="fr-FR"/>
        </w:rPr>
        <w:t>perioada</w:t>
      </w:r>
      <w:proofErr w:type="spellEnd"/>
      <w:r w:rsidRPr="00846012">
        <w:rPr>
          <w:b/>
          <w:lang w:val="fr-FR"/>
        </w:rPr>
        <w:t xml:space="preserve"> de </w:t>
      </w:r>
      <w:proofErr w:type="spellStart"/>
      <w:r w:rsidRPr="00846012">
        <w:rPr>
          <w:b/>
          <w:lang w:val="fr-FR"/>
        </w:rPr>
        <w:t>valabilitate</w:t>
      </w:r>
      <w:proofErr w:type="spellEnd"/>
      <w:r w:rsidRPr="00846012">
        <w:rPr>
          <w:b/>
          <w:lang w:val="fr-FR"/>
        </w:rPr>
        <w:t xml:space="preserve"> a </w:t>
      </w:r>
      <w:proofErr w:type="spellStart"/>
      <w:r w:rsidRPr="00846012">
        <w:rPr>
          <w:b/>
          <w:lang w:val="fr-FR"/>
        </w:rPr>
        <w:t>asigurării</w:t>
      </w:r>
      <w:proofErr w:type="spellEnd"/>
      <w:r w:rsidRPr="00846012">
        <w:rPr>
          <w:lang w:val="fr-FR"/>
        </w:rPr>
        <w:t>.</w:t>
      </w:r>
    </w:p>
    <w:p w14:paraId="2859CFFD" w14:textId="77777777" w:rsidR="003260D0" w:rsidRPr="00846012" w:rsidRDefault="00916C8E">
      <w:pPr>
        <w:pStyle w:val="Heading3"/>
        <w:rPr>
          <w:lang w:val="fr-FR"/>
        </w:rPr>
      </w:pPr>
      <w:r w:rsidRPr="00846012">
        <w:rPr>
          <w:rFonts w:ascii="Arial" w:hAnsi="Arial"/>
          <w:lang w:val="fr-FR"/>
        </w:rPr>
        <w:t xml:space="preserve">10.4. </w:t>
      </w:r>
      <w:proofErr w:type="spellStart"/>
      <w:r w:rsidRPr="00846012">
        <w:rPr>
          <w:rFonts w:ascii="Arial" w:hAnsi="Arial"/>
          <w:lang w:val="fr-FR"/>
        </w:rPr>
        <w:t>Modalitatea</w:t>
      </w:r>
      <w:proofErr w:type="spellEnd"/>
      <w:r w:rsidRPr="00846012">
        <w:rPr>
          <w:rFonts w:ascii="Arial" w:hAnsi="Arial"/>
          <w:lang w:val="fr-FR"/>
        </w:rPr>
        <w:t xml:space="preserve"> de </w:t>
      </w:r>
      <w:proofErr w:type="spellStart"/>
      <w:r w:rsidRPr="00846012">
        <w:rPr>
          <w:rFonts w:ascii="Arial" w:hAnsi="Arial"/>
          <w:lang w:val="fr-FR"/>
        </w:rPr>
        <w:t>transmitere</w:t>
      </w:r>
      <w:proofErr w:type="spellEnd"/>
      <w:r w:rsidRPr="00846012">
        <w:rPr>
          <w:rFonts w:ascii="Arial" w:hAnsi="Arial"/>
          <w:lang w:val="fr-FR"/>
        </w:rPr>
        <w:t xml:space="preserve"> a </w:t>
      </w:r>
      <w:proofErr w:type="spellStart"/>
      <w:r w:rsidRPr="00846012">
        <w:rPr>
          <w:rFonts w:ascii="Arial" w:hAnsi="Arial"/>
          <w:lang w:val="fr-FR"/>
        </w:rPr>
        <w:t>cererii</w:t>
      </w:r>
      <w:proofErr w:type="spellEnd"/>
    </w:p>
    <w:p w14:paraId="188CEE49" w14:textId="77777777" w:rsidR="003260D0" w:rsidRPr="00846012" w:rsidRDefault="00916C8E">
      <w:pPr>
        <w:spacing w:after="120"/>
        <w:jc w:val="both"/>
        <w:rPr>
          <w:lang w:val="fr-FR"/>
        </w:rPr>
      </w:pPr>
      <w:proofErr w:type="spellStart"/>
      <w:r w:rsidRPr="00846012">
        <w:rPr>
          <w:lang w:val="fr-FR"/>
        </w:rPr>
        <w:t>Solicitarea</w:t>
      </w:r>
      <w:proofErr w:type="spellEnd"/>
      <w:r w:rsidRPr="00846012">
        <w:rPr>
          <w:lang w:val="fr-FR"/>
        </w:rPr>
        <w:t xml:space="preserve"> de </w:t>
      </w:r>
      <w:proofErr w:type="spellStart"/>
      <w:r w:rsidRPr="00846012">
        <w:rPr>
          <w:lang w:val="fr-FR"/>
        </w:rPr>
        <w:t>denunțare</w:t>
      </w:r>
      <w:proofErr w:type="spellEnd"/>
      <w:r w:rsidRPr="00846012">
        <w:rPr>
          <w:lang w:val="fr-FR"/>
        </w:rPr>
        <w:t xml:space="preserve"> a </w:t>
      </w:r>
      <w:proofErr w:type="spellStart"/>
      <w:r w:rsidRPr="00846012">
        <w:rPr>
          <w:lang w:val="fr-FR"/>
        </w:rPr>
        <w:t>contractului</w:t>
      </w:r>
      <w:proofErr w:type="spellEnd"/>
      <w:r w:rsidRPr="00846012">
        <w:rPr>
          <w:lang w:val="fr-FR"/>
        </w:rPr>
        <w:t xml:space="preserve"> RCA se </w:t>
      </w:r>
      <w:proofErr w:type="spellStart"/>
      <w:r w:rsidRPr="00846012">
        <w:rPr>
          <w:lang w:val="fr-FR"/>
        </w:rPr>
        <w:t>transmite</w:t>
      </w:r>
      <w:proofErr w:type="spellEnd"/>
      <w:r w:rsidRPr="00846012">
        <w:rPr>
          <w:lang w:val="fr-FR"/>
        </w:rPr>
        <w:t xml:space="preserve"> prin </w:t>
      </w:r>
      <w:proofErr w:type="gramStart"/>
      <w:r w:rsidRPr="00846012">
        <w:rPr>
          <w:lang w:val="fr-FR"/>
        </w:rPr>
        <w:t>email</w:t>
      </w:r>
      <w:proofErr w:type="gramEnd"/>
      <w:r w:rsidRPr="00846012">
        <w:rPr>
          <w:lang w:val="fr-FR"/>
        </w:rPr>
        <w:t xml:space="preserve"> la </w:t>
      </w:r>
      <w:proofErr w:type="spellStart"/>
      <w:r w:rsidRPr="00846012">
        <w:rPr>
          <w:lang w:val="fr-FR"/>
        </w:rPr>
        <w:t>adresa</w:t>
      </w:r>
      <w:proofErr w:type="spellEnd"/>
      <w:r w:rsidRPr="00846012">
        <w:rPr>
          <w:lang w:val="fr-FR"/>
        </w:rPr>
        <w:t xml:space="preserve"> </w:t>
      </w:r>
      <w:r w:rsidRPr="00846012">
        <w:rPr>
          <w:b/>
          <w:lang w:val="fr-FR"/>
        </w:rPr>
        <w:t>office@winnersgroup.ro</w:t>
      </w:r>
      <w:r w:rsidRPr="00846012">
        <w:rPr>
          <w:lang w:val="fr-FR"/>
        </w:rPr>
        <w:t xml:space="preserve">, </w:t>
      </w:r>
      <w:proofErr w:type="spellStart"/>
      <w:r w:rsidRPr="00846012">
        <w:rPr>
          <w:lang w:val="fr-FR"/>
        </w:rPr>
        <w:t>însoțită</w:t>
      </w:r>
      <w:proofErr w:type="spellEnd"/>
      <w:r w:rsidRPr="00846012">
        <w:rPr>
          <w:lang w:val="fr-FR"/>
        </w:rPr>
        <w:t xml:space="preserve"> de </w:t>
      </w:r>
      <w:proofErr w:type="spellStart"/>
      <w:r w:rsidRPr="00846012">
        <w:rPr>
          <w:lang w:val="fr-FR"/>
        </w:rPr>
        <w:t>documentele</w:t>
      </w:r>
      <w:proofErr w:type="spellEnd"/>
      <w:r w:rsidRPr="00846012">
        <w:rPr>
          <w:lang w:val="fr-FR"/>
        </w:rPr>
        <w:t xml:space="preserve"> </w:t>
      </w:r>
      <w:proofErr w:type="spellStart"/>
      <w:r w:rsidRPr="00846012">
        <w:rPr>
          <w:lang w:val="fr-FR"/>
        </w:rPr>
        <w:t>doveditoare</w:t>
      </w:r>
      <w:proofErr w:type="spellEnd"/>
      <w:r w:rsidRPr="00846012">
        <w:rPr>
          <w:lang w:val="fr-FR"/>
        </w:rPr>
        <w:t xml:space="preserve"> </w:t>
      </w:r>
      <w:proofErr w:type="spellStart"/>
      <w:r w:rsidRPr="00846012">
        <w:rPr>
          <w:lang w:val="fr-FR"/>
        </w:rPr>
        <w:t>prevăzute</w:t>
      </w:r>
      <w:proofErr w:type="spellEnd"/>
      <w:r w:rsidRPr="00846012">
        <w:rPr>
          <w:lang w:val="fr-FR"/>
        </w:rPr>
        <w:t xml:space="preserve"> de lege.</w:t>
      </w:r>
    </w:p>
    <w:p w14:paraId="719E2408" w14:textId="77777777" w:rsidR="003260D0" w:rsidRPr="00846012" w:rsidRDefault="00916C8E">
      <w:pPr>
        <w:spacing w:after="120"/>
        <w:jc w:val="both"/>
        <w:rPr>
          <w:lang w:val="fr-FR"/>
        </w:rPr>
      </w:pPr>
      <w:proofErr w:type="spellStart"/>
      <w:r w:rsidRPr="00846012">
        <w:rPr>
          <w:lang w:val="fr-FR"/>
        </w:rPr>
        <w:t>Termenul</w:t>
      </w:r>
      <w:proofErr w:type="spellEnd"/>
      <w:r w:rsidRPr="00846012">
        <w:rPr>
          <w:lang w:val="fr-FR"/>
        </w:rPr>
        <w:t xml:space="preserve"> de </w:t>
      </w:r>
      <w:proofErr w:type="spellStart"/>
      <w:r w:rsidRPr="00846012">
        <w:rPr>
          <w:lang w:val="fr-FR"/>
        </w:rPr>
        <w:t>soluționare</w:t>
      </w:r>
      <w:proofErr w:type="spellEnd"/>
      <w:r w:rsidRPr="00846012">
        <w:rPr>
          <w:lang w:val="fr-FR"/>
        </w:rPr>
        <w:t xml:space="preserve"> </w:t>
      </w:r>
      <w:proofErr w:type="spellStart"/>
      <w:r w:rsidRPr="00846012">
        <w:rPr>
          <w:lang w:val="fr-FR"/>
        </w:rPr>
        <w:t>și</w:t>
      </w:r>
      <w:proofErr w:type="spellEnd"/>
      <w:r w:rsidRPr="00846012">
        <w:rPr>
          <w:lang w:val="fr-FR"/>
        </w:rPr>
        <w:t xml:space="preserve"> de </w:t>
      </w:r>
      <w:proofErr w:type="spellStart"/>
      <w:r w:rsidRPr="00846012">
        <w:rPr>
          <w:lang w:val="fr-FR"/>
        </w:rPr>
        <w:t>restituire</w:t>
      </w:r>
      <w:proofErr w:type="spellEnd"/>
      <w:r w:rsidRPr="00846012">
        <w:rPr>
          <w:lang w:val="fr-FR"/>
        </w:rPr>
        <w:t xml:space="preserve"> a </w:t>
      </w:r>
      <w:proofErr w:type="spellStart"/>
      <w:r w:rsidRPr="00846012">
        <w:rPr>
          <w:lang w:val="fr-FR"/>
        </w:rPr>
        <w:t>primei</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cazurile</w:t>
      </w:r>
      <w:proofErr w:type="spellEnd"/>
      <w:r w:rsidRPr="00846012">
        <w:rPr>
          <w:lang w:val="fr-FR"/>
        </w:rPr>
        <w:t xml:space="preserve"> </w:t>
      </w:r>
      <w:proofErr w:type="spellStart"/>
      <w:r w:rsidRPr="00846012">
        <w:rPr>
          <w:lang w:val="fr-FR"/>
        </w:rPr>
        <w:t>în</w:t>
      </w:r>
      <w:proofErr w:type="spellEnd"/>
      <w:r w:rsidRPr="00846012">
        <w:rPr>
          <w:lang w:val="fr-FR"/>
        </w:rPr>
        <w:t xml:space="preserve"> care </w:t>
      </w:r>
      <w:proofErr w:type="spellStart"/>
      <w:r w:rsidRPr="00846012">
        <w:rPr>
          <w:lang w:val="fr-FR"/>
        </w:rPr>
        <w:t>restituirea</w:t>
      </w:r>
      <w:proofErr w:type="spellEnd"/>
      <w:r w:rsidRPr="00846012">
        <w:rPr>
          <w:lang w:val="fr-FR"/>
        </w:rPr>
        <w:t xml:space="preserve"> este </w:t>
      </w:r>
      <w:proofErr w:type="spellStart"/>
      <w:r w:rsidRPr="00846012">
        <w:rPr>
          <w:lang w:val="fr-FR"/>
        </w:rPr>
        <w:t>aplicabilă</w:t>
      </w:r>
      <w:proofErr w:type="spellEnd"/>
      <w:r w:rsidRPr="00846012">
        <w:rPr>
          <w:lang w:val="fr-FR"/>
        </w:rPr>
        <w:t xml:space="preserve">) </w:t>
      </w:r>
      <w:proofErr w:type="spellStart"/>
      <w:r w:rsidRPr="00846012">
        <w:rPr>
          <w:lang w:val="fr-FR"/>
        </w:rPr>
        <w:t>este</w:t>
      </w:r>
      <w:proofErr w:type="spellEnd"/>
      <w:r w:rsidRPr="00846012">
        <w:rPr>
          <w:lang w:val="fr-FR"/>
        </w:rPr>
        <w:t xml:space="preserve"> de </w:t>
      </w:r>
      <w:r w:rsidRPr="00846012">
        <w:rPr>
          <w:b/>
          <w:lang w:val="fr-FR"/>
        </w:rPr>
        <w:t xml:space="preserve">30 de </w:t>
      </w:r>
      <w:proofErr w:type="spellStart"/>
      <w:r w:rsidRPr="00846012">
        <w:rPr>
          <w:b/>
          <w:lang w:val="fr-FR"/>
        </w:rPr>
        <w:t>zile</w:t>
      </w:r>
      <w:proofErr w:type="spellEnd"/>
      <w:r w:rsidRPr="00846012">
        <w:rPr>
          <w:b/>
          <w:lang w:val="fr-FR"/>
        </w:rPr>
        <w:t xml:space="preserve"> </w:t>
      </w:r>
      <w:proofErr w:type="spellStart"/>
      <w:r w:rsidRPr="00846012">
        <w:rPr>
          <w:b/>
          <w:lang w:val="fr-FR"/>
        </w:rPr>
        <w:t>calendaristice</w:t>
      </w:r>
      <w:proofErr w:type="spellEnd"/>
      <w:r w:rsidRPr="00846012">
        <w:rPr>
          <w:lang w:val="fr-FR"/>
        </w:rPr>
        <w:t xml:space="preserve"> de la </w:t>
      </w:r>
      <w:proofErr w:type="spellStart"/>
      <w:r w:rsidRPr="00846012">
        <w:rPr>
          <w:lang w:val="fr-FR"/>
        </w:rPr>
        <w:t>primirea</w:t>
      </w:r>
      <w:proofErr w:type="spellEnd"/>
      <w:r w:rsidRPr="00846012">
        <w:rPr>
          <w:lang w:val="fr-FR"/>
        </w:rPr>
        <w:t xml:space="preserve"> </w:t>
      </w:r>
      <w:proofErr w:type="spellStart"/>
      <w:r w:rsidRPr="00846012">
        <w:rPr>
          <w:lang w:val="fr-FR"/>
        </w:rPr>
        <w:t>cererii</w:t>
      </w:r>
      <w:proofErr w:type="spellEnd"/>
      <w:r w:rsidRPr="00846012">
        <w:rPr>
          <w:lang w:val="fr-FR"/>
        </w:rPr>
        <w:t xml:space="preserve"> </w:t>
      </w:r>
      <w:proofErr w:type="spellStart"/>
      <w:r w:rsidRPr="00846012">
        <w:rPr>
          <w:lang w:val="fr-FR"/>
        </w:rPr>
        <w:t>complete</w:t>
      </w:r>
      <w:proofErr w:type="spellEnd"/>
      <w:r w:rsidRPr="00846012">
        <w:rPr>
          <w:lang w:val="fr-FR"/>
        </w:rPr>
        <w:t>.</w:t>
      </w:r>
    </w:p>
    <w:p w14:paraId="5AD94BFA" w14:textId="77777777" w:rsidR="003260D0" w:rsidRDefault="00916C8E">
      <w:pPr>
        <w:pStyle w:val="Heading2"/>
      </w:pPr>
      <w:r>
        <w:rPr>
          <w:rFonts w:ascii="Arial" w:hAnsi="Arial"/>
        </w:rPr>
        <w:t>11. Securitate</w:t>
      </w:r>
    </w:p>
    <w:p w14:paraId="5D44A670" w14:textId="77777777" w:rsidR="003260D0" w:rsidRDefault="00916C8E">
      <w:pPr>
        <w:spacing w:after="120"/>
        <w:jc w:val="both"/>
      </w:pPr>
      <w:r>
        <w:t xml:space="preserve">Informațiile transmise și primite prin intermediul site-ului www.winnersgroup.ro și a aplicațiilor informatice asociate sunt criptate folosind tehnologia </w:t>
      </w:r>
      <w:r>
        <w:rPr>
          <w:b/>
        </w:rPr>
        <w:t>Secure Socket Layer (SSL/TLS)</w:t>
      </w:r>
      <w:r>
        <w:t>.</w:t>
      </w:r>
    </w:p>
    <w:p w14:paraId="2DB1F0C1" w14:textId="77777777" w:rsidR="003260D0" w:rsidRDefault="00916C8E">
      <w:pPr>
        <w:spacing w:after="120"/>
        <w:jc w:val="both"/>
      </w:pPr>
      <w:r>
        <w:lastRenderedPageBreak/>
        <w:t xml:space="preserve">Transferul datelor cu caracter personal, precum și procesul de autentificare (dacă este utilizat), au loc cu ajutorul protocolului de securitate </w:t>
      </w:r>
      <w:r>
        <w:rPr>
          <w:b/>
        </w:rPr>
        <w:t>HTTPS</w:t>
      </w:r>
      <w:r>
        <w:t>, care implementează criptarea datelor transmise.</w:t>
      </w:r>
    </w:p>
    <w:p w14:paraId="1E6DDC54" w14:textId="77777777" w:rsidR="003260D0" w:rsidRPr="00846012" w:rsidRDefault="00916C8E">
      <w:pPr>
        <w:spacing w:after="120"/>
        <w:jc w:val="both"/>
        <w:rPr>
          <w:lang w:val="fr-FR"/>
        </w:rPr>
      </w:pPr>
      <w:r>
        <w:t xml:space="preserve">WINNERS GROUP COMPANIE DE BROKERAJ S.R.L. depune toate eforturile rezonabile pentru a asigura securitatea datelor transmise prin site. </w:t>
      </w:r>
      <w:r w:rsidRPr="00846012">
        <w:rPr>
          <w:lang w:val="fr-FR"/>
        </w:rPr>
        <w:t xml:space="preserve">Cu </w:t>
      </w:r>
      <w:proofErr w:type="spellStart"/>
      <w:r w:rsidRPr="00846012">
        <w:rPr>
          <w:lang w:val="fr-FR"/>
        </w:rPr>
        <w:t>toate</w:t>
      </w:r>
      <w:proofErr w:type="spellEnd"/>
      <w:r w:rsidRPr="00846012">
        <w:rPr>
          <w:lang w:val="fr-FR"/>
        </w:rPr>
        <w:t xml:space="preserve"> </w:t>
      </w:r>
      <w:proofErr w:type="spellStart"/>
      <w:r w:rsidRPr="00846012">
        <w:rPr>
          <w:lang w:val="fr-FR"/>
        </w:rPr>
        <w:t>acestea</w:t>
      </w:r>
      <w:proofErr w:type="spellEnd"/>
      <w:r w:rsidRPr="00846012">
        <w:rPr>
          <w:lang w:val="fr-FR"/>
        </w:rPr>
        <w:t xml:space="preserve">, </w:t>
      </w:r>
      <w:proofErr w:type="spellStart"/>
      <w:r w:rsidRPr="00846012">
        <w:rPr>
          <w:lang w:val="fr-FR"/>
        </w:rPr>
        <w:t>securitatea</w:t>
      </w:r>
      <w:proofErr w:type="spellEnd"/>
      <w:r w:rsidRPr="00846012">
        <w:rPr>
          <w:lang w:val="fr-FR"/>
        </w:rPr>
        <w:t xml:space="preserve"> </w:t>
      </w:r>
      <w:proofErr w:type="spellStart"/>
      <w:r w:rsidRPr="00846012">
        <w:rPr>
          <w:lang w:val="fr-FR"/>
        </w:rPr>
        <w:t>absolută</w:t>
      </w:r>
      <w:proofErr w:type="spellEnd"/>
      <w:r w:rsidRPr="00846012">
        <w:rPr>
          <w:lang w:val="fr-FR"/>
        </w:rPr>
        <w:t xml:space="preserve"> a </w:t>
      </w:r>
      <w:proofErr w:type="spellStart"/>
      <w:r w:rsidRPr="00846012">
        <w:rPr>
          <w:lang w:val="fr-FR"/>
        </w:rPr>
        <w:t>datelor</w:t>
      </w:r>
      <w:proofErr w:type="spellEnd"/>
      <w:r w:rsidRPr="00846012">
        <w:rPr>
          <w:lang w:val="fr-FR"/>
        </w:rPr>
        <w:t xml:space="preserve"> </w:t>
      </w:r>
      <w:proofErr w:type="spellStart"/>
      <w:r w:rsidRPr="00846012">
        <w:rPr>
          <w:lang w:val="fr-FR"/>
        </w:rPr>
        <w:t>transferate</w:t>
      </w:r>
      <w:proofErr w:type="spellEnd"/>
      <w:r w:rsidRPr="00846012">
        <w:rPr>
          <w:lang w:val="fr-FR"/>
        </w:rPr>
        <w:t xml:space="preserve"> prin internet nu </w:t>
      </w:r>
      <w:proofErr w:type="spellStart"/>
      <w:r w:rsidRPr="00846012">
        <w:rPr>
          <w:lang w:val="fr-FR"/>
        </w:rPr>
        <w:t>poate</w:t>
      </w:r>
      <w:proofErr w:type="spellEnd"/>
      <w:r w:rsidRPr="00846012">
        <w:rPr>
          <w:lang w:val="fr-FR"/>
        </w:rPr>
        <w:t xml:space="preserve"> fi </w:t>
      </w:r>
      <w:proofErr w:type="spellStart"/>
      <w:r w:rsidRPr="00846012">
        <w:rPr>
          <w:lang w:val="fr-FR"/>
        </w:rPr>
        <w:t>garantată</w:t>
      </w:r>
      <w:proofErr w:type="spellEnd"/>
      <w:r w:rsidRPr="00846012">
        <w:rPr>
          <w:lang w:val="fr-FR"/>
        </w:rPr>
        <w:t xml:space="preserve">. WINNERS nu </w:t>
      </w:r>
      <w:proofErr w:type="spellStart"/>
      <w:r w:rsidRPr="00846012">
        <w:rPr>
          <w:lang w:val="fr-FR"/>
        </w:rPr>
        <w:t>poate</w:t>
      </w:r>
      <w:proofErr w:type="spellEnd"/>
      <w:r w:rsidRPr="00846012">
        <w:rPr>
          <w:lang w:val="fr-FR"/>
        </w:rPr>
        <w:t xml:space="preserve"> </w:t>
      </w:r>
      <w:proofErr w:type="spellStart"/>
      <w:r w:rsidRPr="00846012">
        <w:rPr>
          <w:lang w:val="fr-FR"/>
        </w:rPr>
        <w:t>garanta</w:t>
      </w:r>
      <w:proofErr w:type="spellEnd"/>
      <w:r w:rsidRPr="00846012">
        <w:rPr>
          <w:lang w:val="fr-FR"/>
        </w:rPr>
        <w:t xml:space="preserve"> </w:t>
      </w:r>
      <w:proofErr w:type="spellStart"/>
      <w:r w:rsidRPr="00846012">
        <w:rPr>
          <w:lang w:val="fr-FR"/>
        </w:rPr>
        <w:t>că</w:t>
      </w:r>
      <w:proofErr w:type="spellEnd"/>
      <w:r w:rsidRPr="00846012">
        <w:rPr>
          <w:lang w:val="fr-FR"/>
        </w:rPr>
        <w:t xml:space="preserve"> </w:t>
      </w:r>
      <w:proofErr w:type="spellStart"/>
      <w:r w:rsidRPr="00846012">
        <w:rPr>
          <w:lang w:val="fr-FR"/>
        </w:rPr>
        <w:t>informațiile</w:t>
      </w:r>
      <w:proofErr w:type="spellEnd"/>
      <w:r w:rsidRPr="00846012">
        <w:rPr>
          <w:lang w:val="fr-FR"/>
        </w:rPr>
        <w:t xml:space="preserve"> transmise </w:t>
      </w:r>
      <w:proofErr w:type="spellStart"/>
      <w:r w:rsidRPr="00846012">
        <w:rPr>
          <w:lang w:val="fr-FR"/>
        </w:rPr>
        <w:t>sau</w:t>
      </w:r>
      <w:proofErr w:type="spellEnd"/>
      <w:r w:rsidRPr="00846012">
        <w:rPr>
          <w:lang w:val="fr-FR"/>
        </w:rPr>
        <w:t xml:space="preserve"> </w:t>
      </w:r>
      <w:proofErr w:type="spellStart"/>
      <w:r w:rsidRPr="00846012">
        <w:rPr>
          <w:lang w:val="fr-FR"/>
        </w:rPr>
        <w:t>primite</w:t>
      </w:r>
      <w:proofErr w:type="spellEnd"/>
      <w:r w:rsidRPr="00846012">
        <w:rPr>
          <w:lang w:val="fr-FR"/>
        </w:rPr>
        <w:t xml:space="preserve"> prin internet </w:t>
      </w:r>
      <w:proofErr w:type="spellStart"/>
      <w:r w:rsidRPr="00846012">
        <w:rPr>
          <w:lang w:val="fr-FR"/>
        </w:rPr>
        <w:t>sunt</w:t>
      </w:r>
      <w:proofErr w:type="spellEnd"/>
      <w:r w:rsidRPr="00846012">
        <w:rPr>
          <w:lang w:val="fr-FR"/>
        </w:rPr>
        <w:t xml:space="preserve"> la </w:t>
      </w:r>
      <w:proofErr w:type="spellStart"/>
      <w:r w:rsidRPr="00846012">
        <w:rPr>
          <w:lang w:val="fr-FR"/>
        </w:rPr>
        <w:t>adăpost</w:t>
      </w:r>
      <w:proofErr w:type="spellEnd"/>
      <w:r w:rsidRPr="00846012">
        <w:rPr>
          <w:lang w:val="fr-FR"/>
        </w:rPr>
        <w:t xml:space="preserve"> de </w:t>
      </w:r>
      <w:proofErr w:type="spellStart"/>
      <w:r w:rsidRPr="00846012">
        <w:rPr>
          <w:lang w:val="fr-FR"/>
        </w:rPr>
        <w:t>infracțiuni</w:t>
      </w:r>
      <w:proofErr w:type="spellEnd"/>
      <w:r w:rsidRPr="00846012">
        <w:rPr>
          <w:lang w:val="fr-FR"/>
        </w:rPr>
        <w:t xml:space="preserve"> </w:t>
      </w:r>
      <w:proofErr w:type="spellStart"/>
      <w:r w:rsidRPr="00846012">
        <w:rPr>
          <w:lang w:val="fr-FR"/>
        </w:rPr>
        <w:t>cibernetice</w:t>
      </w:r>
      <w:proofErr w:type="spellEnd"/>
      <w:r w:rsidRPr="00846012">
        <w:rPr>
          <w:lang w:val="fr-FR"/>
        </w:rPr>
        <w:t>.</w:t>
      </w:r>
    </w:p>
    <w:p w14:paraId="77AA4F8A" w14:textId="77777777" w:rsidR="003260D0" w:rsidRPr="00846012" w:rsidRDefault="00916C8E">
      <w:pPr>
        <w:spacing w:after="120"/>
        <w:jc w:val="both"/>
        <w:rPr>
          <w:lang w:val="fr-FR"/>
        </w:rPr>
      </w:pPr>
      <w:r w:rsidRPr="00846012">
        <w:rPr>
          <w:lang w:val="fr-FR"/>
        </w:rPr>
        <w:t xml:space="preserve">WINNERS GROUP COMPANIE DE BROKERAJ S.R.L. </w:t>
      </w:r>
      <w:proofErr w:type="spellStart"/>
      <w:r w:rsidRPr="00846012">
        <w:rPr>
          <w:lang w:val="fr-FR"/>
        </w:rPr>
        <w:t>își</w:t>
      </w:r>
      <w:proofErr w:type="spellEnd"/>
      <w:r w:rsidRPr="00846012">
        <w:rPr>
          <w:lang w:val="fr-FR"/>
        </w:rPr>
        <w:t xml:space="preserve"> </w:t>
      </w:r>
      <w:proofErr w:type="spellStart"/>
      <w:r w:rsidRPr="00846012">
        <w:rPr>
          <w:lang w:val="fr-FR"/>
        </w:rPr>
        <w:t>declină</w:t>
      </w:r>
      <w:proofErr w:type="spellEnd"/>
      <w:r w:rsidRPr="00846012">
        <w:rPr>
          <w:lang w:val="fr-FR"/>
        </w:rPr>
        <w:t xml:space="preserve"> </w:t>
      </w:r>
      <w:proofErr w:type="spellStart"/>
      <w:r w:rsidRPr="00846012">
        <w:rPr>
          <w:lang w:val="fr-FR"/>
        </w:rPr>
        <w:t>orice</w:t>
      </w:r>
      <w:proofErr w:type="spellEnd"/>
      <w:r w:rsidRPr="00846012">
        <w:rPr>
          <w:lang w:val="fr-FR"/>
        </w:rPr>
        <w:t xml:space="preserve"> </w:t>
      </w:r>
      <w:proofErr w:type="spellStart"/>
      <w:r w:rsidRPr="00846012">
        <w:rPr>
          <w:lang w:val="fr-FR"/>
        </w:rPr>
        <w:t>responsabilitate</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eventualele</w:t>
      </w:r>
      <w:proofErr w:type="spellEnd"/>
      <w:r w:rsidRPr="00846012">
        <w:rPr>
          <w:lang w:val="fr-FR"/>
        </w:rPr>
        <w:t xml:space="preserve"> </w:t>
      </w:r>
      <w:proofErr w:type="spellStart"/>
      <w:r w:rsidRPr="00846012">
        <w:rPr>
          <w:lang w:val="fr-FR"/>
        </w:rPr>
        <w:t>prejudicii</w:t>
      </w:r>
      <w:proofErr w:type="spellEnd"/>
      <w:r w:rsidRPr="00846012">
        <w:rPr>
          <w:lang w:val="fr-FR"/>
        </w:rPr>
        <w:t xml:space="preserve"> </w:t>
      </w:r>
      <w:proofErr w:type="spellStart"/>
      <w:r w:rsidRPr="00846012">
        <w:rPr>
          <w:lang w:val="fr-FR"/>
        </w:rPr>
        <w:t>aduse</w:t>
      </w:r>
      <w:proofErr w:type="spellEnd"/>
      <w:r w:rsidRPr="00846012">
        <w:rPr>
          <w:lang w:val="fr-FR"/>
        </w:rPr>
        <w:t xml:space="preserve"> </w:t>
      </w:r>
      <w:proofErr w:type="spellStart"/>
      <w:r w:rsidRPr="00846012">
        <w:rPr>
          <w:lang w:val="fr-FR"/>
        </w:rPr>
        <w:t>Utilizatorilor</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terților</w:t>
      </w:r>
      <w:proofErr w:type="spellEnd"/>
      <w:r w:rsidRPr="00846012">
        <w:rPr>
          <w:lang w:val="fr-FR"/>
        </w:rPr>
        <w:t xml:space="preserve"> prin </w:t>
      </w:r>
      <w:proofErr w:type="spellStart"/>
      <w:r w:rsidRPr="00846012">
        <w:rPr>
          <w:lang w:val="fr-FR"/>
        </w:rPr>
        <w:t>folosirea</w:t>
      </w:r>
      <w:proofErr w:type="spellEnd"/>
      <w:r w:rsidRPr="00846012">
        <w:rPr>
          <w:lang w:val="fr-FR"/>
        </w:rPr>
        <w:t xml:space="preserve"> </w:t>
      </w:r>
      <w:proofErr w:type="spellStart"/>
      <w:r w:rsidRPr="00846012">
        <w:rPr>
          <w:lang w:val="fr-FR"/>
        </w:rPr>
        <w:t>neautorizată</w:t>
      </w:r>
      <w:proofErr w:type="spellEnd"/>
      <w:r w:rsidRPr="00846012">
        <w:rPr>
          <w:lang w:val="fr-FR"/>
        </w:rPr>
        <w:t xml:space="preserve"> a </w:t>
      </w:r>
      <w:proofErr w:type="spellStart"/>
      <w:r w:rsidRPr="00846012">
        <w:rPr>
          <w:lang w:val="fr-FR"/>
        </w:rPr>
        <w:t>informațiilor</w:t>
      </w:r>
      <w:proofErr w:type="spellEnd"/>
      <w:r w:rsidRPr="00846012">
        <w:rPr>
          <w:lang w:val="fr-FR"/>
        </w:rPr>
        <w:t xml:space="preserve"> de </w:t>
      </w:r>
      <w:proofErr w:type="spellStart"/>
      <w:r w:rsidRPr="00846012">
        <w:rPr>
          <w:lang w:val="fr-FR"/>
        </w:rPr>
        <w:t>pe</w:t>
      </w:r>
      <w:proofErr w:type="spellEnd"/>
      <w:r w:rsidRPr="00846012">
        <w:rPr>
          <w:lang w:val="fr-FR"/>
        </w:rPr>
        <w:t xml:space="preserve"> site de </w:t>
      </w:r>
      <w:proofErr w:type="spellStart"/>
      <w:r w:rsidRPr="00846012">
        <w:rPr>
          <w:lang w:val="fr-FR"/>
        </w:rPr>
        <w:t>către</w:t>
      </w:r>
      <w:proofErr w:type="spellEnd"/>
      <w:r w:rsidRPr="00846012">
        <w:rPr>
          <w:lang w:val="fr-FR"/>
        </w:rPr>
        <w:t xml:space="preserve"> </w:t>
      </w:r>
      <w:proofErr w:type="spellStart"/>
      <w:r w:rsidRPr="00846012">
        <w:rPr>
          <w:lang w:val="fr-FR"/>
        </w:rPr>
        <w:t>terți</w:t>
      </w:r>
      <w:proofErr w:type="spellEnd"/>
      <w:r w:rsidRPr="00846012">
        <w:rPr>
          <w:lang w:val="fr-FR"/>
        </w:rPr>
        <w:t>.</w:t>
      </w:r>
    </w:p>
    <w:p w14:paraId="5BBA56D8" w14:textId="77777777" w:rsidR="003260D0" w:rsidRPr="00846012" w:rsidRDefault="00916C8E">
      <w:pPr>
        <w:spacing w:after="120"/>
        <w:jc w:val="both"/>
        <w:rPr>
          <w:lang w:val="fr-FR"/>
        </w:rPr>
      </w:pPr>
      <w:proofErr w:type="spellStart"/>
      <w:r w:rsidRPr="00846012">
        <w:rPr>
          <w:lang w:val="fr-FR"/>
        </w:rPr>
        <w:t>Utilizatorul</w:t>
      </w:r>
      <w:proofErr w:type="spellEnd"/>
      <w:r w:rsidRPr="00846012">
        <w:rPr>
          <w:lang w:val="fr-FR"/>
        </w:rPr>
        <w:t xml:space="preserve"> are </w:t>
      </w:r>
      <w:proofErr w:type="spellStart"/>
      <w:r w:rsidRPr="00846012">
        <w:rPr>
          <w:lang w:val="fr-FR"/>
        </w:rPr>
        <w:t>obligația</w:t>
      </w:r>
      <w:proofErr w:type="spellEnd"/>
      <w:r w:rsidRPr="00846012">
        <w:rPr>
          <w:lang w:val="fr-FR"/>
        </w:rPr>
        <w:t xml:space="preserve"> </w:t>
      </w:r>
      <w:proofErr w:type="gramStart"/>
      <w:r w:rsidRPr="00846012">
        <w:rPr>
          <w:lang w:val="fr-FR"/>
        </w:rPr>
        <w:t>de a</w:t>
      </w:r>
      <w:proofErr w:type="gramEnd"/>
      <w:r w:rsidRPr="00846012">
        <w:rPr>
          <w:lang w:val="fr-FR"/>
        </w:rPr>
        <w:t xml:space="preserve"> </w:t>
      </w:r>
      <w:proofErr w:type="spellStart"/>
      <w:r w:rsidRPr="00846012">
        <w:rPr>
          <w:lang w:val="fr-FR"/>
        </w:rPr>
        <w:t>păstra</w:t>
      </w:r>
      <w:proofErr w:type="spellEnd"/>
      <w:r w:rsidRPr="00846012">
        <w:rPr>
          <w:lang w:val="fr-FR"/>
        </w:rPr>
        <w:t xml:space="preserve"> </w:t>
      </w:r>
      <w:proofErr w:type="spellStart"/>
      <w:r w:rsidRPr="00846012">
        <w:rPr>
          <w:lang w:val="fr-FR"/>
        </w:rPr>
        <w:t>confidențialitatea</w:t>
      </w:r>
      <w:proofErr w:type="spellEnd"/>
      <w:r w:rsidRPr="00846012">
        <w:rPr>
          <w:lang w:val="fr-FR"/>
        </w:rPr>
        <w:t xml:space="preserve"> </w:t>
      </w:r>
      <w:proofErr w:type="spellStart"/>
      <w:r w:rsidRPr="00846012">
        <w:rPr>
          <w:lang w:val="fr-FR"/>
        </w:rPr>
        <w:t>oricăror</w:t>
      </w:r>
      <w:proofErr w:type="spellEnd"/>
      <w:r w:rsidRPr="00846012">
        <w:rPr>
          <w:lang w:val="fr-FR"/>
        </w:rPr>
        <w:t xml:space="preserve"> </w:t>
      </w:r>
      <w:proofErr w:type="spellStart"/>
      <w:r w:rsidRPr="00846012">
        <w:rPr>
          <w:lang w:val="fr-FR"/>
        </w:rPr>
        <w:t>credențiale</w:t>
      </w:r>
      <w:proofErr w:type="spellEnd"/>
      <w:r w:rsidRPr="00846012">
        <w:rPr>
          <w:lang w:val="fr-FR"/>
        </w:rPr>
        <w:t xml:space="preserve"> (parole, </w:t>
      </w:r>
      <w:proofErr w:type="spellStart"/>
      <w:r w:rsidRPr="00846012">
        <w:rPr>
          <w:lang w:val="fr-FR"/>
        </w:rPr>
        <w:t>coduri</w:t>
      </w:r>
      <w:proofErr w:type="spellEnd"/>
      <w:r w:rsidRPr="00846012">
        <w:rPr>
          <w:lang w:val="fr-FR"/>
        </w:rPr>
        <w:t xml:space="preserve">) </w:t>
      </w:r>
      <w:proofErr w:type="spellStart"/>
      <w:r w:rsidRPr="00846012">
        <w:rPr>
          <w:lang w:val="fr-FR"/>
        </w:rPr>
        <w:t>folosite</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accesarea</w:t>
      </w:r>
      <w:proofErr w:type="spellEnd"/>
      <w:r w:rsidRPr="00846012">
        <w:rPr>
          <w:lang w:val="fr-FR"/>
        </w:rPr>
        <w:t xml:space="preserve"> </w:t>
      </w:r>
      <w:proofErr w:type="spellStart"/>
      <w:r w:rsidRPr="00846012">
        <w:rPr>
          <w:lang w:val="fr-FR"/>
        </w:rPr>
        <w:t>contului</w:t>
      </w:r>
      <w:proofErr w:type="spellEnd"/>
      <w:r w:rsidRPr="00846012">
        <w:rPr>
          <w:lang w:val="fr-FR"/>
        </w:rPr>
        <w:t xml:space="preserve"> </w:t>
      </w:r>
      <w:proofErr w:type="spellStart"/>
      <w:r w:rsidRPr="00846012">
        <w:rPr>
          <w:lang w:val="fr-FR"/>
        </w:rPr>
        <w:t>propriu</w:t>
      </w:r>
      <w:proofErr w:type="spellEnd"/>
      <w:r w:rsidRPr="00846012">
        <w:rPr>
          <w:lang w:val="fr-FR"/>
        </w:rPr>
        <w:t xml:space="preserve">, </w:t>
      </w:r>
      <w:proofErr w:type="spellStart"/>
      <w:r w:rsidRPr="00846012">
        <w:rPr>
          <w:lang w:val="fr-FR"/>
        </w:rPr>
        <w:t>dacă</w:t>
      </w:r>
      <w:proofErr w:type="spellEnd"/>
      <w:r w:rsidRPr="00846012">
        <w:rPr>
          <w:lang w:val="fr-FR"/>
        </w:rPr>
        <w:t xml:space="preserve"> </w:t>
      </w:r>
      <w:proofErr w:type="spellStart"/>
      <w:r w:rsidRPr="00846012">
        <w:rPr>
          <w:lang w:val="fr-FR"/>
        </w:rPr>
        <w:t>acesta</w:t>
      </w:r>
      <w:proofErr w:type="spellEnd"/>
      <w:r w:rsidRPr="00846012">
        <w:rPr>
          <w:lang w:val="fr-FR"/>
        </w:rPr>
        <w:t xml:space="preserve"> </w:t>
      </w:r>
      <w:proofErr w:type="spellStart"/>
      <w:r w:rsidRPr="00846012">
        <w:rPr>
          <w:lang w:val="fr-FR"/>
        </w:rPr>
        <w:t>există</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gramStart"/>
      <w:r w:rsidRPr="00846012">
        <w:rPr>
          <w:lang w:val="fr-FR"/>
        </w:rPr>
        <w:t>de a</w:t>
      </w:r>
      <w:proofErr w:type="gramEnd"/>
      <w:r w:rsidRPr="00846012">
        <w:rPr>
          <w:lang w:val="fr-FR"/>
        </w:rPr>
        <w:t xml:space="preserve"> </w:t>
      </w:r>
      <w:proofErr w:type="spellStart"/>
      <w:r w:rsidRPr="00846012">
        <w:rPr>
          <w:lang w:val="fr-FR"/>
        </w:rPr>
        <w:t>anunța</w:t>
      </w:r>
      <w:proofErr w:type="spellEnd"/>
      <w:r w:rsidRPr="00846012">
        <w:rPr>
          <w:lang w:val="fr-FR"/>
        </w:rPr>
        <w:t xml:space="preserve"> </w:t>
      </w:r>
      <w:proofErr w:type="spellStart"/>
      <w:r w:rsidRPr="00846012">
        <w:rPr>
          <w:lang w:val="fr-FR"/>
        </w:rPr>
        <w:t>imediat</w:t>
      </w:r>
      <w:proofErr w:type="spellEnd"/>
      <w:r w:rsidRPr="00846012">
        <w:rPr>
          <w:lang w:val="fr-FR"/>
        </w:rPr>
        <w:t xml:space="preserve"> </w:t>
      </w:r>
      <w:proofErr w:type="spellStart"/>
      <w:r w:rsidRPr="00846012">
        <w:rPr>
          <w:lang w:val="fr-FR"/>
        </w:rPr>
        <w:t>Brokerul</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cazul</w:t>
      </w:r>
      <w:proofErr w:type="spellEnd"/>
      <w:r w:rsidRPr="00846012">
        <w:rPr>
          <w:lang w:val="fr-FR"/>
        </w:rPr>
        <w:t xml:space="preserve"> </w:t>
      </w:r>
      <w:proofErr w:type="spellStart"/>
      <w:r w:rsidRPr="00846012">
        <w:rPr>
          <w:lang w:val="fr-FR"/>
        </w:rPr>
        <w:t>utilizării</w:t>
      </w:r>
      <w:proofErr w:type="spellEnd"/>
      <w:r w:rsidRPr="00846012">
        <w:rPr>
          <w:lang w:val="fr-FR"/>
        </w:rPr>
        <w:t xml:space="preserve"> </w:t>
      </w:r>
      <w:proofErr w:type="spellStart"/>
      <w:r w:rsidRPr="00846012">
        <w:rPr>
          <w:lang w:val="fr-FR"/>
        </w:rPr>
        <w:t>neautorizate</w:t>
      </w:r>
      <w:proofErr w:type="spellEnd"/>
      <w:r w:rsidRPr="00846012">
        <w:rPr>
          <w:lang w:val="fr-FR"/>
        </w:rPr>
        <w:t xml:space="preserve"> a </w:t>
      </w:r>
      <w:proofErr w:type="spellStart"/>
      <w:r w:rsidRPr="00846012">
        <w:rPr>
          <w:lang w:val="fr-FR"/>
        </w:rPr>
        <w:t>acestora</w:t>
      </w:r>
      <w:proofErr w:type="spellEnd"/>
      <w:r w:rsidRPr="00846012">
        <w:rPr>
          <w:lang w:val="fr-FR"/>
        </w:rPr>
        <w:t>.</w:t>
      </w:r>
    </w:p>
    <w:p w14:paraId="16A28419" w14:textId="77777777" w:rsidR="003260D0" w:rsidRDefault="00916C8E">
      <w:pPr>
        <w:pStyle w:val="Heading2"/>
      </w:pPr>
      <w:r>
        <w:rPr>
          <w:rFonts w:ascii="Arial" w:hAnsi="Arial"/>
        </w:rPr>
        <w:t>12. Date cu caracter personal</w:t>
      </w:r>
    </w:p>
    <w:p w14:paraId="73B26E93" w14:textId="77777777" w:rsidR="003260D0" w:rsidRDefault="00916C8E">
      <w:pPr>
        <w:spacing w:after="120"/>
        <w:jc w:val="both"/>
      </w:pPr>
      <w:r>
        <w:t>Prelucrarea datelor cu caracter personal furnizate de Utilizator se efectuează în conformitate cu prevederile:</w:t>
      </w:r>
    </w:p>
    <w:p w14:paraId="1F48DFC9" w14:textId="77777777" w:rsidR="003260D0" w:rsidRDefault="00916C8E">
      <w:pPr>
        <w:pStyle w:val="ListBullet"/>
        <w:spacing w:after="60"/>
        <w:jc w:val="both"/>
      </w:pPr>
      <w:r>
        <w:rPr>
          <w:b/>
        </w:rPr>
        <w:t>Regulamentului (UE) 2016/679 al Parlamentului European și al Consiliului din 27 aprilie 2016</w:t>
      </w:r>
      <w:r>
        <w:t xml:space="preserve"> privind protecția persoanelor fizice în ceea ce privește prelucrarea datelor cu caracter personal și libera circulație a acestor date (GDPR);</w:t>
      </w:r>
    </w:p>
    <w:p w14:paraId="49BDE887" w14:textId="77777777" w:rsidR="003260D0" w:rsidRDefault="00916C8E">
      <w:pPr>
        <w:pStyle w:val="ListBullet"/>
        <w:spacing w:after="60"/>
        <w:jc w:val="both"/>
      </w:pPr>
      <w:r>
        <w:rPr>
          <w:b/>
        </w:rPr>
        <w:t>Legii nr. 190/2018</w:t>
      </w:r>
      <w:r>
        <w:t xml:space="preserve"> privind măsuri de punere în aplicare a Regulamentului (UE) 2016/679;</w:t>
      </w:r>
    </w:p>
    <w:p w14:paraId="158E59F6" w14:textId="77777777" w:rsidR="003260D0" w:rsidRDefault="00916C8E">
      <w:pPr>
        <w:pStyle w:val="ListBullet"/>
        <w:spacing w:after="60"/>
        <w:jc w:val="both"/>
      </w:pPr>
      <w:r>
        <w:rPr>
          <w:b/>
        </w:rPr>
        <w:t>Legii nr. 506/2004</w:t>
      </w:r>
      <w:r>
        <w:t xml:space="preserve"> privind prelucrarea datelor cu caracter personal și protecția vieții private în sectorul comunicațiilor electronice.</w:t>
      </w:r>
    </w:p>
    <w:p w14:paraId="111E00D2" w14:textId="77777777" w:rsidR="003260D0" w:rsidRDefault="00916C8E">
      <w:pPr>
        <w:spacing w:after="120"/>
        <w:jc w:val="both"/>
      </w:pPr>
      <w:r>
        <w:t xml:space="preserve">Detaliile complete privind prelucrarea datelor cu caracter personal (categoriile de date prelucrate, scopurile prelucrării, temeiul legal, destinatarii datelor, perioada de stocare, drepturile persoanei vizate, modalitatea de exercitare a drepturilor) sunt prezentate în </w:t>
      </w:r>
      <w:r>
        <w:rPr>
          <w:b/>
        </w:rPr>
        <w:t>Politica de Confidențialitate</w:t>
      </w:r>
      <w:r>
        <w:t>, publicată separat pe site la adresa www.winnersgroup.ro/politica-de-confidentialitate.</w:t>
      </w:r>
    </w:p>
    <w:p w14:paraId="47123295" w14:textId="77777777" w:rsidR="003260D0" w:rsidRPr="00846012" w:rsidRDefault="00916C8E">
      <w:pPr>
        <w:spacing w:after="120"/>
        <w:jc w:val="both"/>
        <w:rPr>
          <w:lang w:val="fr-FR"/>
        </w:rPr>
      </w:pPr>
      <w:proofErr w:type="spellStart"/>
      <w:r w:rsidRPr="00846012">
        <w:rPr>
          <w:lang w:val="fr-FR"/>
        </w:rPr>
        <w:t>Datele</w:t>
      </w:r>
      <w:proofErr w:type="spellEnd"/>
      <w:r w:rsidRPr="00846012">
        <w:rPr>
          <w:lang w:val="fr-FR"/>
        </w:rPr>
        <w:t xml:space="preserve"> de contact ale </w:t>
      </w:r>
      <w:proofErr w:type="spellStart"/>
      <w:r w:rsidRPr="00846012">
        <w:rPr>
          <w:lang w:val="fr-FR"/>
        </w:rPr>
        <w:t>Responsabilului</w:t>
      </w:r>
      <w:proofErr w:type="spellEnd"/>
      <w:r w:rsidRPr="00846012">
        <w:rPr>
          <w:lang w:val="fr-FR"/>
        </w:rPr>
        <w:t xml:space="preserve"> </w:t>
      </w:r>
      <w:proofErr w:type="spellStart"/>
      <w:r w:rsidRPr="00846012">
        <w:rPr>
          <w:lang w:val="fr-FR"/>
        </w:rPr>
        <w:t>cu</w:t>
      </w:r>
      <w:proofErr w:type="spellEnd"/>
      <w:r w:rsidRPr="00846012">
        <w:rPr>
          <w:lang w:val="fr-FR"/>
        </w:rPr>
        <w:t xml:space="preserve"> </w:t>
      </w:r>
      <w:proofErr w:type="spellStart"/>
      <w:r w:rsidRPr="00846012">
        <w:rPr>
          <w:lang w:val="fr-FR"/>
        </w:rPr>
        <w:t>Protecția</w:t>
      </w:r>
      <w:proofErr w:type="spellEnd"/>
      <w:r w:rsidRPr="00846012">
        <w:rPr>
          <w:lang w:val="fr-FR"/>
        </w:rPr>
        <w:t xml:space="preserve"> </w:t>
      </w:r>
      <w:proofErr w:type="spellStart"/>
      <w:r w:rsidRPr="00846012">
        <w:rPr>
          <w:lang w:val="fr-FR"/>
        </w:rPr>
        <w:t>Datelor</w:t>
      </w:r>
      <w:proofErr w:type="spellEnd"/>
      <w:r w:rsidRPr="00846012">
        <w:rPr>
          <w:lang w:val="fr-FR"/>
        </w:rPr>
        <w:t xml:space="preserve"> (DPO), </w:t>
      </w:r>
      <w:proofErr w:type="spellStart"/>
      <w:r w:rsidRPr="00846012">
        <w:rPr>
          <w:lang w:val="fr-FR"/>
        </w:rPr>
        <w:t>dacă</w:t>
      </w:r>
      <w:proofErr w:type="spellEnd"/>
      <w:r w:rsidRPr="00846012">
        <w:rPr>
          <w:lang w:val="fr-FR"/>
        </w:rPr>
        <w:t xml:space="preserve"> este </w:t>
      </w:r>
      <w:proofErr w:type="spellStart"/>
      <w:proofErr w:type="gramStart"/>
      <w:r w:rsidRPr="00846012">
        <w:rPr>
          <w:lang w:val="fr-FR"/>
        </w:rPr>
        <w:t>desemnat</w:t>
      </w:r>
      <w:proofErr w:type="spellEnd"/>
      <w:r w:rsidRPr="00846012">
        <w:rPr>
          <w:lang w:val="fr-FR"/>
        </w:rPr>
        <w:t>:</w:t>
      </w:r>
      <w:proofErr w:type="gramEnd"/>
      <w:r w:rsidRPr="00846012">
        <w:rPr>
          <w:lang w:val="fr-FR"/>
        </w:rPr>
        <w:t xml:space="preserve"> ...................... (</w:t>
      </w:r>
      <w:proofErr w:type="spellStart"/>
      <w:proofErr w:type="gramStart"/>
      <w:r w:rsidRPr="00846012">
        <w:rPr>
          <w:lang w:val="fr-FR"/>
        </w:rPr>
        <w:t>nume</w:t>
      </w:r>
      <w:proofErr w:type="spellEnd"/>
      <w:proofErr w:type="gramEnd"/>
      <w:r w:rsidRPr="00846012">
        <w:rPr>
          <w:lang w:val="fr-FR"/>
        </w:rPr>
        <w:t xml:space="preserve"> </w:t>
      </w:r>
      <w:proofErr w:type="spellStart"/>
      <w:r w:rsidRPr="00846012">
        <w:rPr>
          <w:lang w:val="fr-FR"/>
        </w:rPr>
        <w:t>și</w:t>
      </w:r>
      <w:proofErr w:type="spellEnd"/>
      <w:r w:rsidRPr="00846012">
        <w:rPr>
          <w:lang w:val="fr-FR"/>
        </w:rPr>
        <w:t xml:space="preserve"> </w:t>
      </w:r>
      <w:proofErr w:type="gramStart"/>
      <w:r w:rsidRPr="00846012">
        <w:rPr>
          <w:lang w:val="fr-FR"/>
        </w:rPr>
        <w:t>email</w:t>
      </w:r>
      <w:proofErr w:type="gramEnd"/>
      <w:r w:rsidRPr="00846012">
        <w:rPr>
          <w:lang w:val="fr-FR"/>
        </w:rPr>
        <w:t xml:space="preserve"> DPO, </w:t>
      </w:r>
      <w:proofErr w:type="spellStart"/>
      <w:r w:rsidRPr="00846012">
        <w:rPr>
          <w:lang w:val="fr-FR"/>
        </w:rPr>
        <w:t>dacă</w:t>
      </w:r>
      <w:proofErr w:type="spellEnd"/>
      <w:r w:rsidRPr="00846012">
        <w:rPr>
          <w:lang w:val="fr-FR"/>
        </w:rPr>
        <w:t xml:space="preserve"> este </w:t>
      </w:r>
      <w:proofErr w:type="spellStart"/>
      <w:r w:rsidRPr="00846012">
        <w:rPr>
          <w:lang w:val="fr-FR"/>
        </w:rPr>
        <w:t>desemnat</w:t>
      </w:r>
      <w:proofErr w:type="spellEnd"/>
      <w:r w:rsidRPr="00846012">
        <w:rPr>
          <w:lang w:val="fr-FR"/>
        </w:rPr>
        <w:t>).</w:t>
      </w:r>
    </w:p>
    <w:p w14:paraId="202B641C" w14:textId="77777777" w:rsidR="003260D0" w:rsidRPr="00846012" w:rsidRDefault="00916C8E">
      <w:pPr>
        <w:spacing w:after="120"/>
        <w:jc w:val="both"/>
        <w:rPr>
          <w:lang w:val="fr-FR"/>
        </w:rPr>
      </w:pPr>
      <w:proofErr w:type="spellStart"/>
      <w:r w:rsidRPr="00846012">
        <w:rPr>
          <w:lang w:val="fr-FR"/>
        </w:rPr>
        <w:t>Pentru</w:t>
      </w:r>
      <w:proofErr w:type="spellEnd"/>
      <w:r w:rsidRPr="00846012">
        <w:rPr>
          <w:lang w:val="fr-FR"/>
        </w:rPr>
        <w:t xml:space="preserve"> </w:t>
      </w:r>
      <w:proofErr w:type="spellStart"/>
      <w:r w:rsidRPr="00846012">
        <w:rPr>
          <w:lang w:val="fr-FR"/>
        </w:rPr>
        <w:t>orice</w:t>
      </w:r>
      <w:proofErr w:type="spellEnd"/>
      <w:r w:rsidRPr="00846012">
        <w:rPr>
          <w:lang w:val="fr-FR"/>
        </w:rPr>
        <w:t xml:space="preserve"> </w:t>
      </w:r>
      <w:proofErr w:type="spellStart"/>
      <w:r w:rsidRPr="00846012">
        <w:rPr>
          <w:lang w:val="fr-FR"/>
        </w:rPr>
        <w:t>solicitare</w:t>
      </w:r>
      <w:proofErr w:type="spellEnd"/>
      <w:r w:rsidRPr="00846012">
        <w:rPr>
          <w:lang w:val="fr-FR"/>
        </w:rPr>
        <w:t xml:space="preserve"> </w:t>
      </w:r>
      <w:proofErr w:type="spellStart"/>
      <w:r w:rsidRPr="00846012">
        <w:rPr>
          <w:lang w:val="fr-FR"/>
        </w:rPr>
        <w:t>privind</w:t>
      </w:r>
      <w:proofErr w:type="spellEnd"/>
      <w:r w:rsidRPr="00846012">
        <w:rPr>
          <w:lang w:val="fr-FR"/>
        </w:rPr>
        <w:t xml:space="preserve"> </w:t>
      </w:r>
      <w:proofErr w:type="spellStart"/>
      <w:r w:rsidRPr="00846012">
        <w:rPr>
          <w:lang w:val="fr-FR"/>
        </w:rPr>
        <w:t>drepturile</w:t>
      </w:r>
      <w:proofErr w:type="spellEnd"/>
      <w:r w:rsidRPr="00846012">
        <w:rPr>
          <w:lang w:val="fr-FR"/>
        </w:rPr>
        <w:t xml:space="preserve"> </w:t>
      </w:r>
      <w:proofErr w:type="spellStart"/>
      <w:r w:rsidRPr="00846012">
        <w:rPr>
          <w:lang w:val="fr-FR"/>
        </w:rPr>
        <w:t>prevăzute</w:t>
      </w:r>
      <w:proofErr w:type="spellEnd"/>
      <w:r w:rsidRPr="00846012">
        <w:rPr>
          <w:lang w:val="fr-FR"/>
        </w:rPr>
        <w:t xml:space="preserve"> de GDPR (</w:t>
      </w:r>
      <w:proofErr w:type="spellStart"/>
      <w:r w:rsidRPr="00846012">
        <w:rPr>
          <w:lang w:val="fr-FR"/>
        </w:rPr>
        <w:t>acces</w:t>
      </w:r>
      <w:proofErr w:type="spellEnd"/>
      <w:r w:rsidRPr="00846012">
        <w:rPr>
          <w:lang w:val="fr-FR"/>
        </w:rPr>
        <w:t xml:space="preserve">, </w:t>
      </w:r>
      <w:proofErr w:type="spellStart"/>
      <w:r w:rsidRPr="00846012">
        <w:rPr>
          <w:lang w:val="fr-FR"/>
        </w:rPr>
        <w:t>rectificare</w:t>
      </w:r>
      <w:proofErr w:type="spellEnd"/>
      <w:r w:rsidRPr="00846012">
        <w:rPr>
          <w:lang w:val="fr-FR"/>
        </w:rPr>
        <w:t xml:space="preserve">, </w:t>
      </w:r>
      <w:proofErr w:type="spellStart"/>
      <w:r w:rsidRPr="00846012">
        <w:rPr>
          <w:lang w:val="fr-FR"/>
        </w:rPr>
        <w:t>ștergere</w:t>
      </w:r>
      <w:proofErr w:type="spellEnd"/>
      <w:r w:rsidRPr="00846012">
        <w:rPr>
          <w:lang w:val="fr-FR"/>
        </w:rPr>
        <w:t xml:space="preserve">, </w:t>
      </w:r>
      <w:proofErr w:type="spellStart"/>
      <w:r w:rsidRPr="00846012">
        <w:rPr>
          <w:lang w:val="fr-FR"/>
        </w:rPr>
        <w:t>restricționare</w:t>
      </w:r>
      <w:proofErr w:type="spellEnd"/>
      <w:r w:rsidRPr="00846012">
        <w:rPr>
          <w:lang w:val="fr-FR"/>
        </w:rPr>
        <w:t xml:space="preserve">, </w:t>
      </w:r>
      <w:proofErr w:type="spellStart"/>
      <w:r w:rsidRPr="00846012">
        <w:rPr>
          <w:lang w:val="fr-FR"/>
        </w:rPr>
        <w:t>portabilitate</w:t>
      </w:r>
      <w:proofErr w:type="spellEnd"/>
      <w:r w:rsidRPr="00846012">
        <w:rPr>
          <w:lang w:val="fr-FR"/>
        </w:rPr>
        <w:t xml:space="preserve">, </w:t>
      </w:r>
      <w:proofErr w:type="spellStart"/>
      <w:r w:rsidRPr="00846012">
        <w:rPr>
          <w:lang w:val="fr-FR"/>
        </w:rPr>
        <w:t>opoziție</w:t>
      </w:r>
      <w:proofErr w:type="spellEnd"/>
      <w:r w:rsidRPr="00846012">
        <w:rPr>
          <w:lang w:val="fr-FR"/>
        </w:rPr>
        <w:t xml:space="preserve">), </w:t>
      </w:r>
      <w:proofErr w:type="spellStart"/>
      <w:r w:rsidRPr="00846012">
        <w:rPr>
          <w:lang w:val="fr-FR"/>
        </w:rPr>
        <w:t>Utilizatorul</w:t>
      </w:r>
      <w:proofErr w:type="spellEnd"/>
      <w:r w:rsidRPr="00846012">
        <w:rPr>
          <w:lang w:val="fr-FR"/>
        </w:rPr>
        <w:t xml:space="preserve"> se </w:t>
      </w:r>
      <w:proofErr w:type="spellStart"/>
      <w:r w:rsidRPr="00846012">
        <w:rPr>
          <w:lang w:val="fr-FR"/>
        </w:rPr>
        <w:t>poate</w:t>
      </w:r>
      <w:proofErr w:type="spellEnd"/>
      <w:r w:rsidRPr="00846012">
        <w:rPr>
          <w:lang w:val="fr-FR"/>
        </w:rPr>
        <w:t xml:space="preserve"> </w:t>
      </w:r>
      <w:proofErr w:type="spellStart"/>
      <w:r w:rsidRPr="00846012">
        <w:rPr>
          <w:lang w:val="fr-FR"/>
        </w:rPr>
        <w:t>adresa</w:t>
      </w:r>
      <w:proofErr w:type="spellEnd"/>
      <w:r w:rsidRPr="00846012">
        <w:rPr>
          <w:lang w:val="fr-FR"/>
        </w:rPr>
        <w:t xml:space="preserve"> </w:t>
      </w:r>
      <w:proofErr w:type="spellStart"/>
      <w:r w:rsidRPr="00846012">
        <w:rPr>
          <w:lang w:val="fr-FR"/>
        </w:rPr>
        <w:t>pe</w:t>
      </w:r>
      <w:proofErr w:type="spellEnd"/>
      <w:r w:rsidRPr="00846012">
        <w:rPr>
          <w:lang w:val="fr-FR"/>
        </w:rPr>
        <w:t xml:space="preserve"> </w:t>
      </w:r>
      <w:proofErr w:type="gramStart"/>
      <w:r w:rsidRPr="00846012">
        <w:rPr>
          <w:lang w:val="fr-FR"/>
        </w:rPr>
        <w:t>email</w:t>
      </w:r>
      <w:proofErr w:type="gramEnd"/>
      <w:r w:rsidRPr="00846012">
        <w:rPr>
          <w:lang w:val="fr-FR"/>
        </w:rPr>
        <w:t xml:space="preserve"> la </w:t>
      </w:r>
      <w:r w:rsidRPr="00846012">
        <w:rPr>
          <w:b/>
          <w:lang w:val="fr-FR"/>
        </w:rPr>
        <w:t>office@winnersgroup.ro</w:t>
      </w:r>
      <w:r w:rsidRPr="00846012">
        <w:rPr>
          <w:lang w:val="fr-FR"/>
        </w:rPr>
        <w:t>.</w:t>
      </w:r>
    </w:p>
    <w:p w14:paraId="3BAC41D1" w14:textId="77777777" w:rsidR="003260D0" w:rsidRPr="00846012" w:rsidRDefault="00916C8E">
      <w:pPr>
        <w:pStyle w:val="Heading2"/>
        <w:rPr>
          <w:lang w:val="fr-FR"/>
        </w:rPr>
      </w:pPr>
      <w:r w:rsidRPr="00846012">
        <w:rPr>
          <w:rFonts w:ascii="Arial" w:hAnsi="Arial"/>
          <w:lang w:val="fr-FR"/>
        </w:rPr>
        <w:t>13. Cookies</w:t>
      </w:r>
    </w:p>
    <w:p w14:paraId="5A65B8E1" w14:textId="77777777" w:rsidR="003260D0" w:rsidRPr="00846012" w:rsidRDefault="00916C8E">
      <w:pPr>
        <w:spacing w:after="120"/>
        <w:jc w:val="both"/>
        <w:rPr>
          <w:lang w:val="fr-FR"/>
        </w:rPr>
      </w:pPr>
      <w:r w:rsidRPr="00846012">
        <w:rPr>
          <w:lang w:val="fr-FR"/>
        </w:rPr>
        <w:t>Site-</w:t>
      </w:r>
      <w:proofErr w:type="spellStart"/>
      <w:r w:rsidRPr="00846012">
        <w:rPr>
          <w:lang w:val="fr-FR"/>
        </w:rPr>
        <w:t>ul</w:t>
      </w:r>
      <w:proofErr w:type="spellEnd"/>
      <w:r w:rsidRPr="00846012">
        <w:rPr>
          <w:lang w:val="fr-FR"/>
        </w:rPr>
        <w:t xml:space="preserve"> www.winnersgroup.ro </w:t>
      </w:r>
      <w:proofErr w:type="spellStart"/>
      <w:r w:rsidRPr="00846012">
        <w:rPr>
          <w:lang w:val="fr-FR"/>
        </w:rPr>
        <w:t>utilizează</w:t>
      </w:r>
      <w:proofErr w:type="spellEnd"/>
      <w:r w:rsidRPr="00846012">
        <w:rPr>
          <w:lang w:val="fr-FR"/>
        </w:rPr>
        <w:t xml:space="preserve"> </w:t>
      </w:r>
      <w:proofErr w:type="spellStart"/>
      <w:r w:rsidRPr="00846012">
        <w:rPr>
          <w:lang w:val="fr-FR"/>
        </w:rPr>
        <w:t>fișiere</w:t>
      </w:r>
      <w:proofErr w:type="spellEnd"/>
      <w:r w:rsidRPr="00846012">
        <w:rPr>
          <w:lang w:val="fr-FR"/>
        </w:rPr>
        <w:t xml:space="preserve"> de tip cookie </w:t>
      </w:r>
      <w:proofErr w:type="spellStart"/>
      <w:r w:rsidRPr="00846012">
        <w:rPr>
          <w:lang w:val="fr-FR"/>
        </w:rPr>
        <w:t>pentru</w:t>
      </w:r>
      <w:proofErr w:type="spellEnd"/>
      <w:r w:rsidRPr="00846012">
        <w:rPr>
          <w:lang w:val="fr-FR"/>
        </w:rPr>
        <w:t xml:space="preserve"> </w:t>
      </w:r>
      <w:proofErr w:type="spellStart"/>
      <w:r w:rsidRPr="00846012">
        <w:rPr>
          <w:lang w:val="fr-FR"/>
        </w:rPr>
        <w:t>funcționarea</w:t>
      </w:r>
      <w:proofErr w:type="spellEnd"/>
      <w:r w:rsidRPr="00846012">
        <w:rPr>
          <w:lang w:val="fr-FR"/>
        </w:rPr>
        <w:t xml:space="preserve"> </w:t>
      </w:r>
      <w:proofErr w:type="spellStart"/>
      <w:r w:rsidRPr="00846012">
        <w:rPr>
          <w:lang w:val="fr-FR"/>
        </w:rPr>
        <w:t>corectă</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analiza</w:t>
      </w:r>
      <w:proofErr w:type="spellEnd"/>
      <w:r w:rsidRPr="00846012">
        <w:rPr>
          <w:lang w:val="fr-FR"/>
        </w:rPr>
        <w:t xml:space="preserve"> </w:t>
      </w:r>
      <w:proofErr w:type="spellStart"/>
      <w:r w:rsidRPr="00846012">
        <w:rPr>
          <w:lang w:val="fr-FR"/>
        </w:rPr>
        <w:t>traficului</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îmbunătățirea</w:t>
      </w:r>
      <w:proofErr w:type="spellEnd"/>
      <w:r w:rsidRPr="00846012">
        <w:rPr>
          <w:lang w:val="fr-FR"/>
        </w:rPr>
        <w:t xml:space="preserve"> </w:t>
      </w:r>
      <w:proofErr w:type="spellStart"/>
      <w:r w:rsidRPr="00846012">
        <w:rPr>
          <w:lang w:val="fr-FR"/>
        </w:rPr>
        <w:t>experienței</w:t>
      </w:r>
      <w:proofErr w:type="spellEnd"/>
      <w:r w:rsidRPr="00846012">
        <w:rPr>
          <w:lang w:val="fr-FR"/>
        </w:rPr>
        <w:t xml:space="preserve"> </w:t>
      </w:r>
      <w:proofErr w:type="spellStart"/>
      <w:r w:rsidRPr="00846012">
        <w:rPr>
          <w:lang w:val="fr-FR"/>
        </w:rPr>
        <w:t>Utilizatorului</w:t>
      </w:r>
      <w:proofErr w:type="spellEnd"/>
      <w:r w:rsidRPr="00846012">
        <w:rPr>
          <w:lang w:val="fr-FR"/>
        </w:rPr>
        <w:t xml:space="preserve">. </w:t>
      </w:r>
      <w:proofErr w:type="spellStart"/>
      <w:r w:rsidRPr="00846012">
        <w:rPr>
          <w:lang w:val="fr-FR"/>
        </w:rPr>
        <w:t>Detaliile</w:t>
      </w:r>
      <w:proofErr w:type="spellEnd"/>
      <w:r w:rsidRPr="00846012">
        <w:rPr>
          <w:lang w:val="fr-FR"/>
        </w:rPr>
        <w:t xml:space="preserve"> </w:t>
      </w:r>
      <w:proofErr w:type="spellStart"/>
      <w:r w:rsidRPr="00846012">
        <w:rPr>
          <w:lang w:val="fr-FR"/>
        </w:rPr>
        <w:t>complete</w:t>
      </w:r>
      <w:proofErr w:type="spellEnd"/>
      <w:r w:rsidRPr="00846012">
        <w:rPr>
          <w:lang w:val="fr-FR"/>
        </w:rPr>
        <w:t xml:space="preserve"> </w:t>
      </w:r>
      <w:proofErr w:type="spellStart"/>
      <w:r w:rsidRPr="00846012">
        <w:rPr>
          <w:lang w:val="fr-FR"/>
        </w:rPr>
        <w:t>privind</w:t>
      </w:r>
      <w:proofErr w:type="spellEnd"/>
      <w:r w:rsidRPr="00846012">
        <w:rPr>
          <w:lang w:val="fr-FR"/>
        </w:rPr>
        <w:t xml:space="preserve"> </w:t>
      </w:r>
      <w:proofErr w:type="spellStart"/>
      <w:r w:rsidRPr="00846012">
        <w:rPr>
          <w:lang w:val="fr-FR"/>
        </w:rPr>
        <w:t>tipurile</w:t>
      </w:r>
      <w:proofErr w:type="spellEnd"/>
      <w:r w:rsidRPr="00846012">
        <w:rPr>
          <w:lang w:val="fr-FR"/>
        </w:rPr>
        <w:t xml:space="preserve"> de cookies </w:t>
      </w:r>
      <w:proofErr w:type="spellStart"/>
      <w:r w:rsidRPr="00846012">
        <w:rPr>
          <w:lang w:val="fr-FR"/>
        </w:rPr>
        <w:t>utilizate</w:t>
      </w:r>
      <w:proofErr w:type="spellEnd"/>
      <w:r w:rsidRPr="00846012">
        <w:rPr>
          <w:lang w:val="fr-FR"/>
        </w:rPr>
        <w:t xml:space="preserve">, </w:t>
      </w:r>
      <w:proofErr w:type="spellStart"/>
      <w:r w:rsidRPr="00846012">
        <w:rPr>
          <w:lang w:val="fr-FR"/>
        </w:rPr>
        <w:t>scopurile</w:t>
      </w:r>
      <w:proofErr w:type="spellEnd"/>
      <w:r w:rsidRPr="00846012">
        <w:rPr>
          <w:lang w:val="fr-FR"/>
        </w:rPr>
        <w:t xml:space="preserve"> </w:t>
      </w:r>
      <w:proofErr w:type="spellStart"/>
      <w:r w:rsidRPr="00846012">
        <w:rPr>
          <w:lang w:val="fr-FR"/>
        </w:rPr>
        <w:t>lor</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modalitatea</w:t>
      </w:r>
      <w:proofErr w:type="spellEnd"/>
      <w:r w:rsidRPr="00846012">
        <w:rPr>
          <w:lang w:val="fr-FR"/>
        </w:rPr>
        <w:t xml:space="preserve"> de </w:t>
      </w:r>
      <w:proofErr w:type="spellStart"/>
      <w:r w:rsidRPr="00846012">
        <w:rPr>
          <w:lang w:val="fr-FR"/>
        </w:rPr>
        <w:t>gestionare</w:t>
      </w:r>
      <w:proofErr w:type="spellEnd"/>
      <w:r w:rsidRPr="00846012">
        <w:rPr>
          <w:lang w:val="fr-FR"/>
        </w:rPr>
        <w:t xml:space="preserve"> </w:t>
      </w:r>
      <w:proofErr w:type="spellStart"/>
      <w:r w:rsidRPr="00846012">
        <w:rPr>
          <w:lang w:val="fr-FR"/>
        </w:rPr>
        <w:t>sunt</w:t>
      </w:r>
      <w:proofErr w:type="spellEnd"/>
      <w:r w:rsidRPr="00846012">
        <w:rPr>
          <w:lang w:val="fr-FR"/>
        </w:rPr>
        <w:t xml:space="preserve"> </w:t>
      </w:r>
      <w:proofErr w:type="spellStart"/>
      <w:r w:rsidRPr="00846012">
        <w:rPr>
          <w:lang w:val="fr-FR"/>
        </w:rPr>
        <w:t>prezentate</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b/>
          <w:lang w:val="fr-FR"/>
        </w:rPr>
        <w:t>Politica</w:t>
      </w:r>
      <w:proofErr w:type="spellEnd"/>
      <w:r w:rsidRPr="00846012">
        <w:rPr>
          <w:b/>
          <w:lang w:val="fr-FR"/>
        </w:rPr>
        <w:t xml:space="preserve"> de Cookies</w:t>
      </w:r>
      <w:r w:rsidRPr="00846012">
        <w:rPr>
          <w:lang w:val="fr-FR"/>
        </w:rPr>
        <w:t xml:space="preserve">, </w:t>
      </w:r>
      <w:proofErr w:type="spellStart"/>
      <w:r w:rsidRPr="00846012">
        <w:rPr>
          <w:lang w:val="fr-FR"/>
        </w:rPr>
        <w:t>publicată</w:t>
      </w:r>
      <w:proofErr w:type="spellEnd"/>
      <w:r w:rsidRPr="00846012">
        <w:rPr>
          <w:lang w:val="fr-FR"/>
        </w:rPr>
        <w:t xml:space="preserve"> </w:t>
      </w:r>
      <w:proofErr w:type="spellStart"/>
      <w:r w:rsidRPr="00846012">
        <w:rPr>
          <w:lang w:val="fr-FR"/>
        </w:rPr>
        <w:t>separat</w:t>
      </w:r>
      <w:proofErr w:type="spellEnd"/>
      <w:r w:rsidRPr="00846012">
        <w:rPr>
          <w:lang w:val="fr-FR"/>
        </w:rPr>
        <w:t xml:space="preserve"> </w:t>
      </w:r>
      <w:proofErr w:type="spellStart"/>
      <w:r w:rsidRPr="00846012">
        <w:rPr>
          <w:lang w:val="fr-FR"/>
        </w:rPr>
        <w:t>pe</w:t>
      </w:r>
      <w:proofErr w:type="spellEnd"/>
      <w:r w:rsidRPr="00846012">
        <w:rPr>
          <w:lang w:val="fr-FR"/>
        </w:rPr>
        <w:t xml:space="preserve"> site.</w:t>
      </w:r>
    </w:p>
    <w:p w14:paraId="0B72744C" w14:textId="77777777" w:rsidR="003260D0" w:rsidRPr="00846012" w:rsidRDefault="00916C8E">
      <w:pPr>
        <w:pStyle w:val="Heading2"/>
        <w:rPr>
          <w:lang w:val="fr-FR"/>
        </w:rPr>
      </w:pPr>
      <w:r w:rsidRPr="00846012">
        <w:rPr>
          <w:rFonts w:ascii="Arial" w:hAnsi="Arial"/>
          <w:lang w:val="fr-FR"/>
        </w:rPr>
        <w:t xml:space="preserve">14. </w:t>
      </w:r>
      <w:proofErr w:type="spellStart"/>
      <w:r w:rsidRPr="00846012">
        <w:rPr>
          <w:rFonts w:ascii="Arial" w:hAnsi="Arial"/>
          <w:lang w:val="fr-FR"/>
        </w:rPr>
        <w:t>Drepturi</w:t>
      </w:r>
      <w:proofErr w:type="spellEnd"/>
      <w:r w:rsidRPr="00846012">
        <w:rPr>
          <w:rFonts w:ascii="Arial" w:hAnsi="Arial"/>
          <w:lang w:val="fr-FR"/>
        </w:rPr>
        <w:t xml:space="preserve"> de </w:t>
      </w:r>
      <w:proofErr w:type="spellStart"/>
      <w:r w:rsidRPr="00846012">
        <w:rPr>
          <w:rFonts w:ascii="Arial" w:hAnsi="Arial"/>
          <w:lang w:val="fr-FR"/>
        </w:rPr>
        <w:t>autor</w:t>
      </w:r>
      <w:proofErr w:type="spellEnd"/>
      <w:r w:rsidRPr="00846012">
        <w:rPr>
          <w:rFonts w:ascii="Arial" w:hAnsi="Arial"/>
          <w:lang w:val="fr-FR"/>
        </w:rPr>
        <w:t xml:space="preserve"> </w:t>
      </w:r>
      <w:proofErr w:type="spellStart"/>
      <w:r w:rsidRPr="00846012">
        <w:rPr>
          <w:rFonts w:ascii="Arial" w:hAnsi="Arial"/>
          <w:lang w:val="fr-FR"/>
        </w:rPr>
        <w:t>și</w:t>
      </w:r>
      <w:proofErr w:type="spellEnd"/>
      <w:r w:rsidRPr="00846012">
        <w:rPr>
          <w:rFonts w:ascii="Arial" w:hAnsi="Arial"/>
          <w:lang w:val="fr-FR"/>
        </w:rPr>
        <w:t xml:space="preserve"> </w:t>
      </w:r>
      <w:proofErr w:type="spellStart"/>
      <w:r w:rsidRPr="00846012">
        <w:rPr>
          <w:rFonts w:ascii="Arial" w:hAnsi="Arial"/>
          <w:lang w:val="fr-FR"/>
        </w:rPr>
        <w:t>mărci</w:t>
      </w:r>
      <w:proofErr w:type="spellEnd"/>
    </w:p>
    <w:p w14:paraId="40E431F2" w14:textId="77777777" w:rsidR="003260D0" w:rsidRPr="00846012" w:rsidRDefault="00916C8E">
      <w:pPr>
        <w:spacing w:after="120"/>
        <w:jc w:val="both"/>
        <w:rPr>
          <w:lang w:val="fr-FR"/>
        </w:rPr>
      </w:pPr>
      <w:proofErr w:type="spellStart"/>
      <w:r w:rsidRPr="00846012">
        <w:rPr>
          <w:lang w:val="fr-FR"/>
        </w:rPr>
        <w:t>Întregul</w:t>
      </w:r>
      <w:proofErr w:type="spellEnd"/>
      <w:r w:rsidRPr="00846012">
        <w:rPr>
          <w:lang w:val="fr-FR"/>
        </w:rPr>
        <w:t xml:space="preserve"> </w:t>
      </w:r>
      <w:proofErr w:type="spellStart"/>
      <w:r w:rsidRPr="00846012">
        <w:rPr>
          <w:lang w:val="fr-FR"/>
        </w:rPr>
        <w:t>conținut</w:t>
      </w:r>
      <w:proofErr w:type="spellEnd"/>
      <w:r w:rsidRPr="00846012">
        <w:rPr>
          <w:lang w:val="fr-FR"/>
        </w:rPr>
        <w:t xml:space="preserve"> al site-</w:t>
      </w:r>
      <w:proofErr w:type="spellStart"/>
      <w:r w:rsidRPr="00846012">
        <w:rPr>
          <w:lang w:val="fr-FR"/>
        </w:rPr>
        <w:t>ului</w:t>
      </w:r>
      <w:proofErr w:type="spellEnd"/>
      <w:r w:rsidRPr="00846012">
        <w:rPr>
          <w:lang w:val="fr-FR"/>
        </w:rPr>
        <w:t xml:space="preserve"> www.winnersgroup.ro (</w:t>
      </w:r>
      <w:proofErr w:type="spellStart"/>
      <w:r w:rsidRPr="00846012">
        <w:rPr>
          <w:lang w:val="fr-FR"/>
        </w:rPr>
        <w:t>inclusiv</w:t>
      </w:r>
      <w:proofErr w:type="spellEnd"/>
      <w:r w:rsidRPr="00846012">
        <w:rPr>
          <w:lang w:val="fr-FR"/>
        </w:rPr>
        <w:t xml:space="preserve">, dar </w:t>
      </w:r>
      <w:proofErr w:type="spellStart"/>
      <w:r w:rsidRPr="00846012">
        <w:rPr>
          <w:lang w:val="fr-FR"/>
        </w:rPr>
        <w:t>fără</w:t>
      </w:r>
      <w:proofErr w:type="spellEnd"/>
      <w:r w:rsidRPr="00846012">
        <w:rPr>
          <w:lang w:val="fr-FR"/>
        </w:rPr>
        <w:t xml:space="preserve"> a se limita la, texte, </w:t>
      </w:r>
      <w:proofErr w:type="spellStart"/>
      <w:r w:rsidRPr="00846012">
        <w:rPr>
          <w:lang w:val="fr-FR"/>
        </w:rPr>
        <w:t>imagini</w:t>
      </w:r>
      <w:proofErr w:type="spellEnd"/>
      <w:r w:rsidRPr="00846012">
        <w:rPr>
          <w:lang w:val="fr-FR"/>
        </w:rPr>
        <w:t xml:space="preserve">, </w:t>
      </w:r>
      <w:proofErr w:type="spellStart"/>
      <w:r w:rsidRPr="00846012">
        <w:rPr>
          <w:lang w:val="fr-FR"/>
        </w:rPr>
        <w:t>scripturi</w:t>
      </w:r>
      <w:proofErr w:type="spellEnd"/>
      <w:r w:rsidRPr="00846012">
        <w:rPr>
          <w:lang w:val="fr-FR"/>
        </w:rPr>
        <w:t xml:space="preserve">, design </w:t>
      </w:r>
      <w:proofErr w:type="spellStart"/>
      <w:r w:rsidRPr="00846012">
        <w:rPr>
          <w:lang w:val="fr-FR"/>
        </w:rPr>
        <w:t>grafic</w:t>
      </w:r>
      <w:proofErr w:type="spellEnd"/>
      <w:r w:rsidRPr="00846012">
        <w:rPr>
          <w:lang w:val="fr-FR"/>
        </w:rPr>
        <w:t xml:space="preserve">, </w:t>
      </w:r>
      <w:proofErr w:type="spellStart"/>
      <w:r w:rsidRPr="00846012">
        <w:rPr>
          <w:lang w:val="fr-FR"/>
        </w:rPr>
        <w:t>baze</w:t>
      </w:r>
      <w:proofErr w:type="spellEnd"/>
      <w:r w:rsidRPr="00846012">
        <w:rPr>
          <w:lang w:val="fr-FR"/>
        </w:rPr>
        <w:t xml:space="preserve"> de date, software, </w:t>
      </w:r>
      <w:proofErr w:type="spellStart"/>
      <w:r w:rsidRPr="00846012">
        <w:rPr>
          <w:lang w:val="fr-FR"/>
        </w:rPr>
        <w:t>mărci</w:t>
      </w:r>
      <w:proofErr w:type="spellEnd"/>
      <w:r w:rsidRPr="00846012">
        <w:rPr>
          <w:lang w:val="fr-FR"/>
        </w:rPr>
        <w:t>, logo-</w:t>
      </w:r>
      <w:proofErr w:type="spellStart"/>
      <w:r w:rsidRPr="00846012">
        <w:rPr>
          <w:lang w:val="fr-FR"/>
        </w:rPr>
        <w:t>uri</w:t>
      </w:r>
      <w:proofErr w:type="spellEnd"/>
      <w:r w:rsidRPr="00846012">
        <w:rPr>
          <w:lang w:val="fr-FR"/>
        </w:rPr>
        <w:t xml:space="preserve">) </w:t>
      </w:r>
      <w:proofErr w:type="spellStart"/>
      <w:r w:rsidRPr="00846012">
        <w:rPr>
          <w:lang w:val="fr-FR"/>
        </w:rPr>
        <w:t>aparține</w:t>
      </w:r>
      <w:proofErr w:type="spellEnd"/>
      <w:r w:rsidRPr="00846012">
        <w:rPr>
          <w:lang w:val="fr-FR"/>
        </w:rPr>
        <w:t xml:space="preserve"> WINNERS GROUP COMPANIE DE BROKERAJ S.R.L. </w:t>
      </w:r>
      <w:proofErr w:type="spellStart"/>
      <w:r w:rsidRPr="00846012">
        <w:rPr>
          <w:lang w:val="fr-FR"/>
        </w:rPr>
        <w:t>sau</w:t>
      </w:r>
      <w:proofErr w:type="spellEnd"/>
      <w:r w:rsidRPr="00846012">
        <w:rPr>
          <w:lang w:val="fr-FR"/>
        </w:rPr>
        <w:t xml:space="preserve"> </w:t>
      </w:r>
      <w:proofErr w:type="spellStart"/>
      <w:r w:rsidRPr="00846012">
        <w:rPr>
          <w:lang w:val="fr-FR"/>
        </w:rPr>
        <w:t>partenerilor</w:t>
      </w:r>
      <w:proofErr w:type="spellEnd"/>
      <w:r w:rsidRPr="00846012">
        <w:rPr>
          <w:lang w:val="fr-FR"/>
        </w:rPr>
        <w:t xml:space="preserve"> </w:t>
      </w:r>
      <w:proofErr w:type="spellStart"/>
      <w:r w:rsidRPr="00846012">
        <w:rPr>
          <w:lang w:val="fr-FR"/>
        </w:rPr>
        <w:t>săi</w:t>
      </w:r>
      <w:proofErr w:type="spellEnd"/>
      <w:r w:rsidRPr="00846012">
        <w:rPr>
          <w:lang w:val="fr-FR"/>
        </w:rPr>
        <w:t xml:space="preserve">, </w:t>
      </w:r>
      <w:proofErr w:type="spellStart"/>
      <w:r w:rsidRPr="00846012">
        <w:rPr>
          <w:lang w:val="fr-FR"/>
        </w:rPr>
        <w:t>după</w:t>
      </w:r>
      <w:proofErr w:type="spellEnd"/>
      <w:r w:rsidRPr="00846012">
        <w:rPr>
          <w:lang w:val="fr-FR"/>
        </w:rPr>
        <w:t xml:space="preserve"> </w:t>
      </w:r>
      <w:proofErr w:type="spellStart"/>
      <w:r w:rsidRPr="00846012">
        <w:rPr>
          <w:lang w:val="fr-FR"/>
        </w:rPr>
        <w:t>caz</w:t>
      </w:r>
      <w:proofErr w:type="spellEnd"/>
      <w:r w:rsidRPr="00846012">
        <w:rPr>
          <w:lang w:val="fr-FR"/>
        </w:rPr>
        <w:t xml:space="preserve">, </w:t>
      </w:r>
      <w:proofErr w:type="spellStart"/>
      <w:r w:rsidRPr="00846012">
        <w:rPr>
          <w:lang w:val="fr-FR"/>
        </w:rPr>
        <w:t>și</w:t>
      </w:r>
      <w:proofErr w:type="spellEnd"/>
      <w:r w:rsidRPr="00846012">
        <w:rPr>
          <w:lang w:val="fr-FR"/>
        </w:rPr>
        <w:t xml:space="preserve"> este </w:t>
      </w:r>
      <w:proofErr w:type="spellStart"/>
      <w:r w:rsidRPr="00846012">
        <w:rPr>
          <w:lang w:val="fr-FR"/>
        </w:rPr>
        <w:t>protejat</w:t>
      </w:r>
      <w:proofErr w:type="spellEnd"/>
      <w:r w:rsidRPr="00846012">
        <w:rPr>
          <w:lang w:val="fr-FR"/>
        </w:rPr>
        <w:t xml:space="preserve"> </w:t>
      </w:r>
      <w:proofErr w:type="spellStart"/>
      <w:r w:rsidRPr="00846012">
        <w:rPr>
          <w:lang w:val="fr-FR"/>
        </w:rPr>
        <w:t>conform</w:t>
      </w:r>
      <w:proofErr w:type="spellEnd"/>
      <w:r w:rsidRPr="00846012">
        <w:rPr>
          <w:lang w:val="fr-FR"/>
        </w:rPr>
        <w:t xml:space="preserve"> </w:t>
      </w:r>
      <w:proofErr w:type="spellStart"/>
      <w:r w:rsidRPr="00846012">
        <w:rPr>
          <w:b/>
          <w:lang w:val="fr-FR"/>
        </w:rPr>
        <w:t>Legii</w:t>
      </w:r>
      <w:proofErr w:type="spellEnd"/>
      <w:r w:rsidRPr="00846012">
        <w:rPr>
          <w:b/>
          <w:lang w:val="fr-FR"/>
        </w:rPr>
        <w:t xml:space="preserve"> nr. 8/1996</w:t>
      </w:r>
      <w:r w:rsidRPr="00846012">
        <w:rPr>
          <w:lang w:val="fr-FR"/>
        </w:rPr>
        <w:t xml:space="preserve"> </w:t>
      </w:r>
      <w:proofErr w:type="spellStart"/>
      <w:r w:rsidRPr="00846012">
        <w:rPr>
          <w:lang w:val="fr-FR"/>
        </w:rPr>
        <w:t>privind</w:t>
      </w:r>
      <w:proofErr w:type="spellEnd"/>
      <w:r w:rsidRPr="00846012">
        <w:rPr>
          <w:lang w:val="fr-FR"/>
        </w:rPr>
        <w:t xml:space="preserve"> </w:t>
      </w:r>
      <w:proofErr w:type="spellStart"/>
      <w:r w:rsidRPr="00846012">
        <w:rPr>
          <w:lang w:val="fr-FR"/>
        </w:rPr>
        <w:t>dreptul</w:t>
      </w:r>
      <w:proofErr w:type="spellEnd"/>
      <w:r w:rsidRPr="00846012">
        <w:rPr>
          <w:lang w:val="fr-FR"/>
        </w:rPr>
        <w:t xml:space="preserve"> de </w:t>
      </w:r>
      <w:proofErr w:type="spellStart"/>
      <w:r w:rsidRPr="00846012">
        <w:rPr>
          <w:lang w:val="fr-FR"/>
        </w:rPr>
        <w:t>autor</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drepturile</w:t>
      </w:r>
      <w:proofErr w:type="spellEnd"/>
      <w:r w:rsidRPr="00846012">
        <w:rPr>
          <w:lang w:val="fr-FR"/>
        </w:rPr>
        <w:t xml:space="preserve"> </w:t>
      </w:r>
      <w:proofErr w:type="spellStart"/>
      <w:r w:rsidRPr="00846012">
        <w:rPr>
          <w:lang w:val="fr-FR"/>
        </w:rPr>
        <w:t>conexe</w:t>
      </w:r>
      <w:proofErr w:type="spellEnd"/>
      <w:r w:rsidRPr="00846012">
        <w:rPr>
          <w:lang w:val="fr-FR"/>
        </w:rPr>
        <w:t xml:space="preserve">, </w:t>
      </w:r>
      <w:proofErr w:type="spellStart"/>
      <w:r w:rsidRPr="00846012">
        <w:rPr>
          <w:lang w:val="fr-FR"/>
        </w:rPr>
        <w:t>republicată</w:t>
      </w:r>
      <w:proofErr w:type="spellEnd"/>
      <w:r w:rsidRPr="00846012">
        <w:rPr>
          <w:lang w:val="fr-FR"/>
        </w:rPr>
        <w:t xml:space="preserve">, </w:t>
      </w:r>
      <w:proofErr w:type="spellStart"/>
      <w:r w:rsidRPr="00846012">
        <w:rPr>
          <w:lang w:val="fr-FR"/>
        </w:rPr>
        <w:t>precum</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conform</w:t>
      </w:r>
      <w:proofErr w:type="spellEnd"/>
      <w:r w:rsidRPr="00846012">
        <w:rPr>
          <w:lang w:val="fr-FR"/>
        </w:rPr>
        <w:t xml:space="preserve"> </w:t>
      </w:r>
      <w:proofErr w:type="spellStart"/>
      <w:r w:rsidRPr="00846012">
        <w:rPr>
          <w:b/>
          <w:lang w:val="fr-FR"/>
        </w:rPr>
        <w:t>Legii</w:t>
      </w:r>
      <w:proofErr w:type="spellEnd"/>
      <w:r w:rsidRPr="00846012">
        <w:rPr>
          <w:b/>
          <w:lang w:val="fr-FR"/>
        </w:rPr>
        <w:t xml:space="preserve"> nr. 84/1998</w:t>
      </w:r>
      <w:r w:rsidRPr="00846012">
        <w:rPr>
          <w:lang w:val="fr-FR"/>
        </w:rPr>
        <w:t xml:space="preserve"> </w:t>
      </w:r>
      <w:proofErr w:type="spellStart"/>
      <w:r w:rsidRPr="00846012">
        <w:rPr>
          <w:lang w:val="fr-FR"/>
        </w:rPr>
        <w:t>privind</w:t>
      </w:r>
      <w:proofErr w:type="spellEnd"/>
      <w:r w:rsidRPr="00846012">
        <w:rPr>
          <w:lang w:val="fr-FR"/>
        </w:rPr>
        <w:t xml:space="preserve"> </w:t>
      </w:r>
      <w:proofErr w:type="spellStart"/>
      <w:r w:rsidRPr="00846012">
        <w:rPr>
          <w:lang w:val="fr-FR"/>
        </w:rPr>
        <w:t>mărcile</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indicațiile</w:t>
      </w:r>
      <w:proofErr w:type="spellEnd"/>
      <w:r w:rsidRPr="00846012">
        <w:rPr>
          <w:lang w:val="fr-FR"/>
        </w:rPr>
        <w:t xml:space="preserve"> </w:t>
      </w:r>
      <w:proofErr w:type="spellStart"/>
      <w:r w:rsidRPr="00846012">
        <w:rPr>
          <w:lang w:val="fr-FR"/>
        </w:rPr>
        <w:t>geografice</w:t>
      </w:r>
      <w:proofErr w:type="spellEnd"/>
      <w:r w:rsidRPr="00846012">
        <w:rPr>
          <w:lang w:val="fr-FR"/>
        </w:rPr>
        <w:t xml:space="preserve">, </w:t>
      </w:r>
      <w:proofErr w:type="spellStart"/>
      <w:r w:rsidRPr="00846012">
        <w:rPr>
          <w:lang w:val="fr-FR"/>
        </w:rPr>
        <w:t>republicată</w:t>
      </w:r>
      <w:proofErr w:type="spellEnd"/>
      <w:r w:rsidRPr="00846012">
        <w:rPr>
          <w:lang w:val="fr-FR"/>
        </w:rPr>
        <w:t>.</w:t>
      </w:r>
    </w:p>
    <w:p w14:paraId="0D5CDC72" w14:textId="77777777" w:rsidR="003260D0" w:rsidRPr="00846012" w:rsidRDefault="00916C8E">
      <w:pPr>
        <w:spacing w:after="120"/>
        <w:jc w:val="both"/>
        <w:rPr>
          <w:lang w:val="fr-FR"/>
        </w:rPr>
      </w:pPr>
      <w:proofErr w:type="spellStart"/>
      <w:r w:rsidRPr="00846012">
        <w:rPr>
          <w:lang w:val="fr-FR"/>
        </w:rPr>
        <w:t>Copierea</w:t>
      </w:r>
      <w:proofErr w:type="spellEnd"/>
      <w:r w:rsidRPr="00846012">
        <w:rPr>
          <w:lang w:val="fr-FR"/>
        </w:rPr>
        <w:t xml:space="preserve">, </w:t>
      </w:r>
      <w:proofErr w:type="spellStart"/>
      <w:r w:rsidRPr="00846012">
        <w:rPr>
          <w:lang w:val="fr-FR"/>
        </w:rPr>
        <w:t>reproducerea</w:t>
      </w:r>
      <w:proofErr w:type="spellEnd"/>
      <w:r w:rsidRPr="00846012">
        <w:rPr>
          <w:lang w:val="fr-FR"/>
        </w:rPr>
        <w:t xml:space="preserve">, </w:t>
      </w:r>
      <w:proofErr w:type="spellStart"/>
      <w:r w:rsidRPr="00846012">
        <w:rPr>
          <w:lang w:val="fr-FR"/>
        </w:rPr>
        <w:t>modificarea</w:t>
      </w:r>
      <w:proofErr w:type="spellEnd"/>
      <w:r w:rsidRPr="00846012">
        <w:rPr>
          <w:lang w:val="fr-FR"/>
        </w:rPr>
        <w:t xml:space="preserve">, </w:t>
      </w:r>
      <w:proofErr w:type="spellStart"/>
      <w:r w:rsidRPr="00846012">
        <w:rPr>
          <w:lang w:val="fr-FR"/>
        </w:rPr>
        <w:t>distribuirea</w:t>
      </w:r>
      <w:proofErr w:type="spellEnd"/>
      <w:r w:rsidRPr="00846012">
        <w:rPr>
          <w:lang w:val="fr-FR"/>
        </w:rPr>
        <w:t xml:space="preserve">, </w:t>
      </w:r>
      <w:proofErr w:type="spellStart"/>
      <w:r w:rsidRPr="00846012">
        <w:rPr>
          <w:lang w:val="fr-FR"/>
        </w:rPr>
        <w:t>publicarea</w:t>
      </w:r>
      <w:proofErr w:type="spellEnd"/>
      <w:r w:rsidRPr="00846012">
        <w:rPr>
          <w:lang w:val="fr-FR"/>
        </w:rPr>
        <w:t xml:space="preserve">, </w:t>
      </w:r>
      <w:proofErr w:type="spellStart"/>
      <w:r w:rsidRPr="00846012">
        <w:rPr>
          <w:lang w:val="fr-FR"/>
        </w:rPr>
        <w:t>comercializarea</w:t>
      </w:r>
      <w:proofErr w:type="spellEnd"/>
      <w:r w:rsidRPr="00846012">
        <w:rPr>
          <w:lang w:val="fr-FR"/>
        </w:rPr>
        <w:t xml:space="preserve">, </w:t>
      </w:r>
      <w:proofErr w:type="spellStart"/>
      <w:r w:rsidRPr="00846012">
        <w:rPr>
          <w:lang w:val="fr-FR"/>
        </w:rPr>
        <w:t>licențierea</w:t>
      </w:r>
      <w:proofErr w:type="spellEnd"/>
      <w:r w:rsidRPr="00846012">
        <w:rPr>
          <w:lang w:val="fr-FR"/>
        </w:rPr>
        <w:t xml:space="preserve">, </w:t>
      </w:r>
      <w:proofErr w:type="spellStart"/>
      <w:r w:rsidRPr="00846012">
        <w:rPr>
          <w:lang w:val="fr-FR"/>
        </w:rPr>
        <w:t>crearea</w:t>
      </w:r>
      <w:proofErr w:type="spellEnd"/>
      <w:r w:rsidRPr="00846012">
        <w:rPr>
          <w:lang w:val="fr-FR"/>
        </w:rPr>
        <w:t xml:space="preserve"> de </w:t>
      </w:r>
      <w:proofErr w:type="spellStart"/>
      <w:r w:rsidRPr="00846012">
        <w:rPr>
          <w:lang w:val="fr-FR"/>
        </w:rPr>
        <w:t>materiale</w:t>
      </w:r>
      <w:proofErr w:type="spellEnd"/>
      <w:r w:rsidRPr="00846012">
        <w:rPr>
          <w:lang w:val="fr-FR"/>
        </w:rPr>
        <w:t xml:space="preserve"> </w:t>
      </w:r>
      <w:proofErr w:type="spellStart"/>
      <w:r w:rsidRPr="00846012">
        <w:rPr>
          <w:lang w:val="fr-FR"/>
        </w:rPr>
        <w:t>derivate</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utilizarea</w:t>
      </w:r>
      <w:proofErr w:type="spellEnd"/>
      <w:r w:rsidRPr="00846012">
        <w:rPr>
          <w:lang w:val="fr-FR"/>
        </w:rPr>
        <w:t xml:space="preserve"> </w:t>
      </w:r>
      <w:proofErr w:type="spellStart"/>
      <w:r w:rsidRPr="00846012">
        <w:rPr>
          <w:lang w:val="fr-FR"/>
        </w:rPr>
        <w:t>sub</w:t>
      </w:r>
      <w:proofErr w:type="spellEnd"/>
      <w:r w:rsidRPr="00846012">
        <w:rPr>
          <w:lang w:val="fr-FR"/>
        </w:rPr>
        <w:t xml:space="preserve"> </w:t>
      </w:r>
      <w:proofErr w:type="spellStart"/>
      <w:r w:rsidRPr="00846012">
        <w:rPr>
          <w:lang w:val="fr-FR"/>
        </w:rPr>
        <w:t>orice</w:t>
      </w:r>
      <w:proofErr w:type="spellEnd"/>
      <w:r w:rsidRPr="00846012">
        <w:rPr>
          <w:lang w:val="fr-FR"/>
        </w:rPr>
        <w:t xml:space="preserve"> </w:t>
      </w:r>
      <w:proofErr w:type="spellStart"/>
      <w:r w:rsidRPr="00846012">
        <w:rPr>
          <w:lang w:val="fr-FR"/>
        </w:rPr>
        <w:t>formă</w:t>
      </w:r>
      <w:proofErr w:type="spellEnd"/>
      <w:r w:rsidRPr="00846012">
        <w:rPr>
          <w:lang w:val="fr-FR"/>
        </w:rPr>
        <w:t xml:space="preserve"> a </w:t>
      </w:r>
      <w:proofErr w:type="spellStart"/>
      <w:r w:rsidRPr="00846012">
        <w:rPr>
          <w:lang w:val="fr-FR"/>
        </w:rPr>
        <w:t>conținutului</w:t>
      </w:r>
      <w:proofErr w:type="spellEnd"/>
      <w:r w:rsidRPr="00846012">
        <w:rPr>
          <w:lang w:val="fr-FR"/>
        </w:rPr>
        <w:t xml:space="preserve"> site-</w:t>
      </w:r>
      <w:proofErr w:type="spellStart"/>
      <w:r w:rsidRPr="00846012">
        <w:rPr>
          <w:lang w:val="fr-FR"/>
        </w:rPr>
        <w:t>ului</w:t>
      </w:r>
      <w:proofErr w:type="spellEnd"/>
      <w:r w:rsidRPr="00846012">
        <w:rPr>
          <w:lang w:val="fr-FR"/>
        </w:rPr>
        <w:t xml:space="preserve">, </w:t>
      </w:r>
      <w:proofErr w:type="spellStart"/>
      <w:r w:rsidRPr="00846012">
        <w:rPr>
          <w:lang w:val="fr-FR"/>
        </w:rPr>
        <w:t>fără</w:t>
      </w:r>
      <w:proofErr w:type="spellEnd"/>
      <w:r w:rsidRPr="00846012">
        <w:rPr>
          <w:lang w:val="fr-FR"/>
        </w:rPr>
        <w:t xml:space="preserve"> </w:t>
      </w:r>
      <w:proofErr w:type="spellStart"/>
      <w:r w:rsidRPr="00846012">
        <w:rPr>
          <w:lang w:val="fr-FR"/>
        </w:rPr>
        <w:t>acordul</w:t>
      </w:r>
      <w:proofErr w:type="spellEnd"/>
      <w:r w:rsidRPr="00846012">
        <w:rPr>
          <w:lang w:val="fr-FR"/>
        </w:rPr>
        <w:t xml:space="preserve"> </w:t>
      </w:r>
      <w:proofErr w:type="spellStart"/>
      <w:r w:rsidRPr="00846012">
        <w:rPr>
          <w:lang w:val="fr-FR"/>
        </w:rPr>
        <w:t>scris</w:t>
      </w:r>
      <w:proofErr w:type="spellEnd"/>
      <w:r w:rsidRPr="00846012">
        <w:rPr>
          <w:lang w:val="fr-FR"/>
        </w:rPr>
        <w:t xml:space="preserve"> </w:t>
      </w:r>
      <w:proofErr w:type="spellStart"/>
      <w:r w:rsidRPr="00846012">
        <w:rPr>
          <w:lang w:val="fr-FR"/>
        </w:rPr>
        <w:t>prealabil</w:t>
      </w:r>
      <w:proofErr w:type="spellEnd"/>
      <w:r w:rsidRPr="00846012">
        <w:rPr>
          <w:lang w:val="fr-FR"/>
        </w:rPr>
        <w:t xml:space="preserve"> </w:t>
      </w:r>
      <w:r w:rsidRPr="00846012">
        <w:rPr>
          <w:lang w:val="fr-FR"/>
        </w:rPr>
        <w:lastRenderedPageBreak/>
        <w:t xml:space="preserve">al WINNERS GROUP COMPANIE DE BROKERAJ S.R.L., este strict </w:t>
      </w:r>
      <w:proofErr w:type="spellStart"/>
      <w:r w:rsidRPr="00846012">
        <w:rPr>
          <w:lang w:val="fr-FR"/>
        </w:rPr>
        <w:t>interzisă</w:t>
      </w:r>
      <w:proofErr w:type="spellEnd"/>
      <w:r w:rsidRPr="00846012">
        <w:rPr>
          <w:lang w:val="fr-FR"/>
        </w:rPr>
        <w:t xml:space="preserve"> </w:t>
      </w:r>
      <w:proofErr w:type="spellStart"/>
      <w:r w:rsidRPr="00846012">
        <w:rPr>
          <w:lang w:val="fr-FR"/>
        </w:rPr>
        <w:t>și</w:t>
      </w:r>
      <w:proofErr w:type="spellEnd"/>
      <w:r w:rsidRPr="00846012">
        <w:rPr>
          <w:lang w:val="fr-FR"/>
        </w:rPr>
        <w:t xml:space="preserve"> se </w:t>
      </w:r>
      <w:proofErr w:type="spellStart"/>
      <w:r w:rsidRPr="00846012">
        <w:rPr>
          <w:lang w:val="fr-FR"/>
        </w:rPr>
        <w:t>sancționează</w:t>
      </w:r>
      <w:proofErr w:type="spellEnd"/>
      <w:r w:rsidRPr="00846012">
        <w:rPr>
          <w:lang w:val="fr-FR"/>
        </w:rPr>
        <w:t xml:space="preserve"> </w:t>
      </w:r>
      <w:proofErr w:type="spellStart"/>
      <w:r w:rsidRPr="00846012">
        <w:rPr>
          <w:lang w:val="fr-FR"/>
        </w:rPr>
        <w:t>conform</w:t>
      </w:r>
      <w:proofErr w:type="spellEnd"/>
      <w:r w:rsidRPr="00846012">
        <w:rPr>
          <w:lang w:val="fr-FR"/>
        </w:rPr>
        <w:t xml:space="preserve"> </w:t>
      </w:r>
      <w:proofErr w:type="spellStart"/>
      <w:r w:rsidRPr="00846012">
        <w:rPr>
          <w:lang w:val="fr-FR"/>
        </w:rPr>
        <w:t>legii</w:t>
      </w:r>
      <w:proofErr w:type="spellEnd"/>
      <w:r w:rsidRPr="00846012">
        <w:rPr>
          <w:lang w:val="fr-FR"/>
        </w:rPr>
        <w:t>.</w:t>
      </w:r>
    </w:p>
    <w:p w14:paraId="3E81B87D" w14:textId="77777777" w:rsidR="003260D0" w:rsidRPr="00846012" w:rsidRDefault="00916C8E">
      <w:pPr>
        <w:spacing w:after="120"/>
        <w:jc w:val="both"/>
        <w:rPr>
          <w:lang w:val="fr-FR"/>
        </w:rPr>
      </w:pPr>
      <w:proofErr w:type="spellStart"/>
      <w:r w:rsidRPr="00846012">
        <w:rPr>
          <w:lang w:val="fr-FR"/>
        </w:rPr>
        <w:t>În</w:t>
      </w:r>
      <w:proofErr w:type="spellEnd"/>
      <w:r w:rsidRPr="00846012">
        <w:rPr>
          <w:lang w:val="fr-FR"/>
        </w:rPr>
        <w:t xml:space="preserve"> </w:t>
      </w:r>
      <w:proofErr w:type="spellStart"/>
      <w:r w:rsidRPr="00846012">
        <w:rPr>
          <w:lang w:val="fr-FR"/>
        </w:rPr>
        <w:t>cazul</w:t>
      </w:r>
      <w:proofErr w:type="spellEnd"/>
      <w:r w:rsidRPr="00846012">
        <w:rPr>
          <w:lang w:val="fr-FR"/>
        </w:rPr>
        <w:t xml:space="preserve"> </w:t>
      </w:r>
      <w:proofErr w:type="spellStart"/>
      <w:r w:rsidRPr="00846012">
        <w:rPr>
          <w:lang w:val="fr-FR"/>
        </w:rPr>
        <w:t>în</w:t>
      </w:r>
      <w:proofErr w:type="spellEnd"/>
      <w:r w:rsidRPr="00846012">
        <w:rPr>
          <w:lang w:val="fr-FR"/>
        </w:rPr>
        <w:t xml:space="preserve"> care </w:t>
      </w:r>
      <w:proofErr w:type="spellStart"/>
      <w:r w:rsidRPr="00846012">
        <w:rPr>
          <w:lang w:val="fr-FR"/>
        </w:rPr>
        <w:t>în</w:t>
      </w:r>
      <w:proofErr w:type="spellEnd"/>
      <w:r w:rsidRPr="00846012">
        <w:rPr>
          <w:lang w:val="fr-FR"/>
        </w:rPr>
        <w:t xml:space="preserve"> </w:t>
      </w:r>
      <w:proofErr w:type="spellStart"/>
      <w:r w:rsidRPr="00846012">
        <w:rPr>
          <w:lang w:val="fr-FR"/>
        </w:rPr>
        <w:t>cuprinsul</w:t>
      </w:r>
      <w:proofErr w:type="spellEnd"/>
      <w:r w:rsidRPr="00846012">
        <w:rPr>
          <w:lang w:val="fr-FR"/>
        </w:rPr>
        <w:t xml:space="preserve"> site-</w:t>
      </w:r>
      <w:proofErr w:type="spellStart"/>
      <w:r w:rsidRPr="00846012">
        <w:rPr>
          <w:lang w:val="fr-FR"/>
        </w:rPr>
        <w:t>ului</w:t>
      </w:r>
      <w:proofErr w:type="spellEnd"/>
      <w:r w:rsidRPr="00846012">
        <w:rPr>
          <w:lang w:val="fr-FR"/>
        </w:rPr>
        <w:t xml:space="preserve"> </w:t>
      </w:r>
      <w:proofErr w:type="spellStart"/>
      <w:r w:rsidRPr="00846012">
        <w:rPr>
          <w:lang w:val="fr-FR"/>
        </w:rPr>
        <w:t>sunt</w:t>
      </w:r>
      <w:proofErr w:type="spellEnd"/>
      <w:r w:rsidRPr="00846012">
        <w:rPr>
          <w:lang w:val="fr-FR"/>
        </w:rPr>
        <w:t xml:space="preserve"> </w:t>
      </w:r>
      <w:proofErr w:type="spellStart"/>
      <w:r w:rsidRPr="00846012">
        <w:rPr>
          <w:lang w:val="fr-FR"/>
        </w:rPr>
        <w:t>efectuate</w:t>
      </w:r>
      <w:proofErr w:type="spellEnd"/>
      <w:r w:rsidRPr="00846012">
        <w:rPr>
          <w:lang w:val="fr-FR"/>
        </w:rPr>
        <w:t xml:space="preserve"> </w:t>
      </w:r>
      <w:proofErr w:type="spellStart"/>
      <w:r w:rsidRPr="00846012">
        <w:rPr>
          <w:lang w:val="fr-FR"/>
        </w:rPr>
        <w:t>referiri</w:t>
      </w:r>
      <w:proofErr w:type="spellEnd"/>
      <w:r w:rsidRPr="00846012">
        <w:rPr>
          <w:lang w:val="fr-FR"/>
        </w:rPr>
        <w:t xml:space="preserve"> </w:t>
      </w:r>
      <w:proofErr w:type="spellStart"/>
      <w:r w:rsidRPr="00846012">
        <w:rPr>
          <w:lang w:val="fr-FR"/>
        </w:rPr>
        <w:t>către</w:t>
      </w:r>
      <w:proofErr w:type="spellEnd"/>
      <w:r w:rsidRPr="00846012">
        <w:rPr>
          <w:lang w:val="fr-FR"/>
        </w:rPr>
        <w:t xml:space="preserve"> </w:t>
      </w:r>
      <w:proofErr w:type="spellStart"/>
      <w:r w:rsidRPr="00846012">
        <w:rPr>
          <w:lang w:val="fr-FR"/>
        </w:rPr>
        <w:t>conținut</w:t>
      </w:r>
      <w:proofErr w:type="spellEnd"/>
      <w:r w:rsidRPr="00846012">
        <w:rPr>
          <w:lang w:val="fr-FR"/>
        </w:rPr>
        <w:t xml:space="preserve"> </w:t>
      </w:r>
      <w:proofErr w:type="spellStart"/>
      <w:r w:rsidRPr="00846012">
        <w:rPr>
          <w:lang w:val="fr-FR"/>
        </w:rPr>
        <w:t>extern</w:t>
      </w:r>
      <w:proofErr w:type="spellEnd"/>
      <w:r w:rsidRPr="00846012">
        <w:rPr>
          <w:lang w:val="fr-FR"/>
        </w:rPr>
        <w:t xml:space="preserve">, </w:t>
      </w:r>
      <w:proofErr w:type="spellStart"/>
      <w:r w:rsidRPr="00846012">
        <w:rPr>
          <w:lang w:val="fr-FR"/>
        </w:rPr>
        <w:t>drepturile</w:t>
      </w:r>
      <w:proofErr w:type="spellEnd"/>
      <w:r w:rsidRPr="00846012">
        <w:rPr>
          <w:lang w:val="fr-FR"/>
        </w:rPr>
        <w:t xml:space="preserve"> de </w:t>
      </w:r>
      <w:proofErr w:type="spellStart"/>
      <w:r w:rsidRPr="00846012">
        <w:rPr>
          <w:lang w:val="fr-FR"/>
        </w:rPr>
        <w:t>autor</w:t>
      </w:r>
      <w:proofErr w:type="spellEnd"/>
      <w:r w:rsidRPr="00846012">
        <w:rPr>
          <w:lang w:val="fr-FR"/>
        </w:rPr>
        <w:t xml:space="preserve"> </w:t>
      </w:r>
      <w:proofErr w:type="spellStart"/>
      <w:r w:rsidRPr="00846012">
        <w:rPr>
          <w:lang w:val="fr-FR"/>
        </w:rPr>
        <w:t>aparțin</w:t>
      </w:r>
      <w:proofErr w:type="spellEnd"/>
      <w:r w:rsidRPr="00846012">
        <w:rPr>
          <w:lang w:val="fr-FR"/>
        </w:rPr>
        <w:t xml:space="preserve"> </w:t>
      </w:r>
      <w:proofErr w:type="spellStart"/>
      <w:r w:rsidRPr="00846012">
        <w:rPr>
          <w:lang w:val="fr-FR"/>
        </w:rPr>
        <w:t>persoanelor</w:t>
      </w:r>
      <w:proofErr w:type="spellEnd"/>
      <w:r w:rsidRPr="00846012">
        <w:rPr>
          <w:lang w:val="fr-FR"/>
        </w:rPr>
        <w:t xml:space="preserve"> </w:t>
      </w:r>
      <w:proofErr w:type="spellStart"/>
      <w:r w:rsidRPr="00846012">
        <w:rPr>
          <w:lang w:val="fr-FR"/>
        </w:rPr>
        <w:t>indicate</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respectivul</w:t>
      </w:r>
      <w:proofErr w:type="spellEnd"/>
      <w:r w:rsidRPr="00846012">
        <w:rPr>
          <w:lang w:val="fr-FR"/>
        </w:rPr>
        <w:t xml:space="preserve"> </w:t>
      </w:r>
      <w:proofErr w:type="spellStart"/>
      <w:r w:rsidRPr="00846012">
        <w:rPr>
          <w:lang w:val="fr-FR"/>
        </w:rPr>
        <w:t>conținut</w:t>
      </w:r>
      <w:proofErr w:type="spellEnd"/>
      <w:r w:rsidRPr="00846012">
        <w:rPr>
          <w:lang w:val="fr-FR"/>
        </w:rPr>
        <w:t>.</w:t>
      </w:r>
    </w:p>
    <w:p w14:paraId="118F5A4C" w14:textId="77777777" w:rsidR="003260D0" w:rsidRPr="00846012" w:rsidRDefault="00916C8E">
      <w:pPr>
        <w:spacing w:after="120"/>
        <w:jc w:val="both"/>
        <w:rPr>
          <w:lang w:val="fr-FR"/>
        </w:rPr>
      </w:pPr>
      <w:proofErr w:type="spellStart"/>
      <w:r w:rsidRPr="00846012">
        <w:rPr>
          <w:lang w:val="fr-FR"/>
        </w:rPr>
        <w:t>Eventualele</w:t>
      </w:r>
      <w:proofErr w:type="spellEnd"/>
      <w:r w:rsidRPr="00846012">
        <w:rPr>
          <w:lang w:val="fr-FR"/>
        </w:rPr>
        <w:t xml:space="preserve"> </w:t>
      </w:r>
      <w:proofErr w:type="spellStart"/>
      <w:r w:rsidRPr="00846012">
        <w:rPr>
          <w:lang w:val="fr-FR"/>
        </w:rPr>
        <w:t>încălcări</w:t>
      </w:r>
      <w:proofErr w:type="spellEnd"/>
      <w:r w:rsidRPr="00846012">
        <w:rPr>
          <w:lang w:val="fr-FR"/>
        </w:rPr>
        <w:t xml:space="preserve"> ale </w:t>
      </w:r>
      <w:proofErr w:type="spellStart"/>
      <w:r w:rsidRPr="00846012">
        <w:rPr>
          <w:lang w:val="fr-FR"/>
        </w:rPr>
        <w:t>drepturilor</w:t>
      </w:r>
      <w:proofErr w:type="spellEnd"/>
      <w:r w:rsidRPr="00846012">
        <w:rPr>
          <w:lang w:val="fr-FR"/>
        </w:rPr>
        <w:t xml:space="preserve"> de </w:t>
      </w:r>
      <w:proofErr w:type="spellStart"/>
      <w:r w:rsidRPr="00846012">
        <w:rPr>
          <w:lang w:val="fr-FR"/>
        </w:rPr>
        <w:t>autor</w:t>
      </w:r>
      <w:proofErr w:type="spellEnd"/>
      <w:r w:rsidRPr="00846012">
        <w:rPr>
          <w:lang w:val="fr-FR"/>
        </w:rPr>
        <w:t xml:space="preserve"> pot fi </w:t>
      </w:r>
      <w:proofErr w:type="spellStart"/>
      <w:r w:rsidRPr="00846012">
        <w:rPr>
          <w:lang w:val="fr-FR"/>
        </w:rPr>
        <w:t>sesizate</w:t>
      </w:r>
      <w:proofErr w:type="spellEnd"/>
      <w:r w:rsidRPr="00846012">
        <w:rPr>
          <w:lang w:val="fr-FR"/>
        </w:rPr>
        <w:t xml:space="preserve"> la </w:t>
      </w:r>
      <w:proofErr w:type="spellStart"/>
      <w:r w:rsidRPr="00846012">
        <w:rPr>
          <w:lang w:val="fr-FR"/>
        </w:rPr>
        <w:t>adresa</w:t>
      </w:r>
      <w:proofErr w:type="spellEnd"/>
      <w:r w:rsidRPr="00846012">
        <w:rPr>
          <w:lang w:val="fr-FR"/>
        </w:rPr>
        <w:t xml:space="preserve"> office@winnersgroup.ro.</w:t>
      </w:r>
    </w:p>
    <w:p w14:paraId="4387C2A4" w14:textId="77777777" w:rsidR="003260D0" w:rsidRPr="00846012" w:rsidRDefault="00916C8E">
      <w:pPr>
        <w:pStyle w:val="Heading2"/>
        <w:rPr>
          <w:lang w:val="fr-FR"/>
        </w:rPr>
      </w:pPr>
      <w:r w:rsidRPr="00846012">
        <w:rPr>
          <w:rFonts w:ascii="Arial" w:hAnsi="Arial"/>
          <w:lang w:val="fr-FR"/>
        </w:rPr>
        <w:t xml:space="preserve">15. </w:t>
      </w:r>
      <w:proofErr w:type="spellStart"/>
      <w:r w:rsidRPr="00846012">
        <w:rPr>
          <w:rFonts w:ascii="Arial" w:hAnsi="Arial"/>
          <w:lang w:val="fr-FR"/>
        </w:rPr>
        <w:t>Limitarea</w:t>
      </w:r>
      <w:proofErr w:type="spellEnd"/>
      <w:r w:rsidRPr="00846012">
        <w:rPr>
          <w:rFonts w:ascii="Arial" w:hAnsi="Arial"/>
          <w:lang w:val="fr-FR"/>
        </w:rPr>
        <w:t xml:space="preserve"> </w:t>
      </w:r>
      <w:proofErr w:type="spellStart"/>
      <w:r w:rsidRPr="00846012">
        <w:rPr>
          <w:rFonts w:ascii="Arial" w:hAnsi="Arial"/>
          <w:lang w:val="fr-FR"/>
        </w:rPr>
        <w:t>răspunderii</w:t>
      </w:r>
      <w:proofErr w:type="spellEnd"/>
    </w:p>
    <w:p w14:paraId="4A42EDC9" w14:textId="77777777" w:rsidR="003260D0" w:rsidRPr="00846012" w:rsidRDefault="00916C8E">
      <w:pPr>
        <w:spacing w:after="120"/>
        <w:jc w:val="both"/>
        <w:rPr>
          <w:lang w:val="fr-FR"/>
        </w:rPr>
      </w:pPr>
      <w:r w:rsidRPr="00846012">
        <w:rPr>
          <w:lang w:val="fr-FR"/>
        </w:rPr>
        <w:t xml:space="preserve">WINNERS GROUP COMPANIE DE BROKERAJ S.R.L. nu </w:t>
      </w:r>
      <w:proofErr w:type="spellStart"/>
      <w:r w:rsidRPr="00846012">
        <w:rPr>
          <w:lang w:val="fr-FR"/>
        </w:rPr>
        <w:t>oferă</w:t>
      </w:r>
      <w:proofErr w:type="spellEnd"/>
      <w:r w:rsidRPr="00846012">
        <w:rPr>
          <w:lang w:val="fr-FR"/>
        </w:rPr>
        <w:t xml:space="preserve"> </w:t>
      </w:r>
      <w:proofErr w:type="spellStart"/>
      <w:r w:rsidRPr="00846012">
        <w:rPr>
          <w:lang w:val="fr-FR"/>
        </w:rPr>
        <w:t>nicio</w:t>
      </w:r>
      <w:proofErr w:type="spellEnd"/>
      <w:r w:rsidRPr="00846012">
        <w:rPr>
          <w:lang w:val="fr-FR"/>
        </w:rPr>
        <w:t xml:space="preserve"> </w:t>
      </w:r>
      <w:proofErr w:type="spellStart"/>
      <w:r w:rsidRPr="00846012">
        <w:rPr>
          <w:lang w:val="fr-FR"/>
        </w:rPr>
        <w:t>garanție</w:t>
      </w:r>
      <w:proofErr w:type="spellEnd"/>
      <w:r w:rsidRPr="00846012">
        <w:rPr>
          <w:lang w:val="fr-FR"/>
        </w:rPr>
        <w:t xml:space="preserve"> </w:t>
      </w:r>
      <w:proofErr w:type="spellStart"/>
      <w:proofErr w:type="gramStart"/>
      <w:r w:rsidRPr="00846012">
        <w:rPr>
          <w:lang w:val="fr-FR"/>
        </w:rPr>
        <w:t>că</w:t>
      </w:r>
      <w:proofErr w:type="spellEnd"/>
      <w:r w:rsidRPr="00846012">
        <w:rPr>
          <w:lang w:val="fr-FR"/>
        </w:rPr>
        <w:t>:</w:t>
      </w:r>
      <w:proofErr w:type="gramEnd"/>
    </w:p>
    <w:p w14:paraId="04A91A8E" w14:textId="77777777" w:rsidR="003260D0" w:rsidRPr="00846012" w:rsidRDefault="00916C8E">
      <w:pPr>
        <w:pStyle w:val="ListBullet"/>
        <w:spacing w:after="60"/>
        <w:jc w:val="both"/>
        <w:rPr>
          <w:lang w:val="fr-FR"/>
        </w:rPr>
      </w:pPr>
      <w:proofErr w:type="spellStart"/>
      <w:proofErr w:type="gramStart"/>
      <w:r w:rsidRPr="00846012">
        <w:rPr>
          <w:lang w:val="fr-FR"/>
        </w:rPr>
        <w:t>serviciul</w:t>
      </w:r>
      <w:proofErr w:type="spellEnd"/>
      <w:proofErr w:type="gramEnd"/>
      <w:r w:rsidRPr="00846012">
        <w:rPr>
          <w:lang w:val="fr-FR"/>
        </w:rPr>
        <w:t xml:space="preserve"> va fi </w:t>
      </w:r>
      <w:proofErr w:type="spellStart"/>
      <w:r w:rsidRPr="00846012">
        <w:rPr>
          <w:lang w:val="fr-FR"/>
        </w:rPr>
        <w:t>furnizat</w:t>
      </w:r>
      <w:proofErr w:type="spellEnd"/>
      <w:r w:rsidRPr="00846012">
        <w:rPr>
          <w:lang w:val="fr-FR"/>
        </w:rPr>
        <w:t xml:space="preserve"> </w:t>
      </w:r>
      <w:proofErr w:type="spellStart"/>
      <w:r w:rsidRPr="00846012">
        <w:rPr>
          <w:lang w:val="fr-FR"/>
        </w:rPr>
        <w:t>neîntrerupt</w:t>
      </w:r>
      <w:proofErr w:type="spellEnd"/>
      <w:r w:rsidRPr="00846012">
        <w:rPr>
          <w:lang w:val="fr-FR"/>
        </w:rPr>
        <w:t xml:space="preserve">, la </w:t>
      </w:r>
      <w:proofErr w:type="spellStart"/>
      <w:r w:rsidRPr="00846012">
        <w:rPr>
          <w:lang w:val="fr-FR"/>
        </w:rPr>
        <w:t>timp</w:t>
      </w:r>
      <w:proofErr w:type="spellEnd"/>
      <w:r w:rsidRPr="00846012">
        <w:rPr>
          <w:lang w:val="fr-FR"/>
        </w:rPr>
        <w:t xml:space="preserve">, </w:t>
      </w:r>
      <w:proofErr w:type="spellStart"/>
      <w:r w:rsidRPr="00846012">
        <w:rPr>
          <w:lang w:val="fr-FR"/>
        </w:rPr>
        <w:t>sigur</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fără</w:t>
      </w:r>
      <w:proofErr w:type="spellEnd"/>
      <w:r w:rsidRPr="00846012">
        <w:rPr>
          <w:lang w:val="fr-FR"/>
        </w:rPr>
        <w:t xml:space="preserve"> </w:t>
      </w:r>
      <w:proofErr w:type="spellStart"/>
      <w:proofErr w:type="gramStart"/>
      <w:r w:rsidRPr="00846012">
        <w:rPr>
          <w:lang w:val="fr-FR"/>
        </w:rPr>
        <w:t>erori</w:t>
      </w:r>
      <w:proofErr w:type="spellEnd"/>
      <w:r w:rsidRPr="00846012">
        <w:rPr>
          <w:lang w:val="fr-FR"/>
        </w:rPr>
        <w:t>;</w:t>
      </w:r>
      <w:proofErr w:type="gramEnd"/>
    </w:p>
    <w:p w14:paraId="666C6797" w14:textId="77777777" w:rsidR="003260D0" w:rsidRDefault="00916C8E">
      <w:pPr>
        <w:pStyle w:val="ListBullet"/>
        <w:spacing w:after="60"/>
        <w:jc w:val="both"/>
      </w:pPr>
      <w:proofErr w:type="spellStart"/>
      <w:r>
        <w:t>orice</w:t>
      </w:r>
      <w:proofErr w:type="spellEnd"/>
      <w:r>
        <w:t xml:space="preserve"> </w:t>
      </w:r>
      <w:proofErr w:type="spellStart"/>
      <w:r>
        <w:t>eventuală</w:t>
      </w:r>
      <w:proofErr w:type="spellEnd"/>
      <w:r>
        <w:t xml:space="preserve"> </w:t>
      </w:r>
      <w:proofErr w:type="spellStart"/>
      <w:r>
        <w:t>eroare</w:t>
      </w:r>
      <w:proofErr w:type="spellEnd"/>
      <w:r>
        <w:t xml:space="preserve"> de programare va fi imediat corectată;</w:t>
      </w:r>
    </w:p>
    <w:p w14:paraId="67CEF9EC" w14:textId="77777777" w:rsidR="003260D0" w:rsidRDefault="00916C8E">
      <w:pPr>
        <w:pStyle w:val="ListBullet"/>
        <w:spacing w:after="60"/>
        <w:jc w:val="both"/>
      </w:pPr>
      <w:r>
        <w:t>serverul pe care este găzduit site-ul este lipsit de viruși sau alte componente care ar putea dăuna Utilizatorilor, deși WINNERS depune eforturi rezonabile pentru a asigura siguranța conținutului site-ului.</w:t>
      </w:r>
    </w:p>
    <w:p w14:paraId="0A56CC6C" w14:textId="77777777" w:rsidR="003260D0" w:rsidRDefault="00916C8E">
      <w:pPr>
        <w:spacing w:after="120"/>
        <w:jc w:val="both"/>
      </w:pPr>
      <w:r>
        <w:t>WINNERS GROUP COMPANIE DE BROKERAJ S.R.L. nu va fi ținut răspunzător pentru:</w:t>
      </w:r>
    </w:p>
    <w:p w14:paraId="3EECFE1C" w14:textId="77777777" w:rsidR="003260D0" w:rsidRPr="00846012" w:rsidRDefault="00916C8E">
      <w:pPr>
        <w:pStyle w:val="ListBullet"/>
        <w:spacing w:after="60"/>
        <w:jc w:val="both"/>
        <w:rPr>
          <w:lang w:val="fr-FR"/>
        </w:rPr>
      </w:pPr>
      <w:proofErr w:type="spellStart"/>
      <w:proofErr w:type="gramStart"/>
      <w:r w:rsidRPr="00846012">
        <w:rPr>
          <w:lang w:val="fr-FR"/>
        </w:rPr>
        <w:t>eventualele</w:t>
      </w:r>
      <w:proofErr w:type="spellEnd"/>
      <w:proofErr w:type="gramEnd"/>
      <w:r w:rsidRPr="00846012">
        <w:rPr>
          <w:lang w:val="fr-FR"/>
        </w:rPr>
        <w:t xml:space="preserve"> </w:t>
      </w:r>
      <w:proofErr w:type="spellStart"/>
      <w:r w:rsidRPr="00846012">
        <w:rPr>
          <w:lang w:val="fr-FR"/>
        </w:rPr>
        <w:t>distrugeri</w:t>
      </w:r>
      <w:proofErr w:type="spellEnd"/>
      <w:r w:rsidRPr="00846012">
        <w:rPr>
          <w:lang w:val="fr-FR"/>
        </w:rPr>
        <w:t xml:space="preserve"> </w:t>
      </w:r>
      <w:proofErr w:type="spellStart"/>
      <w:r w:rsidRPr="00846012">
        <w:rPr>
          <w:lang w:val="fr-FR"/>
        </w:rPr>
        <w:t>cauzate</w:t>
      </w:r>
      <w:proofErr w:type="spellEnd"/>
      <w:r w:rsidRPr="00846012">
        <w:rPr>
          <w:lang w:val="fr-FR"/>
        </w:rPr>
        <w:t xml:space="preserve"> </w:t>
      </w:r>
      <w:proofErr w:type="spellStart"/>
      <w:r w:rsidRPr="00846012">
        <w:rPr>
          <w:lang w:val="fr-FR"/>
        </w:rPr>
        <w:t>computerului</w:t>
      </w:r>
      <w:proofErr w:type="spellEnd"/>
      <w:r w:rsidRPr="00846012">
        <w:rPr>
          <w:lang w:val="fr-FR"/>
        </w:rPr>
        <w:t xml:space="preserve"> de </w:t>
      </w:r>
      <w:proofErr w:type="spellStart"/>
      <w:r w:rsidRPr="00846012">
        <w:rPr>
          <w:lang w:val="fr-FR"/>
        </w:rPr>
        <w:t>pe</w:t>
      </w:r>
      <w:proofErr w:type="spellEnd"/>
      <w:r w:rsidRPr="00846012">
        <w:rPr>
          <w:lang w:val="fr-FR"/>
        </w:rPr>
        <w:t xml:space="preserve"> care se </w:t>
      </w:r>
      <w:proofErr w:type="spellStart"/>
      <w:r w:rsidRPr="00846012">
        <w:rPr>
          <w:lang w:val="fr-FR"/>
        </w:rPr>
        <w:t>accesează</w:t>
      </w:r>
      <w:proofErr w:type="spellEnd"/>
      <w:r w:rsidRPr="00846012">
        <w:rPr>
          <w:lang w:val="fr-FR"/>
        </w:rPr>
        <w:t xml:space="preserve"> site-</w:t>
      </w:r>
      <w:proofErr w:type="spellStart"/>
      <w:r w:rsidRPr="00846012">
        <w:rPr>
          <w:lang w:val="fr-FR"/>
        </w:rPr>
        <w:t>ul</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pentru</w:t>
      </w:r>
      <w:proofErr w:type="spellEnd"/>
      <w:r w:rsidRPr="00846012">
        <w:rPr>
          <w:lang w:val="fr-FR"/>
        </w:rPr>
        <w:t xml:space="preserve"> </w:t>
      </w:r>
      <w:proofErr w:type="spellStart"/>
      <w:r w:rsidRPr="00846012">
        <w:rPr>
          <w:lang w:val="fr-FR"/>
        </w:rPr>
        <w:t>pierderile</w:t>
      </w:r>
      <w:proofErr w:type="spellEnd"/>
      <w:r w:rsidRPr="00846012">
        <w:rPr>
          <w:lang w:val="fr-FR"/>
        </w:rPr>
        <w:t xml:space="preserve"> de date </w:t>
      </w:r>
      <w:proofErr w:type="spellStart"/>
      <w:r w:rsidRPr="00846012">
        <w:rPr>
          <w:lang w:val="fr-FR"/>
        </w:rPr>
        <w:t>rezultate</w:t>
      </w:r>
      <w:proofErr w:type="spellEnd"/>
      <w:r w:rsidRPr="00846012">
        <w:rPr>
          <w:lang w:val="fr-FR"/>
        </w:rPr>
        <w:t xml:space="preserve"> </w:t>
      </w:r>
      <w:proofErr w:type="spellStart"/>
      <w:r w:rsidRPr="00846012">
        <w:rPr>
          <w:lang w:val="fr-FR"/>
        </w:rPr>
        <w:t>din</w:t>
      </w:r>
      <w:proofErr w:type="spellEnd"/>
      <w:r w:rsidRPr="00846012">
        <w:rPr>
          <w:lang w:val="fr-FR"/>
        </w:rPr>
        <w:t xml:space="preserve"> </w:t>
      </w:r>
      <w:proofErr w:type="spellStart"/>
      <w:r w:rsidRPr="00846012">
        <w:rPr>
          <w:lang w:val="fr-FR"/>
        </w:rPr>
        <w:t>descărcarea</w:t>
      </w:r>
      <w:proofErr w:type="spellEnd"/>
      <w:r w:rsidRPr="00846012">
        <w:rPr>
          <w:lang w:val="fr-FR"/>
        </w:rPr>
        <w:t xml:space="preserve"> de </w:t>
      </w:r>
      <w:proofErr w:type="spellStart"/>
      <w:r w:rsidRPr="00846012">
        <w:rPr>
          <w:lang w:val="fr-FR"/>
        </w:rPr>
        <w:t>materiale</w:t>
      </w:r>
      <w:proofErr w:type="spellEnd"/>
      <w:r w:rsidRPr="00846012">
        <w:rPr>
          <w:lang w:val="fr-FR"/>
        </w:rPr>
        <w:t xml:space="preserve"> de </w:t>
      </w:r>
      <w:proofErr w:type="spellStart"/>
      <w:r w:rsidRPr="00846012">
        <w:rPr>
          <w:lang w:val="fr-FR"/>
        </w:rPr>
        <w:t>pe</w:t>
      </w:r>
      <w:proofErr w:type="spellEnd"/>
      <w:r w:rsidRPr="00846012">
        <w:rPr>
          <w:lang w:val="fr-FR"/>
        </w:rPr>
        <w:t xml:space="preserve"> site, </w:t>
      </w:r>
      <w:proofErr w:type="spellStart"/>
      <w:r w:rsidRPr="00846012">
        <w:rPr>
          <w:lang w:val="fr-FR"/>
        </w:rPr>
        <w:t>descărcarea</w:t>
      </w:r>
      <w:proofErr w:type="spellEnd"/>
      <w:r w:rsidRPr="00846012">
        <w:rPr>
          <w:lang w:val="fr-FR"/>
        </w:rPr>
        <w:t xml:space="preserve"> </w:t>
      </w:r>
      <w:proofErr w:type="spellStart"/>
      <w:r w:rsidRPr="00846012">
        <w:rPr>
          <w:lang w:val="fr-FR"/>
        </w:rPr>
        <w:t>fiind</w:t>
      </w:r>
      <w:proofErr w:type="spellEnd"/>
      <w:r w:rsidRPr="00846012">
        <w:rPr>
          <w:lang w:val="fr-FR"/>
        </w:rPr>
        <w:t xml:space="preserve"> </w:t>
      </w:r>
      <w:proofErr w:type="spellStart"/>
      <w:r w:rsidRPr="00846012">
        <w:rPr>
          <w:lang w:val="fr-FR"/>
        </w:rPr>
        <w:t>făcută</w:t>
      </w:r>
      <w:proofErr w:type="spellEnd"/>
      <w:r w:rsidRPr="00846012">
        <w:rPr>
          <w:lang w:val="fr-FR"/>
        </w:rPr>
        <w:t xml:space="preserve"> </w:t>
      </w:r>
      <w:proofErr w:type="spellStart"/>
      <w:r w:rsidRPr="00846012">
        <w:rPr>
          <w:lang w:val="fr-FR"/>
        </w:rPr>
        <w:t>pe</w:t>
      </w:r>
      <w:proofErr w:type="spellEnd"/>
      <w:r w:rsidRPr="00846012">
        <w:rPr>
          <w:lang w:val="fr-FR"/>
        </w:rPr>
        <w:t xml:space="preserve"> </w:t>
      </w:r>
      <w:proofErr w:type="spellStart"/>
      <w:r w:rsidRPr="00846012">
        <w:rPr>
          <w:lang w:val="fr-FR"/>
        </w:rPr>
        <w:t>riscul</w:t>
      </w:r>
      <w:proofErr w:type="spellEnd"/>
      <w:r w:rsidRPr="00846012">
        <w:rPr>
          <w:lang w:val="fr-FR"/>
        </w:rPr>
        <w:t xml:space="preserve"> </w:t>
      </w:r>
      <w:proofErr w:type="spellStart"/>
      <w:r w:rsidRPr="00846012">
        <w:rPr>
          <w:lang w:val="fr-FR"/>
        </w:rPr>
        <w:t>propriu</w:t>
      </w:r>
      <w:proofErr w:type="spellEnd"/>
      <w:r w:rsidRPr="00846012">
        <w:rPr>
          <w:lang w:val="fr-FR"/>
        </w:rPr>
        <w:t xml:space="preserve"> al </w:t>
      </w:r>
      <w:proofErr w:type="spellStart"/>
      <w:proofErr w:type="gramStart"/>
      <w:r w:rsidRPr="00846012">
        <w:rPr>
          <w:lang w:val="fr-FR"/>
        </w:rPr>
        <w:t>Utilizatorului</w:t>
      </w:r>
      <w:proofErr w:type="spellEnd"/>
      <w:r w:rsidRPr="00846012">
        <w:rPr>
          <w:lang w:val="fr-FR"/>
        </w:rPr>
        <w:t>;</w:t>
      </w:r>
      <w:proofErr w:type="gramEnd"/>
    </w:p>
    <w:p w14:paraId="24DD5ED3" w14:textId="77777777" w:rsidR="003260D0" w:rsidRDefault="00916C8E">
      <w:pPr>
        <w:pStyle w:val="ListBullet"/>
        <w:spacing w:after="60"/>
        <w:jc w:val="both"/>
      </w:pPr>
      <w:proofErr w:type="spellStart"/>
      <w:r>
        <w:t>acțiunile</w:t>
      </w:r>
      <w:proofErr w:type="spellEnd"/>
      <w:r>
        <w:t xml:space="preserve"> pe care </w:t>
      </w:r>
      <w:proofErr w:type="spellStart"/>
      <w:r>
        <w:t>Utilizatorul</w:t>
      </w:r>
      <w:proofErr w:type="spellEnd"/>
      <w:r>
        <w:t xml:space="preserve"> le întreprinde în baza informațiilor sau serviciilor furnizate prin intermediul site-ului;</w:t>
      </w:r>
    </w:p>
    <w:p w14:paraId="5B8B98A5" w14:textId="77777777" w:rsidR="003260D0" w:rsidRDefault="00916C8E">
      <w:pPr>
        <w:pStyle w:val="ListBullet"/>
        <w:spacing w:after="60"/>
        <w:jc w:val="both"/>
      </w:pPr>
      <w:r>
        <w:t>conținutul, produsele sau serviciile promovate sau comercializate prin intermediul site-urilor terțe la care site-ul www.winnersgroup.ro face referire prin legături (linkuri);</w:t>
      </w:r>
    </w:p>
    <w:p w14:paraId="156BE389" w14:textId="77777777" w:rsidR="003260D0" w:rsidRDefault="00916C8E">
      <w:pPr>
        <w:pStyle w:val="ListBullet"/>
        <w:spacing w:after="60"/>
        <w:jc w:val="both"/>
      </w:pPr>
      <w:r>
        <w:t>consecințele furnizării de către Utilizator a unor informații incomplete, incorecte sau false;</w:t>
      </w:r>
    </w:p>
    <w:p w14:paraId="6704C054" w14:textId="77777777" w:rsidR="003260D0" w:rsidRPr="00846012" w:rsidRDefault="00916C8E">
      <w:pPr>
        <w:pStyle w:val="ListBullet"/>
        <w:spacing w:after="60"/>
        <w:jc w:val="both"/>
        <w:rPr>
          <w:lang w:val="fr-FR"/>
        </w:rPr>
      </w:pPr>
      <w:proofErr w:type="spellStart"/>
      <w:proofErr w:type="gramStart"/>
      <w:r w:rsidRPr="00846012">
        <w:rPr>
          <w:lang w:val="fr-FR"/>
        </w:rPr>
        <w:t>erorile</w:t>
      </w:r>
      <w:proofErr w:type="spellEnd"/>
      <w:proofErr w:type="gramEnd"/>
      <w:r w:rsidRPr="00846012">
        <w:rPr>
          <w:lang w:val="fr-FR"/>
        </w:rPr>
        <w:t xml:space="preserve"> de calcul </w:t>
      </w:r>
      <w:proofErr w:type="spellStart"/>
      <w:r w:rsidRPr="00846012">
        <w:rPr>
          <w:lang w:val="fr-FR"/>
        </w:rPr>
        <w:t>sau</w:t>
      </w:r>
      <w:proofErr w:type="spellEnd"/>
      <w:r w:rsidRPr="00846012">
        <w:rPr>
          <w:lang w:val="fr-FR"/>
        </w:rPr>
        <w:t xml:space="preserve"> de </w:t>
      </w:r>
      <w:proofErr w:type="spellStart"/>
      <w:r w:rsidRPr="00846012">
        <w:rPr>
          <w:lang w:val="fr-FR"/>
        </w:rPr>
        <w:t>afișare</w:t>
      </w:r>
      <w:proofErr w:type="spellEnd"/>
      <w:r w:rsidRPr="00846012">
        <w:rPr>
          <w:lang w:val="fr-FR"/>
        </w:rPr>
        <w:t xml:space="preserve"> a </w:t>
      </w:r>
      <w:proofErr w:type="spellStart"/>
      <w:r w:rsidRPr="00846012">
        <w:rPr>
          <w:lang w:val="fr-FR"/>
        </w:rPr>
        <w:t>tarifelor</w:t>
      </w:r>
      <w:proofErr w:type="spellEnd"/>
      <w:r w:rsidRPr="00846012">
        <w:rPr>
          <w:lang w:val="fr-FR"/>
        </w:rPr>
        <w:t xml:space="preserve"> </w:t>
      </w:r>
      <w:proofErr w:type="spellStart"/>
      <w:r w:rsidRPr="00846012">
        <w:rPr>
          <w:lang w:val="fr-FR"/>
        </w:rPr>
        <w:t>cauzate</w:t>
      </w:r>
      <w:proofErr w:type="spellEnd"/>
      <w:r w:rsidRPr="00846012">
        <w:rPr>
          <w:lang w:val="fr-FR"/>
        </w:rPr>
        <w:t xml:space="preserve"> de </w:t>
      </w:r>
      <w:proofErr w:type="spellStart"/>
      <w:r w:rsidRPr="00846012">
        <w:rPr>
          <w:lang w:val="fr-FR"/>
        </w:rPr>
        <w:t>defecțiuni</w:t>
      </w:r>
      <w:proofErr w:type="spellEnd"/>
      <w:r w:rsidRPr="00846012">
        <w:rPr>
          <w:lang w:val="fr-FR"/>
        </w:rPr>
        <w:t xml:space="preserve"> </w:t>
      </w:r>
      <w:proofErr w:type="spellStart"/>
      <w:r w:rsidRPr="00846012">
        <w:rPr>
          <w:lang w:val="fr-FR"/>
        </w:rPr>
        <w:t>tehnice</w:t>
      </w:r>
      <w:proofErr w:type="spellEnd"/>
      <w:r w:rsidRPr="00846012">
        <w:rPr>
          <w:lang w:val="fr-FR"/>
        </w:rPr>
        <w:t xml:space="preserve"> </w:t>
      </w:r>
      <w:proofErr w:type="spellStart"/>
      <w:r w:rsidRPr="00846012">
        <w:rPr>
          <w:lang w:val="fr-FR"/>
        </w:rPr>
        <w:t>ori</w:t>
      </w:r>
      <w:proofErr w:type="spellEnd"/>
      <w:r w:rsidRPr="00846012">
        <w:rPr>
          <w:lang w:val="fr-FR"/>
        </w:rPr>
        <w:t xml:space="preserve"> de </w:t>
      </w:r>
      <w:proofErr w:type="spellStart"/>
      <w:r w:rsidRPr="00846012">
        <w:rPr>
          <w:lang w:val="fr-FR"/>
        </w:rPr>
        <w:t>erori</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datele</w:t>
      </w:r>
      <w:proofErr w:type="spellEnd"/>
      <w:r w:rsidRPr="00846012">
        <w:rPr>
          <w:lang w:val="fr-FR"/>
        </w:rPr>
        <w:t xml:space="preserve"> </w:t>
      </w:r>
      <w:proofErr w:type="spellStart"/>
      <w:r w:rsidRPr="00846012">
        <w:rPr>
          <w:lang w:val="fr-FR"/>
        </w:rPr>
        <w:t>furnizate</w:t>
      </w:r>
      <w:proofErr w:type="spellEnd"/>
      <w:r w:rsidRPr="00846012">
        <w:rPr>
          <w:lang w:val="fr-FR"/>
        </w:rPr>
        <w:t xml:space="preserve"> de </w:t>
      </w:r>
      <w:proofErr w:type="spellStart"/>
      <w:r w:rsidRPr="00846012">
        <w:rPr>
          <w:lang w:val="fr-FR"/>
        </w:rPr>
        <w:t>asigurătorii</w:t>
      </w:r>
      <w:proofErr w:type="spellEnd"/>
      <w:r w:rsidRPr="00846012">
        <w:rPr>
          <w:lang w:val="fr-FR"/>
        </w:rPr>
        <w:t xml:space="preserve"> </w:t>
      </w:r>
      <w:proofErr w:type="spellStart"/>
      <w:r w:rsidRPr="00846012">
        <w:rPr>
          <w:lang w:val="fr-FR"/>
        </w:rPr>
        <w:t>parteneri</w:t>
      </w:r>
      <w:proofErr w:type="spellEnd"/>
      <w:r w:rsidRPr="00846012">
        <w:rPr>
          <w:lang w:val="fr-FR"/>
        </w:rPr>
        <w:t>.</w:t>
      </w:r>
    </w:p>
    <w:p w14:paraId="3C53543F" w14:textId="77777777" w:rsidR="003260D0" w:rsidRDefault="00916C8E">
      <w:pPr>
        <w:spacing w:after="120"/>
        <w:jc w:val="both"/>
      </w:pPr>
      <w:proofErr w:type="spellStart"/>
      <w:r>
        <w:t>Utilizatorul</w:t>
      </w:r>
      <w:proofErr w:type="spellEnd"/>
      <w:r>
        <w:t xml:space="preserve"> </w:t>
      </w:r>
      <w:proofErr w:type="spellStart"/>
      <w:r>
        <w:t>ia</w:t>
      </w:r>
      <w:proofErr w:type="spellEnd"/>
      <w:r>
        <w:t xml:space="preserve"> act de faptul că:</w:t>
      </w:r>
    </w:p>
    <w:p w14:paraId="63D3C6C8" w14:textId="77777777" w:rsidR="003260D0" w:rsidRDefault="00916C8E">
      <w:pPr>
        <w:pStyle w:val="ListBullet"/>
        <w:spacing w:after="60"/>
        <w:jc w:val="both"/>
      </w:pPr>
      <w:r>
        <w:t>toate informațiile prezentate despre ofertele asigurătorilor parteneri sunt furnizate de către aceștia prin servicii web (webservice) sau sunt preluate din documente publice;</w:t>
      </w:r>
    </w:p>
    <w:p w14:paraId="4E7DD4F3" w14:textId="77777777" w:rsidR="003260D0" w:rsidRPr="00846012" w:rsidRDefault="00916C8E">
      <w:pPr>
        <w:pStyle w:val="ListBullet"/>
        <w:spacing w:after="60"/>
        <w:jc w:val="both"/>
        <w:rPr>
          <w:lang w:val="fr-FR"/>
        </w:rPr>
      </w:pPr>
      <w:proofErr w:type="spellStart"/>
      <w:proofErr w:type="gramStart"/>
      <w:r w:rsidRPr="00846012">
        <w:rPr>
          <w:lang w:val="fr-FR"/>
        </w:rPr>
        <w:t>niciunul</w:t>
      </w:r>
      <w:proofErr w:type="spellEnd"/>
      <w:proofErr w:type="gramEnd"/>
      <w:r w:rsidRPr="00846012">
        <w:rPr>
          <w:lang w:val="fr-FR"/>
        </w:rPr>
        <w:t xml:space="preserve"> </w:t>
      </w:r>
      <w:proofErr w:type="spellStart"/>
      <w:r w:rsidRPr="00846012">
        <w:rPr>
          <w:lang w:val="fr-FR"/>
        </w:rPr>
        <w:t>dintre</w:t>
      </w:r>
      <w:proofErr w:type="spellEnd"/>
      <w:r w:rsidRPr="00846012">
        <w:rPr>
          <w:lang w:val="fr-FR"/>
        </w:rPr>
        <w:t xml:space="preserve"> </w:t>
      </w:r>
      <w:proofErr w:type="spellStart"/>
      <w:r w:rsidRPr="00846012">
        <w:rPr>
          <w:lang w:val="fr-FR"/>
        </w:rPr>
        <w:t>materialele</w:t>
      </w:r>
      <w:proofErr w:type="spellEnd"/>
      <w:r w:rsidRPr="00846012">
        <w:rPr>
          <w:lang w:val="fr-FR"/>
        </w:rPr>
        <w:t xml:space="preserve"> </w:t>
      </w:r>
      <w:proofErr w:type="spellStart"/>
      <w:r w:rsidRPr="00846012">
        <w:rPr>
          <w:lang w:val="fr-FR"/>
        </w:rPr>
        <w:t>prezentate</w:t>
      </w:r>
      <w:proofErr w:type="spellEnd"/>
      <w:r w:rsidRPr="00846012">
        <w:rPr>
          <w:lang w:val="fr-FR"/>
        </w:rPr>
        <w:t xml:space="preserve"> </w:t>
      </w:r>
      <w:proofErr w:type="spellStart"/>
      <w:r w:rsidRPr="00846012">
        <w:rPr>
          <w:lang w:val="fr-FR"/>
        </w:rPr>
        <w:t>pe</w:t>
      </w:r>
      <w:proofErr w:type="spellEnd"/>
      <w:r w:rsidRPr="00846012">
        <w:rPr>
          <w:lang w:val="fr-FR"/>
        </w:rPr>
        <w:t xml:space="preserve"> site nu </w:t>
      </w:r>
      <w:proofErr w:type="spellStart"/>
      <w:r w:rsidRPr="00846012">
        <w:rPr>
          <w:lang w:val="fr-FR"/>
        </w:rPr>
        <w:t>constituie</w:t>
      </w:r>
      <w:proofErr w:type="spellEnd"/>
      <w:r w:rsidRPr="00846012">
        <w:rPr>
          <w:lang w:val="fr-FR"/>
        </w:rPr>
        <w:t xml:space="preserve"> o </w:t>
      </w:r>
      <w:proofErr w:type="spellStart"/>
      <w:r w:rsidRPr="00846012">
        <w:rPr>
          <w:lang w:val="fr-FR"/>
        </w:rPr>
        <w:t>ofertă</w:t>
      </w:r>
      <w:proofErr w:type="spellEnd"/>
      <w:r w:rsidRPr="00846012">
        <w:rPr>
          <w:lang w:val="fr-FR"/>
        </w:rPr>
        <w:t xml:space="preserve"> </w:t>
      </w:r>
      <w:proofErr w:type="spellStart"/>
      <w:r w:rsidRPr="00846012">
        <w:rPr>
          <w:lang w:val="fr-FR"/>
        </w:rPr>
        <w:t>fermă</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cerere</w:t>
      </w:r>
      <w:proofErr w:type="spellEnd"/>
      <w:r w:rsidRPr="00846012">
        <w:rPr>
          <w:lang w:val="fr-FR"/>
        </w:rPr>
        <w:t xml:space="preserve"> de </w:t>
      </w:r>
      <w:proofErr w:type="spellStart"/>
      <w:proofErr w:type="gramStart"/>
      <w:r w:rsidRPr="00846012">
        <w:rPr>
          <w:lang w:val="fr-FR"/>
        </w:rPr>
        <w:t>cumpărare</w:t>
      </w:r>
      <w:proofErr w:type="spellEnd"/>
      <w:r w:rsidRPr="00846012">
        <w:rPr>
          <w:lang w:val="fr-FR"/>
        </w:rPr>
        <w:t>;</w:t>
      </w:r>
      <w:proofErr w:type="gramEnd"/>
      <w:r w:rsidRPr="00846012">
        <w:rPr>
          <w:lang w:val="fr-FR"/>
        </w:rPr>
        <w:t xml:space="preserve"> </w:t>
      </w:r>
      <w:proofErr w:type="spellStart"/>
      <w:r w:rsidRPr="00846012">
        <w:rPr>
          <w:lang w:val="fr-FR"/>
        </w:rPr>
        <w:t>calculele</w:t>
      </w:r>
      <w:proofErr w:type="spellEnd"/>
      <w:r w:rsidRPr="00846012">
        <w:rPr>
          <w:lang w:val="fr-FR"/>
        </w:rPr>
        <w:t xml:space="preserve"> </w:t>
      </w:r>
      <w:proofErr w:type="spellStart"/>
      <w:r w:rsidRPr="00846012">
        <w:rPr>
          <w:lang w:val="fr-FR"/>
        </w:rPr>
        <w:t>afișate</w:t>
      </w:r>
      <w:proofErr w:type="spellEnd"/>
      <w:r w:rsidRPr="00846012">
        <w:rPr>
          <w:lang w:val="fr-FR"/>
        </w:rPr>
        <w:t xml:space="preserve"> au </w:t>
      </w:r>
      <w:proofErr w:type="spellStart"/>
      <w:r w:rsidRPr="00846012">
        <w:rPr>
          <w:lang w:val="fr-FR"/>
        </w:rPr>
        <w:t>caracter</w:t>
      </w:r>
      <w:proofErr w:type="spellEnd"/>
      <w:r w:rsidRPr="00846012">
        <w:rPr>
          <w:lang w:val="fr-FR"/>
        </w:rPr>
        <w:t xml:space="preserve"> </w:t>
      </w:r>
      <w:proofErr w:type="spellStart"/>
      <w:r w:rsidRPr="00846012">
        <w:rPr>
          <w:lang w:val="fr-FR"/>
        </w:rPr>
        <w:t>orientativ</w:t>
      </w:r>
      <w:proofErr w:type="spellEnd"/>
      <w:r w:rsidRPr="00846012">
        <w:rPr>
          <w:lang w:val="fr-FR"/>
        </w:rPr>
        <w:t xml:space="preserve"> </w:t>
      </w:r>
      <w:proofErr w:type="spellStart"/>
      <w:r w:rsidRPr="00846012">
        <w:rPr>
          <w:lang w:val="fr-FR"/>
        </w:rPr>
        <w:t>și</w:t>
      </w:r>
      <w:proofErr w:type="spellEnd"/>
      <w:r w:rsidRPr="00846012">
        <w:rPr>
          <w:lang w:val="fr-FR"/>
        </w:rPr>
        <w:t xml:space="preserve"> pot </w:t>
      </w:r>
      <w:proofErr w:type="spellStart"/>
      <w:r w:rsidRPr="00846012">
        <w:rPr>
          <w:lang w:val="fr-FR"/>
        </w:rPr>
        <w:t>suferi</w:t>
      </w:r>
      <w:proofErr w:type="spellEnd"/>
      <w:r w:rsidRPr="00846012">
        <w:rPr>
          <w:lang w:val="fr-FR"/>
        </w:rPr>
        <w:t xml:space="preserve"> </w:t>
      </w:r>
      <w:proofErr w:type="spellStart"/>
      <w:r w:rsidRPr="00846012">
        <w:rPr>
          <w:lang w:val="fr-FR"/>
        </w:rPr>
        <w:t>modificări</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funcție</w:t>
      </w:r>
      <w:proofErr w:type="spellEnd"/>
      <w:r w:rsidRPr="00846012">
        <w:rPr>
          <w:lang w:val="fr-FR"/>
        </w:rPr>
        <w:t xml:space="preserve"> de </w:t>
      </w:r>
      <w:proofErr w:type="spellStart"/>
      <w:r w:rsidRPr="00846012">
        <w:rPr>
          <w:lang w:val="fr-FR"/>
        </w:rPr>
        <w:t>verificările</w:t>
      </w:r>
      <w:proofErr w:type="spellEnd"/>
      <w:r w:rsidRPr="00846012">
        <w:rPr>
          <w:lang w:val="fr-FR"/>
        </w:rPr>
        <w:t xml:space="preserve"> </w:t>
      </w:r>
      <w:proofErr w:type="spellStart"/>
      <w:r w:rsidRPr="00846012">
        <w:rPr>
          <w:lang w:val="fr-FR"/>
        </w:rPr>
        <w:t>suplimentare</w:t>
      </w:r>
      <w:proofErr w:type="spellEnd"/>
      <w:r w:rsidRPr="00846012">
        <w:rPr>
          <w:lang w:val="fr-FR"/>
        </w:rPr>
        <w:t xml:space="preserve"> </w:t>
      </w:r>
      <w:proofErr w:type="spellStart"/>
      <w:r w:rsidRPr="00846012">
        <w:rPr>
          <w:lang w:val="fr-FR"/>
        </w:rPr>
        <w:t>efectuate</w:t>
      </w:r>
      <w:proofErr w:type="spellEnd"/>
      <w:r w:rsidRPr="00846012">
        <w:rPr>
          <w:lang w:val="fr-FR"/>
        </w:rPr>
        <w:t xml:space="preserve"> de </w:t>
      </w:r>
      <w:proofErr w:type="spellStart"/>
      <w:proofErr w:type="gramStart"/>
      <w:r w:rsidRPr="00846012">
        <w:rPr>
          <w:lang w:val="fr-FR"/>
        </w:rPr>
        <w:t>asigurător</w:t>
      </w:r>
      <w:proofErr w:type="spellEnd"/>
      <w:r w:rsidRPr="00846012">
        <w:rPr>
          <w:lang w:val="fr-FR"/>
        </w:rPr>
        <w:t>;</w:t>
      </w:r>
      <w:proofErr w:type="gramEnd"/>
    </w:p>
    <w:p w14:paraId="4C5F5681" w14:textId="77777777" w:rsidR="003260D0" w:rsidRPr="00846012" w:rsidRDefault="00916C8E">
      <w:pPr>
        <w:pStyle w:val="ListBullet"/>
        <w:spacing w:after="60"/>
        <w:jc w:val="both"/>
        <w:rPr>
          <w:lang w:val="fr-FR"/>
        </w:rPr>
      </w:pPr>
      <w:proofErr w:type="spellStart"/>
      <w:proofErr w:type="gramStart"/>
      <w:r w:rsidRPr="00846012">
        <w:rPr>
          <w:lang w:val="fr-FR"/>
        </w:rPr>
        <w:t>materialele</w:t>
      </w:r>
      <w:proofErr w:type="spellEnd"/>
      <w:proofErr w:type="gramEnd"/>
      <w:r w:rsidRPr="00846012">
        <w:rPr>
          <w:lang w:val="fr-FR"/>
        </w:rPr>
        <w:t xml:space="preserve"> de </w:t>
      </w:r>
      <w:proofErr w:type="spellStart"/>
      <w:r w:rsidRPr="00846012">
        <w:rPr>
          <w:lang w:val="fr-FR"/>
        </w:rPr>
        <w:t>pe</w:t>
      </w:r>
      <w:proofErr w:type="spellEnd"/>
      <w:r w:rsidRPr="00846012">
        <w:rPr>
          <w:lang w:val="fr-FR"/>
        </w:rPr>
        <w:t xml:space="preserve"> site pot fi </w:t>
      </w:r>
      <w:proofErr w:type="spellStart"/>
      <w:r w:rsidRPr="00846012">
        <w:rPr>
          <w:lang w:val="fr-FR"/>
        </w:rPr>
        <w:t>modificate</w:t>
      </w:r>
      <w:proofErr w:type="spellEnd"/>
      <w:r w:rsidRPr="00846012">
        <w:rPr>
          <w:lang w:val="fr-FR"/>
        </w:rPr>
        <w:t xml:space="preserve"> </w:t>
      </w:r>
      <w:proofErr w:type="spellStart"/>
      <w:r w:rsidRPr="00846012">
        <w:rPr>
          <w:lang w:val="fr-FR"/>
        </w:rPr>
        <w:t>fără</w:t>
      </w:r>
      <w:proofErr w:type="spellEnd"/>
      <w:r w:rsidRPr="00846012">
        <w:rPr>
          <w:lang w:val="fr-FR"/>
        </w:rPr>
        <w:t xml:space="preserve"> </w:t>
      </w:r>
      <w:proofErr w:type="spellStart"/>
      <w:r w:rsidRPr="00846012">
        <w:rPr>
          <w:lang w:val="fr-FR"/>
        </w:rPr>
        <w:t>avertizare</w:t>
      </w:r>
      <w:proofErr w:type="spellEnd"/>
      <w:r w:rsidRPr="00846012">
        <w:rPr>
          <w:lang w:val="fr-FR"/>
        </w:rPr>
        <w:t xml:space="preserve"> </w:t>
      </w:r>
      <w:proofErr w:type="spellStart"/>
      <w:r w:rsidRPr="00846012">
        <w:rPr>
          <w:lang w:val="fr-FR"/>
        </w:rPr>
        <w:t>prealabilă</w:t>
      </w:r>
      <w:proofErr w:type="spellEnd"/>
      <w:r w:rsidRPr="00846012">
        <w:rPr>
          <w:lang w:val="fr-FR"/>
        </w:rPr>
        <w:t xml:space="preserve">, </w:t>
      </w:r>
      <w:proofErr w:type="gramStart"/>
      <w:r w:rsidRPr="00846012">
        <w:rPr>
          <w:lang w:val="fr-FR"/>
        </w:rPr>
        <w:t>ca</w:t>
      </w:r>
      <w:proofErr w:type="gramEnd"/>
      <w:r w:rsidRPr="00846012">
        <w:rPr>
          <w:lang w:val="fr-FR"/>
        </w:rPr>
        <w:t xml:space="preserve"> </w:t>
      </w:r>
      <w:proofErr w:type="spellStart"/>
      <w:r w:rsidRPr="00846012">
        <w:rPr>
          <w:lang w:val="fr-FR"/>
        </w:rPr>
        <w:t>urmare</w:t>
      </w:r>
      <w:proofErr w:type="spellEnd"/>
      <w:r w:rsidRPr="00846012">
        <w:rPr>
          <w:lang w:val="fr-FR"/>
        </w:rPr>
        <w:t xml:space="preserve"> a </w:t>
      </w:r>
      <w:proofErr w:type="spellStart"/>
      <w:r w:rsidRPr="00846012">
        <w:rPr>
          <w:lang w:val="fr-FR"/>
        </w:rPr>
        <w:t>actualizărilor</w:t>
      </w:r>
      <w:proofErr w:type="spellEnd"/>
      <w:r w:rsidRPr="00846012">
        <w:rPr>
          <w:lang w:val="fr-FR"/>
        </w:rPr>
        <w:t xml:space="preserve"> </w:t>
      </w:r>
      <w:proofErr w:type="spellStart"/>
      <w:r w:rsidRPr="00846012">
        <w:rPr>
          <w:lang w:val="fr-FR"/>
        </w:rPr>
        <w:t>primite</w:t>
      </w:r>
      <w:proofErr w:type="spellEnd"/>
      <w:r w:rsidRPr="00846012">
        <w:rPr>
          <w:lang w:val="fr-FR"/>
        </w:rPr>
        <w:t xml:space="preserve"> de la </w:t>
      </w:r>
      <w:proofErr w:type="spellStart"/>
      <w:r w:rsidRPr="00846012">
        <w:rPr>
          <w:lang w:val="fr-FR"/>
        </w:rPr>
        <w:t>asigurătorii</w:t>
      </w:r>
      <w:proofErr w:type="spellEnd"/>
      <w:r w:rsidRPr="00846012">
        <w:rPr>
          <w:lang w:val="fr-FR"/>
        </w:rPr>
        <w:t xml:space="preserve"> </w:t>
      </w:r>
      <w:proofErr w:type="spellStart"/>
      <w:r w:rsidRPr="00846012">
        <w:rPr>
          <w:lang w:val="fr-FR"/>
        </w:rPr>
        <w:t>parteneri</w:t>
      </w:r>
      <w:proofErr w:type="spellEnd"/>
      <w:r w:rsidRPr="00846012">
        <w:rPr>
          <w:lang w:val="fr-FR"/>
        </w:rPr>
        <w:t>.</w:t>
      </w:r>
    </w:p>
    <w:p w14:paraId="00865FBE" w14:textId="77777777" w:rsidR="003260D0" w:rsidRPr="00846012" w:rsidRDefault="00916C8E">
      <w:pPr>
        <w:pStyle w:val="Heading2"/>
        <w:rPr>
          <w:lang w:val="fr-FR"/>
        </w:rPr>
      </w:pPr>
      <w:r w:rsidRPr="00846012">
        <w:rPr>
          <w:rFonts w:ascii="Arial" w:hAnsi="Arial"/>
          <w:lang w:val="fr-FR"/>
        </w:rPr>
        <w:t xml:space="preserve">16. </w:t>
      </w:r>
      <w:proofErr w:type="spellStart"/>
      <w:r w:rsidRPr="00846012">
        <w:rPr>
          <w:rFonts w:ascii="Arial" w:hAnsi="Arial"/>
          <w:lang w:val="fr-FR"/>
        </w:rPr>
        <w:t>Reclamații</w:t>
      </w:r>
      <w:proofErr w:type="spellEnd"/>
      <w:r w:rsidRPr="00846012">
        <w:rPr>
          <w:rFonts w:ascii="Arial" w:hAnsi="Arial"/>
          <w:lang w:val="fr-FR"/>
        </w:rPr>
        <w:t xml:space="preserve"> </w:t>
      </w:r>
      <w:proofErr w:type="spellStart"/>
      <w:r w:rsidRPr="00846012">
        <w:rPr>
          <w:rFonts w:ascii="Arial" w:hAnsi="Arial"/>
          <w:lang w:val="fr-FR"/>
        </w:rPr>
        <w:t>și</w:t>
      </w:r>
      <w:proofErr w:type="spellEnd"/>
      <w:r w:rsidRPr="00846012">
        <w:rPr>
          <w:rFonts w:ascii="Arial" w:hAnsi="Arial"/>
          <w:lang w:val="fr-FR"/>
        </w:rPr>
        <w:t xml:space="preserve"> </w:t>
      </w:r>
      <w:proofErr w:type="spellStart"/>
      <w:r w:rsidRPr="00846012">
        <w:rPr>
          <w:rFonts w:ascii="Arial" w:hAnsi="Arial"/>
          <w:lang w:val="fr-FR"/>
        </w:rPr>
        <w:t>petiții</w:t>
      </w:r>
      <w:proofErr w:type="spellEnd"/>
    </w:p>
    <w:p w14:paraId="3E13BD70" w14:textId="77777777" w:rsidR="003260D0" w:rsidRPr="00846012" w:rsidRDefault="00916C8E">
      <w:pPr>
        <w:pStyle w:val="Heading3"/>
        <w:rPr>
          <w:lang w:val="fr-FR"/>
        </w:rPr>
      </w:pPr>
      <w:r w:rsidRPr="00846012">
        <w:rPr>
          <w:rFonts w:ascii="Arial" w:hAnsi="Arial"/>
          <w:lang w:val="fr-FR"/>
        </w:rPr>
        <w:t xml:space="preserve">16.1. </w:t>
      </w:r>
      <w:proofErr w:type="spellStart"/>
      <w:r w:rsidRPr="00846012">
        <w:rPr>
          <w:rFonts w:ascii="Arial" w:hAnsi="Arial"/>
          <w:lang w:val="fr-FR"/>
        </w:rPr>
        <w:t>Reclamațiile</w:t>
      </w:r>
      <w:proofErr w:type="spellEnd"/>
      <w:r w:rsidRPr="00846012">
        <w:rPr>
          <w:rFonts w:ascii="Arial" w:hAnsi="Arial"/>
          <w:lang w:val="fr-FR"/>
        </w:rPr>
        <w:t xml:space="preserve"> </w:t>
      </w:r>
      <w:proofErr w:type="spellStart"/>
      <w:r w:rsidRPr="00846012">
        <w:rPr>
          <w:rFonts w:ascii="Arial" w:hAnsi="Arial"/>
          <w:lang w:val="fr-FR"/>
        </w:rPr>
        <w:t>către</w:t>
      </w:r>
      <w:proofErr w:type="spellEnd"/>
      <w:r w:rsidRPr="00846012">
        <w:rPr>
          <w:rFonts w:ascii="Arial" w:hAnsi="Arial"/>
          <w:lang w:val="fr-FR"/>
        </w:rPr>
        <w:t xml:space="preserve"> Broker</w:t>
      </w:r>
    </w:p>
    <w:p w14:paraId="16573B1F" w14:textId="77777777" w:rsidR="003260D0" w:rsidRPr="00846012" w:rsidRDefault="00916C8E">
      <w:pPr>
        <w:spacing w:after="120"/>
        <w:jc w:val="both"/>
        <w:rPr>
          <w:lang w:val="fr-FR"/>
        </w:rPr>
      </w:pPr>
      <w:r w:rsidRPr="00846012">
        <w:rPr>
          <w:lang w:val="fr-FR"/>
        </w:rPr>
        <w:t xml:space="preserve">Orice </w:t>
      </w:r>
      <w:proofErr w:type="spellStart"/>
      <w:r w:rsidRPr="00846012">
        <w:rPr>
          <w:lang w:val="fr-FR"/>
        </w:rPr>
        <w:t>reclamație</w:t>
      </w:r>
      <w:proofErr w:type="spellEnd"/>
      <w:r w:rsidRPr="00846012">
        <w:rPr>
          <w:lang w:val="fr-FR"/>
        </w:rPr>
        <w:t xml:space="preserve"> </w:t>
      </w:r>
      <w:proofErr w:type="spellStart"/>
      <w:r w:rsidRPr="00846012">
        <w:rPr>
          <w:lang w:val="fr-FR"/>
        </w:rPr>
        <w:t>sau</w:t>
      </w:r>
      <w:proofErr w:type="spellEnd"/>
      <w:r w:rsidRPr="00846012">
        <w:rPr>
          <w:lang w:val="fr-FR"/>
        </w:rPr>
        <w:t xml:space="preserve"> </w:t>
      </w:r>
      <w:proofErr w:type="spellStart"/>
      <w:r w:rsidRPr="00846012">
        <w:rPr>
          <w:lang w:val="fr-FR"/>
        </w:rPr>
        <w:t>petiție</w:t>
      </w:r>
      <w:proofErr w:type="spellEnd"/>
      <w:r w:rsidRPr="00846012">
        <w:rPr>
          <w:lang w:val="fr-FR"/>
        </w:rPr>
        <w:t xml:space="preserve"> </w:t>
      </w:r>
      <w:proofErr w:type="spellStart"/>
      <w:r w:rsidRPr="00846012">
        <w:rPr>
          <w:lang w:val="fr-FR"/>
        </w:rPr>
        <w:t>privind</w:t>
      </w:r>
      <w:proofErr w:type="spellEnd"/>
      <w:r w:rsidRPr="00846012">
        <w:rPr>
          <w:lang w:val="fr-FR"/>
        </w:rPr>
        <w:t xml:space="preserve"> </w:t>
      </w:r>
      <w:proofErr w:type="spellStart"/>
      <w:r w:rsidRPr="00846012">
        <w:rPr>
          <w:lang w:val="fr-FR"/>
        </w:rPr>
        <w:t>activitatea</w:t>
      </w:r>
      <w:proofErr w:type="spellEnd"/>
      <w:r w:rsidRPr="00846012">
        <w:rPr>
          <w:lang w:val="fr-FR"/>
        </w:rPr>
        <w:t xml:space="preserve"> de </w:t>
      </w:r>
      <w:proofErr w:type="spellStart"/>
      <w:r w:rsidRPr="00846012">
        <w:rPr>
          <w:lang w:val="fr-FR"/>
        </w:rPr>
        <w:t>distribuție</w:t>
      </w:r>
      <w:proofErr w:type="spellEnd"/>
      <w:r w:rsidRPr="00846012">
        <w:rPr>
          <w:lang w:val="fr-FR"/>
        </w:rPr>
        <w:t xml:space="preserve"> </w:t>
      </w:r>
      <w:proofErr w:type="spellStart"/>
      <w:r w:rsidRPr="00846012">
        <w:rPr>
          <w:lang w:val="fr-FR"/>
        </w:rPr>
        <w:t>desfășurată</w:t>
      </w:r>
      <w:proofErr w:type="spellEnd"/>
      <w:r w:rsidRPr="00846012">
        <w:rPr>
          <w:lang w:val="fr-FR"/>
        </w:rPr>
        <w:t xml:space="preserve"> de WINNERS GROUP COMPANIE DE BROKERAJ S.R.L. </w:t>
      </w:r>
      <w:proofErr w:type="spellStart"/>
      <w:r w:rsidRPr="00846012">
        <w:rPr>
          <w:lang w:val="fr-FR"/>
        </w:rPr>
        <w:t>poate</w:t>
      </w:r>
      <w:proofErr w:type="spellEnd"/>
      <w:r w:rsidRPr="00846012">
        <w:rPr>
          <w:lang w:val="fr-FR"/>
        </w:rPr>
        <w:t xml:space="preserve"> fi </w:t>
      </w:r>
      <w:proofErr w:type="spellStart"/>
      <w:proofErr w:type="gramStart"/>
      <w:r w:rsidRPr="00846012">
        <w:rPr>
          <w:lang w:val="fr-FR"/>
        </w:rPr>
        <w:t>transmisă</w:t>
      </w:r>
      <w:proofErr w:type="spellEnd"/>
      <w:r w:rsidRPr="00846012">
        <w:rPr>
          <w:lang w:val="fr-FR"/>
        </w:rPr>
        <w:t>:</w:t>
      </w:r>
      <w:proofErr w:type="gramEnd"/>
    </w:p>
    <w:p w14:paraId="2B83D381" w14:textId="77777777" w:rsidR="003260D0" w:rsidRPr="00846012" w:rsidRDefault="00916C8E">
      <w:pPr>
        <w:pStyle w:val="ListBullet"/>
        <w:spacing w:after="60"/>
        <w:jc w:val="both"/>
        <w:rPr>
          <w:lang w:val="fr-FR"/>
        </w:rPr>
      </w:pPr>
      <w:proofErr w:type="gramStart"/>
      <w:r w:rsidRPr="00846012">
        <w:rPr>
          <w:lang w:val="fr-FR"/>
        </w:rPr>
        <w:t>prin</w:t>
      </w:r>
      <w:proofErr w:type="gramEnd"/>
      <w:r w:rsidRPr="00846012">
        <w:rPr>
          <w:lang w:val="fr-FR"/>
        </w:rPr>
        <w:t xml:space="preserve"> </w:t>
      </w:r>
      <w:proofErr w:type="gramStart"/>
      <w:r w:rsidRPr="00846012">
        <w:rPr>
          <w:lang w:val="fr-FR"/>
        </w:rPr>
        <w:t>email</w:t>
      </w:r>
      <w:proofErr w:type="gramEnd"/>
      <w:r w:rsidRPr="00846012">
        <w:rPr>
          <w:lang w:val="fr-FR"/>
        </w:rPr>
        <w:t xml:space="preserve">, la </w:t>
      </w:r>
      <w:proofErr w:type="spellStart"/>
      <w:proofErr w:type="gramStart"/>
      <w:r w:rsidRPr="00846012">
        <w:rPr>
          <w:lang w:val="fr-FR"/>
        </w:rPr>
        <w:t>adresa</w:t>
      </w:r>
      <w:proofErr w:type="spellEnd"/>
      <w:r w:rsidRPr="00846012">
        <w:rPr>
          <w:lang w:val="fr-FR"/>
        </w:rPr>
        <w:t>:</w:t>
      </w:r>
      <w:proofErr w:type="gramEnd"/>
      <w:r w:rsidRPr="00846012">
        <w:rPr>
          <w:lang w:val="fr-FR"/>
        </w:rPr>
        <w:t xml:space="preserve"> </w:t>
      </w:r>
      <w:proofErr w:type="gramStart"/>
      <w:r w:rsidRPr="00846012">
        <w:rPr>
          <w:b/>
          <w:lang w:val="fr-FR"/>
        </w:rPr>
        <w:t>office@winnersgroup.ro</w:t>
      </w:r>
      <w:r w:rsidRPr="00846012">
        <w:rPr>
          <w:lang w:val="fr-FR"/>
        </w:rPr>
        <w:t>;</w:t>
      </w:r>
      <w:proofErr w:type="gramEnd"/>
    </w:p>
    <w:p w14:paraId="7B55BB06" w14:textId="77777777" w:rsidR="003260D0" w:rsidRDefault="00916C8E">
      <w:pPr>
        <w:pStyle w:val="ListBullet"/>
        <w:spacing w:after="60"/>
        <w:jc w:val="both"/>
      </w:pPr>
      <w:proofErr w:type="gramStart"/>
      <w:r w:rsidRPr="00846012">
        <w:rPr>
          <w:lang w:val="fr-FR"/>
        </w:rPr>
        <w:t>prin</w:t>
      </w:r>
      <w:proofErr w:type="gramEnd"/>
      <w:r w:rsidRPr="00846012">
        <w:rPr>
          <w:lang w:val="fr-FR"/>
        </w:rPr>
        <w:t xml:space="preserve"> </w:t>
      </w:r>
      <w:proofErr w:type="spellStart"/>
      <w:r w:rsidRPr="00846012">
        <w:rPr>
          <w:lang w:val="fr-FR"/>
        </w:rPr>
        <w:t>poștă</w:t>
      </w:r>
      <w:proofErr w:type="spellEnd"/>
      <w:r w:rsidRPr="00846012">
        <w:rPr>
          <w:lang w:val="fr-FR"/>
        </w:rPr>
        <w:t xml:space="preserve">, la </w:t>
      </w:r>
      <w:proofErr w:type="spellStart"/>
      <w:r w:rsidRPr="00846012">
        <w:rPr>
          <w:lang w:val="fr-FR"/>
        </w:rPr>
        <w:t>sediul</w:t>
      </w:r>
      <w:proofErr w:type="spellEnd"/>
      <w:r w:rsidRPr="00846012">
        <w:rPr>
          <w:lang w:val="fr-FR"/>
        </w:rPr>
        <w:t xml:space="preserve"> </w:t>
      </w:r>
      <w:proofErr w:type="gramStart"/>
      <w:r w:rsidRPr="00846012">
        <w:rPr>
          <w:lang w:val="fr-FR"/>
        </w:rPr>
        <w:t>social:</w:t>
      </w:r>
      <w:proofErr w:type="gramEnd"/>
      <w:r w:rsidRPr="00846012">
        <w:rPr>
          <w:lang w:val="fr-FR"/>
        </w:rPr>
        <w:t xml:space="preserve"> </w:t>
      </w:r>
      <w:proofErr w:type="spellStart"/>
      <w:r w:rsidRPr="00846012">
        <w:rPr>
          <w:lang w:val="fr-FR"/>
        </w:rPr>
        <w:t>Str</w:t>
      </w:r>
      <w:proofErr w:type="spellEnd"/>
      <w:r w:rsidRPr="00846012">
        <w:rPr>
          <w:lang w:val="fr-FR"/>
        </w:rPr>
        <w:t xml:space="preserve">. </w:t>
      </w:r>
      <w:r>
        <w:t>Dr. Iacob Felix nr. 57, et. 4, Sector 1, București.</w:t>
      </w:r>
    </w:p>
    <w:p w14:paraId="22F4DA1B" w14:textId="77777777" w:rsidR="003260D0" w:rsidRDefault="00916C8E">
      <w:pPr>
        <w:spacing w:after="120"/>
        <w:jc w:val="both"/>
      </w:pPr>
      <w:r>
        <w:t>Reclamația trebuie să conțină cel puțin: numele și prenumele petentului, datele de contact (adresă de email, adresă poștală), o descriere a situației reclamate și, dacă este cazul, documentele doveditoare.</w:t>
      </w:r>
    </w:p>
    <w:p w14:paraId="265FFA47" w14:textId="77777777" w:rsidR="003260D0" w:rsidRPr="00846012" w:rsidRDefault="00916C8E">
      <w:pPr>
        <w:spacing w:after="120"/>
        <w:jc w:val="both"/>
        <w:rPr>
          <w:lang w:val="fr-FR"/>
        </w:rPr>
      </w:pPr>
      <w:proofErr w:type="spellStart"/>
      <w:r w:rsidRPr="00846012">
        <w:rPr>
          <w:b/>
          <w:lang w:val="fr-FR"/>
        </w:rPr>
        <w:t>Termenul</w:t>
      </w:r>
      <w:proofErr w:type="spellEnd"/>
      <w:r w:rsidRPr="00846012">
        <w:rPr>
          <w:b/>
          <w:lang w:val="fr-FR"/>
        </w:rPr>
        <w:t xml:space="preserve"> </w:t>
      </w:r>
      <w:proofErr w:type="spellStart"/>
      <w:r w:rsidRPr="00846012">
        <w:rPr>
          <w:b/>
          <w:lang w:val="fr-FR"/>
        </w:rPr>
        <w:t>maxim</w:t>
      </w:r>
      <w:proofErr w:type="spellEnd"/>
      <w:r w:rsidRPr="00846012">
        <w:rPr>
          <w:b/>
          <w:lang w:val="fr-FR"/>
        </w:rPr>
        <w:t xml:space="preserve"> de </w:t>
      </w:r>
      <w:proofErr w:type="spellStart"/>
      <w:r w:rsidRPr="00846012">
        <w:rPr>
          <w:b/>
          <w:lang w:val="fr-FR"/>
        </w:rPr>
        <w:t>soluționare</w:t>
      </w:r>
      <w:proofErr w:type="spellEnd"/>
      <w:r w:rsidRPr="00846012">
        <w:rPr>
          <w:b/>
          <w:lang w:val="fr-FR"/>
        </w:rPr>
        <w:t xml:space="preserve"> a </w:t>
      </w:r>
      <w:proofErr w:type="spellStart"/>
      <w:r w:rsidRPr="00846012">
        <w:rPr>
          <w:b/>
          <w:lang w:val="fr-FR"/>
        </w:rPr>
        <w:t>reclamațiilor</w:t>
      </w:r>
      <w:proofErr w:type="spellEnd"/>
      <w:r w:rsidRPr="00846012">
        <w:rPr>
          <w:b/>
          <w:lang w:val="fr-FR"/>
        </w:rPr>
        <w:t xml:space="preserve"> </w:t>
      </w:r>
      <w:proofErr w:type="spellStart"/>
      <w:r w:rsidRPr="00846012">
        <w:rPr>
          <w:b/>
          <w:lang w:val="fr-FR"/>
        </w:rPr>
        <w:t>este</w:t>
      </w:r>
      <w:proofErr w:type="spellEnd"/>
      <w:r w:rsidRPr="00846012">
        <w:rPr>
          <w:b/>
          <w:lang w:val="fr-FR"/>
        </w:rPr>
        <w:t xml:space="preserve"> de 30 de </w:t>
      </w:r>
      <w:proofErr w:type="spellStart"/>
      <w:r w:rsidRPr="00846012">
        <w:rPr>
          <w:b/>
          <w:lang w:val="fr-FR"/>
        </w:rPr>
        <w:t>zile</w:t>
      </w:r>
      <w:proofErr w:type="spellEnd"/>
      <w:r w:rsidRPr="00846012">
        <w:rPr>
          <w:b/>
          <w:lang w:val="fr-FR"/>
        </w:rPr>
        <w:t xml:space="preserve"> </w:t>
      </w:r>
      <w:proofErr w:type="spellStart"/>
      <w:r w:rsidRPr="00846012">
        <w:rPr>
          <w:b/>
          <w:lang w:val="fr-FR"/>
        </w:rPr>
        <w:t>calendaristice</w:t>
      </w:r>
      <w:proofErr w:type="spellEnd"/>
      <w:r w:rsidRPr="00846012">
        <w:rPr>
          <w:lang w:val="fr-FR"/>
        </w:rPr>
        <w:t xml:space="preserve"> de la </w:t>
      </w:r>
      <w:proofErr w:type="spellStart"/>
      <w:r w:rsidRPr="00846012">
        <w:rPr>
          <w:lang w:val="fr-FR"/>
        </w:rPr>
        <w:t>primirea</w:t>
      </w:r>
      <w:proofErr w:type="spellEnd"/>
      <w:r w:rsidRPr="00846012">
        <w:rPr>
          <w:lang w:val="fr-FR"/>
        </w:rPr>
        <w:t xml:space="preserve"> </w:t>
      </w:r>
      <w:proofErr w:type="spellStart"/>
      <w:r w:rsidRPr="00846012">
        <w:rPr>
          <w:lang w:val="fr-FR"/>
        </w:rPr>
        <w:t>acestora</w:t>
      </w:r>
      <w:proofErr w:type="spellEnd"/>
      <w:r w:rsidRPr="00846012">
        <w:rPr>
          <w:lang w:val="fr-FR"/>
        </w:rPr>
        <w:t xml:space="preserve">, </w:t>
      </w:r>
      <w:proofErr w:type="spellStart"/>
      <w:r w:rsidRPr="00846012">
        <w:rPr>
          <w:lang w:val="fr-FR"/>
        </w:rPr>
        <w:t>conform</w:t>
      </w:r>
      <w:proofErr w:type="spellEnd"/>
      <w:r w:rsidRPr="00846012">
        <w:rPr>
          <w:lang w:val="fr-FR"/>
        </w:rPr>
        <w:t xml:space="preserve"> </w:t>
      </w:r>
      <w:proofErr w:type="spellStart"/>
      <w:r w:rsidRPr="00846012">
        <w:rPr>
          <w:lang w:val="fr-FR"/>
        </w:rPr>
        <w:t>reglementărilor</w:t>
      </w:r>
      <w:proofErr w:type="spellEnd"/>
      <w:r w:rsidRPr="00846012">
        <w:rPr>
          <w:lang w:val="fr-FR"/>
        </w:rPr>
        <w:t xml:space="preserve"> A.S.F. </w:t>
      </w:r>
      <w:proofErr w:type="spellStart"/>
      <w:r w:rsidRPr="00846012">
        <w:rPr>
          <w:lang w:val="fr-FR"/>
        </w:rPr>
        <w:t>în</w:t>
      </w:r>
      <w:proofErr w:type="spellEnd"/>
      <w:r w:rsidRPr="00846012">
        <w:rPr>
          <w:lang w:val="fr-FR"/>
        </w:rPr>
        <w:t xml:space="preserve"> </w:t>
      </w:r>
      <w:proofErr w:type="spellStart"/>
      <w:r w:rsidRPr="00846012">
        <w:rPr>
          <w:lang w:val="fr-FR"/>
        </w:rPr>
        <w:t>vigoare</w:t>
      </w:r>
      <w:proofErr w:type="spellEnd"/>
      <w:r w:rsidRPr="00846012">
        <w:rPr>
          <w:lang w:val="fr-FR"/>
        </w:rPr>
        <w:t>.</w:t>
      </w:r>
    </w:p>
    <w:p w14:paraId="4B113FAC" w14:textId="77777777" w:rsidR="003260D0" w:rsidRPr="00846012" w:rsidRDefault="00916C8E">
      <w:pPr>
        <w:pStyle w:val="Heading3"/>
        <w:rPr>
          <w:lang w:val="fr-FR"/>
        </w:rPr>
      </w:pPr>
      <w:r w:rsidRPr="00846012">
        <w:rPr>
          <w:rFonts w:ascii="Arial" w:hAnsi="Arial"/>
          <w:lang w:val="fr-FR"/>
        </w:rPr>
        <w:lastRenderedPageBreak/>
        <w:t xml:space="preserve">16.2. </w:t>
      </w:r>
      <w:proofErr w:type="spellStart"/>
      <w:r w:rsidRPr="00846012">
        <w:rPr>
          <w:rFonts w:ascii="Arial" w:hAnsi="Arial"/>
          <w:lang w:val="fr-FR"/>
        </w:rPr>
        <w:t>Soluționarea</w:t>
      </w:r>
      <w:proofErr w:type="spellEnd"/>
      <w:r w:rsidRPr="00846012">
        <w:rPr>
          <w:rFonts w:ascii="Arial" w:hAnsi="Arial"/>
          <w:lang w:val="fr-FR"/>
        </w:rPr>
        <w:t xml:space="preserve"> </w:t>
      </w:r>
      <w:proofErr w:type="spellStart"/>
      <w:r w:rsidRPr="00846012">
        <w:rPr>
          <w:rFonts w:ascii="Arial" w:hAnsi="Arial"/>
          <w:lang w:val="fr-FR"/>
        </w:rPr>
        <w:t>alternativă</w:t>
      </w:r>
      <w:proofErr w:type="spellEnd"/>
      <w:r w:rsidRPr="00846012">
        <w:rPr>
          <w:rFonts w:ascii="Arial" w:hAnsi="Arial"/>
          <w:lang w:val="fr-FR"/>
        </w:rPr>
        <w:t xml:space="preserve"> a </w:t>
      </w:r>
      <w:proofErr w:type="spellStart"/>
      <w:r w:rsidRPr="00846012">
        <w:rPr>
          <w:rFonts w:ascii="Arial" w:hAnsi="Arial"/>
          <w:lang w:val="fr-FR"/>
        </w:rPr>
        <w:t>litigiilor</w:t>
      </w:r>
      <w:proofErr w:type="spellEnd"/>
      <w:r w:rsidRPr="00846012">
        <w:rPr>
          <w:rFonts w:ascii="Arial" w:hAnsi="Arial"/>
          <w:lang w:val="fr-FR"/>
        </w:rPr>
        <w:t xml:space="preserve"> – SAL-Fin</w:t>
      </w:r>
    </w:p>
    <w:p w14:paraId="6FC48711" w14:textId="77777777" w:rsidR="003260D0" w:rsidRPr="00846012" w:rsidRDefault="00916C8E">
      <w:pPr>
        <w:spacing w:after="120"/>
        <w:jc w:val="both"/>
        <w:rPr>
          <w:lang w:val="fr-FR"/>
        </w:rPr>
      </w:pPr>
      <w:proofErr w:type="spellStart"/>
      <w:r w:rsidRPr="00846012">
        <w:rPr>
          <w:lang w:val="fr-FR"/>
        </w:rPr>
        <w:t>Dacă</w:t>
      </w:r>
      <w:proofErr w:type="spellEnd"/>
      <w:r w:rsidRPr="00846012">
        <w:rPr>
          <w:lang w:val="fr-FR"/>
        </w:rPr>
        <w:t xml:space="preserve"> </w:t>
      </w:r>
      <w:proofErr w:type="spellStart"/>
      <w:r w:rsidRPr="00846012">
        <w:rPr>
          <w:lang w:val="fr-FR"/>
        </w:rPr>
        <w:t>răspunsul</w:t>
      </w:r>
      <w:proofErr w:type="spellEnd"/>
      <w:r w:rsidRPr="00846012">
        <w:rPr>
          <w:lang w:val="fr-FR"/>
        </w:rPr>
        <w:t xml:space="preserve"> </w:t>
      </w:r>
      <w:proofErr w:type="spellStart"/>
      <w:r w:rsidRPr="00846012">
        <w:rPr>
          <w:lang w:val="fr-FR"/>
        </w:rPr>
        <w:t>primit</w:t>
      </w:r>
      <w:proofErr w:type="spellEnd"/>
      <w:r w:rsidRPr="00846012">
        <w:rPr>
          <w:lang w:val="fr-FR"/>
        </w:rPr>
        <w:t xml:space="preserve"> nu </w:t>
      </w:r>
      <w:proofErr w:type="spellStart"/>
      <w:r w:rsidRPr="00846012">
        <w:rPr>
          <w:lang w:val="fr-FR"/>
        </w:rPr>
        <w:t>satisface</w:t>
      </w:r>
      <w:proofErr w:type="spellEnd"/>
      <w:r w:rsidRPr="00846012">
        <w:rPr>
          <w:lang w:val="fr-FR"/>
        </w:rPr>
        <w:t xml:space="preserve"> </w:t>
      </w:r>
      <w:proofErr w:type="spellStart"/>
      <w:r w:rsidRPr="00846012">
        <w:rPr>
          <w:lang w:val="fr-FR"/>
        </w:rPr>
        <w:t>Utilizatorul</w:t>
      </w:r>
      <w:proofErr w:type="spellEnd"/>
      <w:r w:rsidRPr="00846012">
        <w:rPr>
          <w:lang w:val="fr-FR"/>
        </w:rPr>
        <w:t xml:space="preserve">, </w:t>
      </w:r>
      <w:proofErr w:type="spellStart"/>
      <w:r w:rsidRPr="00846012">
        <w:rPr>
          <w:lang w:val="fr-FR"/>
        </w:rPr>
        <w:t>acesta</w:t>
      </w:r>
      <w:proofErr w:type="spellEnd"/>
      <w:r w:rsidRPr="00846012">
        <w:rPr>
          <w:lang w:val="fr-FR"/>
        </w:rPr>
        <w:t xml:space="preserve"> are </w:t>
      </w:r>
      <w:proofErr w:type="spellStart"/>
      <w:r w:rsidRPr="00846012">
        <w:rPr>
          <w:lang w:val="fr-FR"/>
        </w:rPr>
        <w:t>dreptul</w:t>
      </w:r>
      <w:proofErr w:type="spellEnd"/>
      <w:r w:rsidRPr="00846012">
        <w:rPr>
          <w:lang w:val="fr-FR"/>
        </w:rPr>
        <w:t xml:space="preserve"> </w:t>
      </w:r>
      <w:proofErr w:type="gramStart"/>
      <w:r w:rsidRPr="00846012">
        <w:rPr>
          <w:lang w:val="fr-FR"/>
        </w:rPr>
        <w:t>de a</w:t>
      </w:r>
      <w:proofErr w:type="gramEnd"/>
      <w:r w:rsidRPr="00846012">
        <w:rPr>
          <w:lang w:val="fr-FR"/>
        </w:rPr>
        <w:t xml:space="preserve"> se </w:t>
      </w:r>
      <w:proofErr w:type="spellStart"/>
      <w:r w:rsidRPr="00846012">
        <w:rPr>
          <w:lang w:val="fr-FR"/>
        </w:rPr>
        <w:t>adresa</w:t>
      </w:r>
      <w:proofErr w:type="spellEnd"/>
      <w:r w:rsidRPr="00846012">
        <w:rPr>
          <w:lang w:val="fr-FR"/>
        </w:rPr>
        <w:t xml:space="preserve"> </w:t>
      </w:r>
      <w:proofErr w:type="spellStart"/>
      <w:r w:rsidRPr="00846012">
        <w:rPr>
          <w:b/>
          <w:lang w:val="fr-FR"/>
        </w:rPr>
        <w:t>Entității</w:t>
      </w:r>
      <w:proofErr w:type="spellEnd"/>
      <w:r w:rsidRPr="00846012">
        <w:rPr>
          <w:b/>
          <w:lang w:val="fr-FR"/>
        </w:rPr>
        <w:t xml:space="preserve"> de </w:t>
      </w:r>
      <w:proofErr w:type="spellStart"/>
      <w:r w:rsidRPr="00846012">
        <w:rPr>
          <w:b/>
          <w:lang w:val="fr-FR"/>
        </w:rPr>
        <w:t>Soluționare</w:t>
      </w:r>
      <w:proofErr w:type="spellEnd"/>
      <w:r w:rsidRPr="00846012">
        <w:rPr>
          <w:b/>
          <w:lang w:val="fr-FR"/>
        </w:rPr>
        <w:t xml:space="preserve"> </w:t>
      </w:r>
      <w:proofErr w:type="spellStart"/>
      <w:r w:rsidRPr="00846012">
        <w:rPr>
          <w:b/>
          <w:lang w:val="fr-FR"/>
        </w:rPr>
        <w:t>Alternativă</w:t>
      </w:r>
      <w:proofErr w:type="spellEnd"/>
      <w:r w:rsidRPr="00846012">
        <w:rPr>
          <w:b/>
          <w:lang w:val="fr-FR"/>
        </w:rPr>
        <w:t xml:space="preserve"> a </w:t>
      </w:r>
      <w:proofErr w:type="spellStart"/>
      <w:r w:rsidRPr="00846012">
        <w:rPr>
          <w:b/>
          <w:lang w:val="fr-FR"/>
        </w:rPr>
        <w:t>Litigiilor</w:t>
      </w:r>
      <w:proofErr w:type="spellEnd"/>
      <w:r w:rsidRPr="00846012">
        <w:rPr>
          <w:b/>
          <w:lang w:val="fr-FR"/>
        </w:rPr>
        <w:t xml:space="preserve"> </w:t>
      </w:r>
      <w:proofErr w:type="spellStart"/>
      <w:r w:rsidRPr="00846012">
        <w:rPr>
          <w:b/>
          <w:lang w:val="fr-FR"/>
        </w:rPr>
        <w:t>în</w:t>
      </w:r>
      <w:proofErr w:type="spellEnd"/>
      <w:r w:rsidRPr="00846012">
        <w:rPr>
          <w:b/>
          <w:lang w:val="fr-FR"/>
        </w:rPr>
        <w:t xml:space="preserve"> </w:t>
      </w:r>
      <w:proofErr w:type="spellStart"/>
      <w:r w:rsidRPr="00846012">
        <w:rPr>
          <w:b/>
          <w:lang w:val="fr-FR"/>
        </w:rPr>
        <w:t>Domeniul</w:t>
      </w:r>
      <w:proofErr w:type="spellEnd"/>
      <w:r w:rsidRPr="00846012">
        <w:rPr>
          <w:b/>
          <w:lang w:val="fr-FR"/>
        </w:rPr>
        <w:t xml:space="preserve"> </w:t>
      </w:r>
      <w:proofErr w:type="spellStart"/>
      <w:r w:rsidRPr="00846012">
        <w:rPr>
          <w:b/>
          <w:lang w:val="fr-FR"/>
        </w:rPr>
        <w:t>Financiar</w:t>
      </w:r>
      <w:proofErr w:type="spellEnd"/>
      <w:r w:rsidRPr="00846012">
        <w:rPr>
          <w:b/>
          <w:lang w:val="fr-FR"/>
        </w:rPr>
        <w:t xml:space="preserve"> Non-</w:t>
      </w:r>
      <w:proofErr w:type="spellStart"/>
      <w:r w:rsidRPr="00846012">
        <w:rPr>
          <w:b/>
          <w:lang w:val="fr-FR"/>
        </w:rPr>
        <w:t>Bancar</w:t>
      </w:r>
      <w:proofErr w:type="spellEnd"/>
      <w:r w:rsidRPr="00846012">
        <w:rPr>
          <w:b/>
          <w:lang w:val="fr-FR"/>
        </w:rPr>
        <w:t xml:space="preserve"> (SAL-Fin)</w:t>
      </w:r>
      <w:r w:rsidRPr="00846012">
        <w:rPr>
          <w:lang w:val="fr-FR"/>
        </w:rPr>
        <w:t xml:space="preserve">, </w:t>
      </w:r>
      <w:proofErr w:type="spellStart"/>
      <w:r w:rsidRPr="00846012">
        <w:rPr>
          <w:lang w:val="fr-FR"/>
        </w:rPr>
        <w:t>organism</w:t>
      </w:r>
      <w:proofErr w:type="spellEnd"/>
      <w:r w:rsidRPr="00846012">
        <w:rPr>
          <w:lang w:val="fr-FR"/>
        </w:rPr>
        <w:t xml:space="preserve"> </w:t>
      </w:r>
      <w:proofErr w:type="spellStart"/>
      <w:r w:rsidRPr="00846012">
        <w:rPr>
          <w:lang w:val="fr-FR"/>
        </w:rPr>
        <w:t>funcțional</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cadrul</w:t>
      </w:r>
      <w:proofErr w:type="spellEnd"/>
      <w:r w:rsidRPr="00846012">
        <w:rPr>
          <w:lang w:val="fr-FR"/>
        </w:rPr>
        <w:t xml:space="preserve"> A.S.F. Detalii </w:t>
      </w:r>
      <w:proofErr w:type="spellStart"/>
      <w:r w:rsidRPr="00846012">
        <w:rPr>
          <w:lang w:val="fr-FR"/>
        </w:rPr>
        <w:t>pe</w:t>
      </w:r>
      <w:proofErr w:type="spellEnd"/>
      <w:r w:rsidRPr="00846012">
        <w:rPr>
          <w:lang w:val="fr-FR"/>
        </w:rPr>
        <w:t xml:space="preserve"> www.salfin.ro.</w:t>
      </w:r>
    </w:p>
    <w:p w14:paraId="617E925B" w14:textId="77777777" w:rsidR="003260D0" w:rsidRDefault="00916C8E">
      <w:pPr>
        <w:pStyle w:val="Heading3"/>
      </w:pPr>
      <w:r>
        <w:rPr>
          <w:rFonts w:ascii="Arial" w:hAnsi="Arial"/>
        </w:rPr>
        <w:t>16.3. Sesizarea A.S.F.</w:t>
      </w:r>
    </w:p>
    <w:p w14:paraId="4FC19E93" w14:textId="77777777" w:rsidR="003260D0" w:rsidRDefault="00916C8E">
      <w:pPr>
        <w:spacing w:after="120"/>
        <w:jc w:val="both"/>
      </w:pPr>
      <w:r>
        <w:t xml:space="preserve">Utilizatorul se poate adresa direct </w:t>
      </w:r>
      <w:r>
        <w:rPr>
          <w:b/>
        </w:rPr>
        <w:t>Autorității de Supraveghere Financiară</w:t>
      </w:r>
      <w:r>
        <w:t>:</w:t>
      </w:r>
    </w:p>
    <w:p w14:paraId="51ED4E5C" w14:textId="77777777" w:rsidR="003260D0" w:rsidRDefault="00916C8E">
      <w:pPr>
        <w:pStyle w:val="ListBullet"/>
        <w:spacing w:after="60"/>
        <w:jc w:val="both"/>
      </w:pPr>
      <w:r>
        <w:t>Adresă: Splaiul Independenței nr. 15, Sector 5, București</w:t>
      </w:r>
    </w:p>
    <w:p w14:paraId="17E3FAE9" w14:textId="77777777" w:rsidR="003260D0" w:rsidRDefault="00916C8E">
      <w:pPr>
        <w:pStyle w:val="ListBullet"/>
        <w:spacing w:after="60"/>
        <w:jc w:val="both"/>
      </w:pPr>
      <w:r>
        <w:t>Email: petitie-asigurari@asfromania.ro</w:t>
      </w:r>
    </w:p>
    <w:p w14:paraId="201D8E2B" w14:textId="77777777" w:rsidR="003260D0" w:rsidRDefault="00916C8E">
      <w:pPr>
        <w:pStyle w:val="ListBullet"/>
        <w:spacing w:after="60"/>
        <w:jc w:val="both"/>
      </w:pPr>
      <w:r>
        <w:t>Tel Verde: 0800.825.627</w:t>
      </w:r>
    </w:p>
    <w:p w14:paraId="28E3D313" w14:textId="77777777" w:rsidR="003260D0" w:rsidRDefault="00916C8E">
      <w:pPr>
        <w:pStyle w:val="Heading2"/>
      </w:pPr>
      <w:r>
        <w:rPr>
          <w:rFonts w:ascii="Arial" w:hAnsi="Arial"/>
        </w:rPr>
        <w:t>17. Forța majoră și cazul fortuit</w:t>
      </w:r>
    </w:p>
    <w:p w14:paraId="4725565F" w14:textId="77777777" w:rsidR="003260D0" w:rsidRDefault="00916C8E">
      <w:pPr>
        <w:spacing w:after="120"/>
        <w:jc w:val="both"/>
      </w:pPr>
      <w:r>
        <w:t>WINNERS GROUP COMPANIE DE BROKERAJ S.R.L. nu este responsabil pentru imposibilitatea de a se conforma obligațiilor prevăzute în prezentele Termeni și Condiții ca rezultat al unui caz fortuit, forței majore sau al unor situații în care o terță parte nu își îndeplinește ori își îndeplinește necorespunzător obligațiile, iar acest fapt afectează modul în care sunt oferite serviciile prin intermediul site-ului www.winnersgroup.ro.</w:t>
      </w:r>
    </w:p>
    <w:p w14:paraId="7E6F4583" w14:textId="77777777" w:rsidR="003260D0" w:rsidRDefault="00916C8E">
      <w:pPr>
        <w:pStyle w:val="Heading2"/>
      </w:pPr>
      <w:r>
        <w:rPr>
          <w:rFonts w:ascii="Arial" w:hAnsi="Arial"/>
        </w:rPr>
        <w:t>18. Drepturile Utilizatorului</w:t>
      </w:r>
    </w:p>
    <w:p w14:paraId="0DCAABFA" w14:textId="77777777" w:rsidR="003260D0" w:rsidRDefault="00916C8E">
      <w:pPr>
        <w:spacing w:after="120"/>
        <w:jc w:val="both"/>
      </w:pPr>
      <w:r>
        <w:t>Utilizatorul are dreptul:</w:t>
      </w:r>
    </w:p>
    <w:p w14:paraId="33345330" w14:textId="77777777" w:rsidR="003260D0" w:rsidRPr="00846012" w:rsidRDefault="00916C8E">
      <w:pPr>
        <w:pStyle w:val="ListBullet"/>
        <w:spacing w:after="60"/>
        <w:jc w:val="both"/>
        <w:rPr>
          <w:lang w:val="fr-FR"/>
        </w:rPr>
      </w:pPr>
      <w:proofErr w:type="gramStart"/>
      <w:r w:rsidRPr="00846012">
        <w:rPr>
          <w:lang w:val="fr-FR"/>
        </w:rPr>
        <w:t>de</w:t>
      </w:r>
      <w:proofErr w:type="gramEnd"/>
      <w:r w:rsidRPr="00846012">
        <w:rPr>
          <w:lang w:val="fr-FR"/>
        </w:rPr>
        <w:t xml:space="preserve"> a </w:t>
      </w:r>
      <w:proofErr w:type="spellStart"/>
      <w:r w:rsidRPr="00846012">
        <w:rPr>
          <w:lang w:val="fr-FR"/>
        </w:rPr>
        <w:t>avea</w:t>
      </w:r>
      <w:proofErr w:type="spellEnd"/>
      <w:r w:rsidRPr="00846012">
        <w:rPr>
          <w:lang w:val="fr-FR"/>
        </w:rPr>
        <w:t xml:space="preserve"> </w:t>
      </w:r>
      <w:proofErr w:type="spellStart"/>
      <w:r w:rsidRPr="00846012">
        <w:rPr>
          <w:lang w:val="fr-FR"/>
        </w:rPr>
        <w:t>acces</w:t>
      </w:r>
      <w:proofErr w:type="spellEnd"/>
      <w:r w:rsidRPr="00846012">
        <w:rPr>
          <w:lang w:val="fr-FR"/>
        </w:rPr>
        <w:t xml:space="preserve"> gratuit la site-</w:t>
      </w:r>
      <w:proofErr w:type="spellStart"/>
      <w:r w:rsidRPr="00846012">
        <w:rPr>
          <w:lang w:val="fr-FR"/>
        </w:rPr>
        <w:t>ul</w:t>
      </w:r>
      <w:proofErr w:type="spellEnd"/>
      <w:r w:rsidRPr="00846012">
        <w:rPr>
          <w:lang w:val="fr-FR"/>
        </w:rPr>
        <w:t xml:space="preserve"> </w:t>
      </w:r>
      <w:proofErr w:type="gramStart"/>
      <w:r w:rsidRPr="00846012">
        <w:rPr>
          <w:lang w:val="fr-FR"/>
        </w:rPr>
        <w:t>www.winnersgroup.ro;</w:t>
      </w:r>
      <w:proofErr w:type="gramEnd"/>
    </w:p>
    <w:p w14:paraId="79682935" w14:textId="77777777" w:rsidR="003260D0" w:rsidRPr="00846012" w:rsidRDefault="00916C8E">
      <w:pPr>
        <w:pStyle w:val="ListBullet"/>
        <w:spacing w:after="60"/>
        <w:jc w:val="both"/>
        <w:rPr>
          <w:lang w:val="fr-FR"/>
        </w:rPr>
      </w:pPr>
      <w:proofErr w:type="gramStart"/>
      <w:r w:rsidRPr="00846012">
        <w:rPr>
          <w:lang w:val="fr-FR"/>
        </w:rPr>
        <w:t>de</w:t>
      </w:r>
      <w:proofErr w:type="gramEnd"/>
      <w:r w:rsidRPr="00846012">
        <w:rPr>
          <w:lang w:val="fr-FR"/>
        </w:rPr>
        <w:t xml:space="preserve"> a fi </w:t>
      </w:r>
      <w:proofErr w:type="spellStart"/>
      <w:r w:rsidRPr="00846012">
        <w:rPr>
          <w:lang w:val="fr-FR"/>
        </w:rPr>
        <w:t>informat</w:t>
      </w:r>
      <w:proofErr w:type="spellEnd"/>
      <w:r w:rsidRPr="00846012">
        <w:rPr>
          <w:lang w:val="fr-FR"/>
        </w:rPr>
        <w:t xml:space="preserve"> </w:t>
      </w:r>
      <w:proofErr w:type="spellStart"/>
      <w:r w:rsidRPr="00846012">
        <w:rPr>
          <w:lang w:val="fr-FR"/>
        </w:rPr>
        <w:t>asupra</w:t>
      </w:r>
      <w:proofErr w:type="spellEnd"/>
      <w:r w:rsidRPr="00846012">
        <w:rPr>
          <w:lang w:val="fr-FR"/>
        </w:rPr>
        <w:t xml:space="preserve"> </w:t>
      </w:r>
      <w:proofErr w:type="spellStart"/>
      <w:r w:rsidRPr="00846012">
        <w:rPr>
          <w:lang w:val="fr-FR"/>
        </w:rPr>
        <w:t>detaliilor</w:t>
      </w:r>
      <w:proofErr w:type="spellEnd"/>
      <w:r w:rsidRPr="00846012">
        <w:rPr>
          <w:lang w:val="fr-FR"/>
        </w:rPr>
        <w:t xml:space="preserve"> </w:t>
      </w:r>
      <w:proofErr w:type="spellStart"/>
      <w:r w:rsidRPr="00846012">
        <w:rPr>
          <w:lang w:val="fr-FR"/>
        </w:rPr>
        <w:t>pe</w:t>
      </w:r>
      <w:proofErr w:type="spellEnd"/>
      <w:r w:rsidRPr="00846012">
        <w:rPr>
          <w:lang w:val="fr-FR"/>
        </w:rPr>
        <w:t xml:space="preserve"> care le </w:t>
      </w:r>
      <w:proofErr w:type="spellStart"/>
      <w:r w:rsidRPr="00846012">
        <w:rPr>
          <w:lang w:val="fr-FR"/>
        </w:rPr>
        <w:t>solicită</w:t>
      </w:r>
      <w:proofErr w:type="spellEnd"/>
      <w:r w:rsidRPr="00846012">
        <w:rPr>
          <w:lang w:val="fr-FR"/>
        </w:rPr>
        <w:t xml:space="preserve"> </w:t>
      </w:r>
      <w:proofErr w:type="spellStart"/>
      <w:r w:rsidRPr="00846012">
        <w:rPr>
          <w:lang w:val="fr-FR"/>
        </w:rPr>
        <w:t>referitoare</w:t>
      </w:r>
      <w:proofErr w:type="spellEnd"/>
      <w:r w:rsidRPr="00846012">
        <w:rPr>
          <w:lang w:val="fr-FR"/>
        </w:rPr>
        <w:t xml:space="preserve"> la </w:t>
      </w:r>
      <w:proofErr w:type="spellStart"/>
      <w:r w:rsidRPr="00846012">
        <w:rPr>
          <w:lang w:val="fr-FR"/>
        </w:rPr>
        <w:t>serviciile</w:t>
      </w:r>
      <w:proofErr w:type="spellEnd"/>
      <w:r w:rsidRPr="00846012">
        <w:rPr>
          <w:lang w:val="fr-FR"/>
        </w:rPr>
        <w:t xml:space="preserve"> </w:t>
      </w:r>
      <w:proofErr w:type="spellStart"/>
      <w:r w:rsidRPr="00846012">
        <w:rPr>
          <w:lang w:val="fr-FR"/>
        </w:rPr>
        <w:t>oferite</w:t>
      </w:r>
      <w:proofErr w:type="spellEnd"/>
      <w:r w:rsidRPr="00846012">
        <w:rPr>
          <w:lang w:val="fr-FR"/>
        </w:rPr>
        <w:t xml:space="preserve"> de WINNERS GROUP COMPANIE DE BROKERAJ </w:t>
      </w:r>
      <w:proofErr w:type="gramStart"/>
      <w:r w:rsidRPr="00846012">
        <w:rPr>
          <w:lang w:val="fr-FR"/>
        </w:rPr>
        <w:t>S.R.L.;</w:t>
      </w:r>
      <w:proofErr w:type="gramEnd"/>
    </w:p>
    <w:p w14:paraId="2C01CF1D" w14:textId="77777777" w:rsidR="003260D0" w:rsidRDefault="00916C8E">
      <w:pPr>
        <w:pStyle w:val="ListBullet"/>
        <w:spacing w:after="60"/>
        <w:jc w:val="both"/>
      </w:pPr>
      <w:r>
        <w:t xml:space="preserve">de a </w:t>
      </w:r>
      <w:proofErr w:type="spellStart"/>
      <w:r>
        <w:t>încheia</w:t>
      </w:r>
      <w:proofErr w:type="spellEnd"/>
      <w:r>
        <w:t xml:space="preserve">, </w:t>
      </w:r>
      <w:proofErr w:type="spellStart"/>
      <w:r>
        <w:t>în</w:t>
      </w:r>
      <w:proofErr w:type="spellEnd"/>
      <w:r>
        <w:t xml:space="preserve"> orice moment, utilizarea serviciilor furnizate de WINNERS pe cale electronică;</w:t>
      </w:r>
    </w:p>
    <w:p w14:paraId="5C7364EC" w14:textId="77777777" w:rsidR="003260D0" w:rsidRPr="00846012" w:rsidRDefault="00916C8E">
      <w:pPr>
        <w:pStyle w:val="ListBullet"/>
        <w:spacing w:after="60"/>
        <w:jc w:val="both"/>
        <w:rPr>
          <w:lang w:val="fr-FR"/>
        </w:rPr>
      </w:pPr>
      <w:proofErr w:type="gramStart"/>
      <w:r w:rsidRPr="00846012">
        <w:rPr>
          <w:lang w:val="fr-FR"/>
        </w:rPr>
        <w:t>de</w:t>
      </w:r>
      <w:proofErr w:type="gramEnd"/>
      <w:r w:rsidRPr="00846012">
        <w:rPr>
          <w:lang w:val="fr-FR"/>
        </w:rPr>
        <w:t xml:space="preserve"> a-</w:t>
      </w:r>
      <w:proofErr w:type="spellStart"/>
      <w:r w:rsidRPr="00846012">
        <w:rPr>
          <w:lang w:val="fr-FR"/>
        </w:rPr>
        <w:t>și</w:t>
      </w:r>
      <w:proofErr w:type="spellEnd"/>
      <w:r w:rsidRPr="00846012">
        <w:rPr>
          <w:lang w:val="fr-FR"/>
        </w:rPr>
        <w:t xml:space="preserve"> </w:t>
      </w:r>
      <w:proofErr w:type="spellStart"/>
      <w:r w:rsidRPr="00846012">
        <w:rPr>
          <w:lang w:val="fr-FR"/>
        </w:rPr>
        <w:t>exercita</w:t>
      </w:r>
      <w:proofErr w:type="spellEnd"/>
      <w:r w:rsidRPr="00846012">
        <w:rPr>
          <w:lang w:val="fr-FR"/>
        </w:rPr>
        <w:t xml:space="preserve"> </w:t>
      </w:r>
      <w:proofErr w:type="spellStart"/>
      <w:r w:rsidRPr="00846012">
        <w:rPr>
          <w:lang w:val="fr-FR"/>
        </w:rPr>
        <w:t>drepturile</w:t>
      </w:r>
      <w:proofErr w:type="spellEnd"/>
      <w:r w:rsidRPr="00846012">
        <w:rPr>
          <w:lang w:val="fr-FR"/>
        </w:rPr>
        <w:t xml:space="preserve"> </w:t>
      </w:r>
      <w:proofErr w:type="spellStart"/>
      <w:r w:rsidRPr="00846012">
        <w:rPr>
          <w:lang w:val="fr-FR"/>
        </w:rPr>
        <w:t>prevăzute</w:t>
      </w:r>
      <w:proofErr w:type="spellEnd"/>
      <w:r w:rsidRPr="00846012">
        <w:rPr>
          <w:lang w:val="fr-FR"/>
        </w:rPr>
        <w:t xml:space="preserve"> de GDPR, </w:t>
      </w:r>
      <w:proofErr w:type="spellStart"/>
      <w:r w:rsidRPr="00846012">
        <w:rPr>
          <w:lang w:val="fr-FR"/>
        </w:rPr>
        <w:t>conform</w:t>
      </w:r>
      <w:proofErr w:type="spellEnd"/>
      <w:r w:rsidRPr="00846012">
        <w:rPr>
          <w:lang w:val="fr-FR"/>
        </w:rPr>
        <w:t xml:space="preserve"> </w:t>
      </w:r>
      <w:proofErr w:type="spellStart"/>
      <w:r w:rsidRPr="00846012">
        <w:rPr>
          <w:lang w:val="fr-FR"/>
        </w:rPr>
        <w:t>Politicii</w:t>
      </w:r>
      <w:proofErr w:type="spellEnd"/>
      <w:r w:rsidRPr="00846012">
        <w:rPr>
          <w:lang w:val="fr-FR"/>
        </w:rPr>
        <w:t xml:space="preserve"> de </w:t>
      </w:r>
      <w:proofErr w:type="spellStart"/>
      <w:proofErr w:type="gramStart"/>
      <w:r w:rsidRPr="00846012">
        <w:rPr>
          <w:lang w:val="fr-FR"/>
        </w:rPr>
        <w:t>Confidențialitate</w:t>
      </w:r>
      <w:proofErr w:type="spellEnd"/>
      <w:r w:rsidRPr="00846012">
        <w:rPr>
          <w:lang w:val="fr-FR"/>
        </w:rPr>
        <w:t>;</w:t>
      </w:r>
      <w:proofErr w:type="gramEnd"/>
    </w:p>
    <w:p w14:paraId="51F3A652" w14:textId="77777777" w:rsidR="003260D0" w:rsidRPr="00846012" w:rsidRDefault="00916C8E">
      <w:pPr>
        <w:pStyle w:val="ListBullet"/>
        <w:spacing w:after="60"/>
        <w:jc w:val="both"/>
        <w:rPr>
          <w:lang w:val="fr-FR"/>
        </w:rPr>
      </w:pPr>
      <w:proofErr w:type="gramStart"/>
      <w:r w:rsidRPr="00846012">
        <w:rPr>
          <w:lang w:val="fr-FR"/>
        </w:rPr>
        <w:t>de</w:t>
      </w:r>
      <w:proofErr w:type="gramEnd"/>
      <w:r w:rsidRPr="00846012">
        <w:rPr>
          <w:lang w:val="fr-FR"/>
        </w:rPr>
        <w:t xml:space="preserve"> a </w:t>
      </w:r>
      <w:proofErr w:type="spellStart"/>
      <w:r w:rsidRPr="00846012">
        <w:rPr>
          <w:lang w:val="fr-FR"/>
        </w:rPr>
        <w:t>transmite</w:t>
      </w:r>
      <w:proofErr w:type="spellEnd"/>
      <w:r w:rsidRPr="00846012">
        <w:rPr>
          <w:lang w:val="fr-FR"/>
        </w:rPr>
        <w:t xml:space="preserve"> </w:t>
      </w:r>
      <w:proofErr w:type="spellStart"/>
      <w:r w:rsidRPr="00846012">
        <w:rPr>
          <w:lang w:val="fr-FR"/>
        </w:rPr>
        <w:t>reclamații</w:t>
      </w:r>
      <w:proofErr w:type="spellEnd"/>
      <w:r w:rsidRPr="00846012">
        <w:rPr>
          <w:lang w:val="fr-FR"/>
        </w:rPr>
        <w:t xml:space="preserve"> </w:t>
      </w:r>
      <w:proofErr w:type="spellStart"/>
      <w:r w:rsidRPr="00846012">
        <w:rPr>
          <w:lang w:val="fr-FR"/>
        </w:rPr>
        <w:t>conform</w:t>
      </w:r>
      <w:proofErr w:type="spellEnd"/>
      <w:r w:rsidRPr="00846012">
        <w:rPr>
          <w:lang w:val="fr-FR"/>
        </w:rPr>
        <w:t xml:space="preserve"> </w:t>
      </w:r>
      <w:proofErr w:type="spellStart"/>
      <w:r w:rsidRPr="00846012">
        <w:rPr>
          <w:lang w:val="fr-FR"/>
        </w:rPr>
        <w:t>secțiunii</w:t>
      </w:r>
      <w:proofErr w:type="spellEnd"/>
      <w:r w:rsidRPr="00846012">
        <w:rPr>
          <w:lang w:val="fr-FR"/>
        </w:rPr>
        <w:t xml:space="preserve"> 16.</w:t>
      </w:r>
    </w:p>
    <w:p w14:paraId="0B4089E9" w14:textId="77777777" w:rsidR="003260D0" w:rsidRPr="00846012" w:rsidRDefault="00916C8E">
      <w:pPr>
        <w:pStyle w:val="Heading2"/>
        <w:rPr>
          <w:lang w:val="fr-FR"/>
        </w:rPr>
      </w:pPr>
      <w:r w:rsidRPr="00846012">
        <w:rPr>
          <w:rFonts w:ascii="Arial" w:hAnsi="Arial"/>
          <w:lang w:val="fr-FR"/>
        </w:rPr>
        <w:t xml:space="preserve">19. </w:t>
      </w:r>
      <w:proofErr w:type="spellStart"/>
      <w:r w:rsidRPr="00846012">
        <w:rPr>
          <w:rFonts w:ascii="Arial" w:hAnsi="Arial"/>
          <w:lang w:val="fr-FR"/>
        </w:rPr>
        <w:t>Legea</w:t>
      </w:r>
      <w:proofErr w:type="spellEnd"/>
      <w:r w:rsidRPr="00846012">
        <w:rPr>
          <w:rFonts w:ascii="Arial" w:hAnsi="Arial"/>
          <w:lang w:val="fr-FR"/>
        </w:rPr>
        <w:t xml:space="preserve"> </w:t>
      </w:r>
      <w:proofErr w:type="spellStart"/>
      <w:r w:rsidRPr="00846012">
        <w:rPr>
          <w:rFonts w:ascii="Arial" w:hAnsi="Arial"/>
          <w:lang w:val="fr-FR"/>
        </w:rPr>
        <w:t>aplicabilă</w:t>
      </w:r>
      <w:proofErr w:type="spellEnd"/>
      <w:r w:rsidRPr="00846012">
        <w:rPr>
          <w:rFonts w:ascii="Arial" w:hAnsi="Arial"/>
          <w:lang w:val="fr-FR"/>
        </w:rPr>
        <w:t xml:space="preserve"> </w:t>
      </w:r>
      <w:proofErr w:type="spellStart"/>
      <w:r w:rsidRPr="00846012">
        <w:rPr>
          <w:rFonts w:ascii="Arial" w:hAnsi="Arial"/>
          <w:lang w:val="fr-FR"/>
        </w:rPr>
        <w:t>și</w:t>
      </w:r>
      <w:proofErr w:type="spellEnd"/>
      <w:r w:rsidRPr="00846012">
        <w:rPr>
          <w:rFonts w:ascii="Arial" w:hAnsi="Arial"/>
          <w:lang w:val="fr-FR"/>
        </w:rPr>
        <w:t xml:space="preserve"> </w:t>
      </w:r>
      <w:proofErr w:type="spellStart"/>
      <w:r w:rsidRPr="00846012">
        <w:rPr>
          <w:rFonts w:ascii="Arial" w:hAnsi="Arial"/>
          <w:lang w:val="fr-FR"/>
        </w:rPr>
        <w:t>litigiile</w:t>
      </w:r>
      <w:proofErr w:type="spellEnd"/>
    </w:p>
    <w:p w14:paraId="45F75542" w14:textId="77777777" w:rsidR="003260D0" w:rsidRPr="00846012" w:rsidRDefault="00916C8E">
      <w:pPr>
        <w:spacing w:after="120"/>
        <w:jc w:val="both"/>
        <w:rPr>
          <w:lang w:val="fr-FR"/>
        </w:rPr>
      </w:pPr>
      <w:proofErr w:type="spellStart"/>
      <w:r w:rsidRPr="00846012">
        <w:rPr>
          <w:lang w:val="fr-FR"/>
        </w:rPr>
        <w:t>Prezentele</w:t>
      </w:r>
      <w:proofErr w:type="spellEnd"/>
      <w:r w:rsidRPr="00846012">
        <w:rPr>
          <w:lang w:val="fr-FR"/>
        </w:rPr>
        <w:t xml:space="preserve"> </w:t>
      </w:r>
      <w:proofErr w:type="spellStart"/>
      <w:r w:rsidRPr="00846012">
        <w:rPr>
          <w:lang w:val="fr-FR"/>
        </w:rPr>
        <w:t>Termeni</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Condiții</w:t>
      </w:r>
      <w:proofErr w:type="spellEnd"/>
      <w:r w:rsidRPr="00846012">
        <w:rPr>
          <w:lang w:val="fr-FR"/>
        </w:rPr>
        <w:t xml:space="preserve">, </w:t>
      </w:r>
      <w:proofErr w:type="spellStart"/>
      <w:r w:rsidRPr="00846012">
        <w:rPr>
          <w:lang w:val="fr-FR"/>
        </w:rPr>
        <w:t>precum</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orice</w:t>
      </w:r>
      <w:proofErr w:type="spellEnd"/>
      <w:r w:rsidRPr="00846012">
        <w:rPr>
          <w:lang w:val="fr-FR"/>
        </w:rPr>
        <w:t xml:space="preserve"> </w:t>
      </w:r>
      <w:proofErr w:type="spellStart"/>
      <w:r w:rsidRPr="00846012">
        <w:rPr>
          <w:lang w:val="fr-FR"/>
        </w:rPr>
        <w:t>litigiu</w:t>
      </w:r>
      <w:proofErr w:type="spellEnd"/>
      <w:r w:rsidRPr="00846012">
        <w:rPr>
          <w:lang w:val="fr-FR"/>
        </w:rPr>
        <w:t xml:space="preserve"> </w:t>
      </w:r>
      <w:proofErr w:type="spellStart"/>
      <w:r w:rsidRPr="00846012">
        <w:rPr>
          <w:lang w:val="fr-FR"/>
        </w:rPr>
        <w:t>legat</w:t>
      </w:r>
      <w:proofErr w:type="spellEnd"/>
      <w:r w:rsidRPr="00846012">
        <w:rPr>
          <w:lang w:val="fr-FR"/>
        </w:rPr>
        <w:t xml:space="preserve"> de </w:t>
      </w:r>
      <w:proofErr w:type="spellStart"/>
      <w:r w:rsidRPr="00846012">
        <w:rPr>
          <w:lang w:val="fr-FR"/>
        </w:rPr>
        <w:t>utilizarea</w:t>
      </w:r>
      <w:proofErr w:type="spellEnd"/>
      <w:r w:rsidRPr="00846012">
        <w:rPr>
          <w:lang w:val="fr-FR"/>
        </w:rPr>
        <w:t xml:space="preserve"> site-</w:t>
      </w:r>
      <w:proofErr w:type="spellStart"/>
      <w:r w:rsidRPr="00846012">
        <w:rPr>
          <w:lang w:val="fr-FR"/>
        </w:rPr>
        <w:t>ului</w:t>
      </w:r>
      <w:proofErr w:type="spellEnd"/>
      <w:r w:rsidRPr="00846012">
        <w:rPr>
          <w:lang w:val="fr-FR"/>
        </w:rPr>
        <w:t xml:space="preserve"> www.winnersgroup.ro, </w:t>
      </w:r>
      <w:proofErr w:type="spellStart"/>
      <w:r w:rsidRPr="00846012">
        <w:rPr>
          <w:lang w:val="fr-FR"/>
        </w:rPr>
        <w:t>sunt</w:t>
      </w:r>
      <w:proofErr w:type="spellEnd"/>
      <w:r w:rsidRPr="00846012">
        <w:rPr>
          <w:lang w:val="fr-FR"/>
        </w:rPr>
        <w:t xml:space="preserve"> </w:t>
      </w:r>
      <w:proofErr w:type="spellStart"/>
      <w:r w:rsidRPr="00846012">
        <w:rPr>
          <w:lang w:val="fr-FR"/>
        </w:rPr>
        <w:t>guvernate</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interpretate</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conformitate</w:t>
      </w:r>
      <w:proofErr w:type="spellEnd"/>
      <w:r w:rsidRPr="00846012">
        <w:rPr>
          <w:lang w:val="fr-FR"/>
        </w:rPr>
        <w:t xml:space="preserve"> </w:t>
      </w:r>
      <w:proofErr w:type="spellStart"/>
      <w:r w:rsidRPr="00846012">
        <w:rPr>
          <w:lang w:val="fr-FR"/>
        </w:rPr>
        <w:t>cu</w:t>
      </w:r>
      <w:proofErr w:type="spellEnd"/>
      <w:r w:rsidRPr="00846012">
        <w:rPr>
          <w:lang w:val="fr-FR"/>
        </w:rPr>
        <w:t xml:space="preserve"> </w:t>
      </w:r>
      <w:proofErr w:type="spellStart"/>
      <w:r w:rsidRPr="00846012">
        <w:rPr>
          <w:b/>
          <w:lang w:val="fr-FR"/>
        </w:rPr>
        <w:t>legile</w:t>
      </w:r>
      <w:proofErr w:type="spellEnd"/>
      <w:r w:rsidRPr="00846012">
        <w:rPr>
          <w:b/>
          <w:lang w:val="fr-FR"/>
        </w:rPr>
        <w:t xml:space="preserve"> </w:t>
      </w:r>
      <w:proofErr w:type="spellStart"/>
      <w:r w:rsidRPr="00846012">
        <w:rPr>
          <w:b/>
          <w:lang w:val="fr-FR"/>
        </w:rPr>
        <w:t>României</w:t>
      </w:r>
      <w:proofErr w:type="spellEnd"/>
      <w:r w:rsidRPr="00846012">
        <w:rPr>
          <w:lang w:val="fr-FR"/>
        </w:rPr>
        <w:t>.</w:t>
      </w:r>
    </w:p>
    <w:p w14:paraId="3C8EA5DC" w14:textId="77777777" w:rsidR="003260D0" w:rsidRPr="00846012" w:rsidRDefault="00916C8E">
      <w:pPr>
        <w:spacing w:after="120"/>
        <w:jc w:val="both"/>
        <w:rPr>
          <w:lang w:val="fr-FR"/>
        </w:rPr>
      </w:pPr>
      <w:proofErr w:type="spellStart"/>
      <w:r w:rsidRPr="00846012">
        <w:rPr>
          <w:lang w:val="fr-FR"/>
        </w:rPr>
        <w:t>Eventualele</w:t>
      </w:r>
      <w:proofErr w:type="spellEnd"/>
      <w:r w:rsidRPr="00846012">
        <w:rPr>
          <w:lang w:val="fr-FR"/>
        </w:rPr>
        <w:t xml:space="preserve"> </w:t>
      </w:r>
      <w:proofErr w:type="spellStart"/>
      <w:r w:rsidRPr="00846012">
        <w:rPr>
          <w:lang w:val="fr-FR"/>
        </w:rPr>
        <w:t>litigii</w:t>
      </w:r>
      <w:proofErr w:type="spellEnd"/>
      <w:r w:rsidRPr="00846012">
        <w:rPr>
          <w:lang w:val="fr-FR"/>
        </w:rPr>
        <w:t xml:space="preserve"> </w:t>
      </w:r>
      <w:proofErr w:type="spellStart"/>
      <w:r w:rsidRPr="00846012">
        <w:rPr>
          <w:lang w:val="fr-FR"/>
        </w:rPr>
        <w:t>dintre</w:t>
      </w:r>
      <w:proofErr w:type="spellEnd"/>
      <w:r w:rsidRPr="00846012">
        <w:rPr>
          <w:lang w:val="fr-FR"/>
        </w:rPr>
        <w:t xml:space="preserve"> WINNERS GROUP COMPANIE DE BROKERAJ S.R.L. </w:t>
      </w:r>
      <w:proofErr w:type="spellStart"/>
      <w:r w:rsidRPr="00846012">
        <w:rPr>
          <w:lang w:val="fr-FR"/>
        </w:rPr>
        <w:t>și</w:t>
      </w:r>
      <w:proofErr w:type="spellEnd"/>
      <w:r w:rsidRPr="00846012">
        <w:rPr>
          <w:lang w:val="fr-FR"/>
        </w:rPr>
        <w:t xml:space="preserve"> </w:t>
      </w:r>
      <w:proofErr w:type="spellStart"/>
      <w:r w:rsidRPr="00846012">
        <w:rPr>
          <w:lang w:val="fr-FR"/>
        </w:rPr>
        <w:t>Utilizatori</w:t>
      </w:r>
      <w:proofErr w:type="spellEnd"/>
      <w:r w:rsidRPr="00846012">
        <w:rPr>
          <w:lang w:val="fr-FR"/>
        </w:rPr>
        <w:t xml:space="preserve"> / </w:t>
      </w:r>
      <w:proofErr w:type="spellStart"/>
      <w:r w:rsidRPr="00846012">
        <w:rPr>
          <w:lang w:val="fr-FR"/>
        </w:rPr>
        <w:t>Clienți</w:t>
      </w:r>
      <w:proofErr w:type="spellEnd"/>
      <w:r w:rsidRPr="00846012">
        <w:rPr>
          <w:lang w:val="fr-FR"/>
        </w:rPr>
        <w:t xml:space="preserve"> se vor </w:t>
      </w:r>
      <w:proofErr w:type="spellStart"/>
      <w:r w:rsidRPr="00846012">
        <w:rPr>
          <w:lang w:val="fr-FR"/>
        </w:rPr>
        <w:t>rezolva</w:t>
      </w:r>
      <w:proofErr w:type="spellEnd"/>
      <w:r w:rsidRPr="00846012">
        <w:rPr>
          <w:lang w:val="fr-FR"/>
        </w:rPr>
        <w:t xml:space="preserve"> </w:t>
      </w:r>
      <w:proofErr w:type="spellStart"/>
      <w:r w:rsidRPr="00846012">
        <w:rPr>
          <w:lang w:val="fr-FR"/>
        </w:rPr>
        <w:t>pe</w:t>
      </w:r>
      <w:proofErr w:type="spellEnd"/>
      <w:r w:rsidRPr="00846012">
        <w:rPr>
          <w:lang w:val="fr-FR"/>
        </w:rPr>
        <w:t xml:space="preserve"> cale </w:t>
      </w:r>
      <w:proofErr w:type="spellStart"/>
      <w:proofErr w:type="gramStart"/>
      <w:r w:rsidRPr="00846012">
        <w:rPr>
          <w:lang w:val="fr-FR"/>
        </w:rPr>
        <w:t>amiabilă</w:t>
      </w:r>
      <w:proofErr w:type="spellEnd"/>
      <w:r w:rsidRPr="00846012">
        <w:rPr>
          <w:lang w:val="fr-FR"/>
        </w:rPr>
        <w:t>;</w:t>
      </w:r>
      <w:proofErr w:type="gram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cazul</w:t>
      </w:r>
      <w:proofErr w:type="spellEnd"/>
      <w:r w:rsidRPr="00846012">
        <w:rPr>
          <w:lang w:val="fr-FR"/>
        </w:rPr>
        <w:t xml:space="preserve"> </w:t>
      </w:r>
      <w:proofErr w:type="spellStart"/>
      <w:r w:rsidRPr="00846012">
        <w:rPr>
          <w:lang w:val="fr-FR"/>
        </w:rPr>
        <w:t>în</w:t>
      </w:r>
      <w:proofErr w:type="spellEnd"/>
      <w:r w:rsidRPr="00846012">
        <w:rPr>
          <w:lang w:val="fr-FR"/>
        </w:rPr>
        <w:t xml:space="preserve"> care </w:t>
      </w:r>
      <w:proofErr w:type="spellStart"/>
      <w:r w:rsidRPr="00846012">
        <w:rPr>
          <w:lang w:val="fr-FR"/>
        </w:rPr>
        <w:t>soluționarea</w:t>
      </w:r>
      <w:proofErr w:type="spellEnd"/>
      <w:r w:rsidRPr="00846012">
        <w:rPr>
          <w:lang w:val="fr-FR"/>
        </w:rPr>
        <w:t xml:space="preserve"> </w:t>
      </w:r>
      <w:proofErr w:type="spellStart"/>
      <w:r w:rsidRPr="00846012">
        <w:rPr>
          <w:lang w:val="fr-FR"/>
        </w:rPr>
        <w:t>amiabilă</w:t>
      </w:r>
      <w:proofErr w:type="spellEnd"/>
      <w:r w:rsidRPr="00846012">
        <w:rPr>
          <w:lang w:val="fr-FR"/>
        </w:rPr>
        <w:t xml:space="preserve"> nu este </w:t>
      </w:r>
      <w:proofErr w:type="spellStart"/>
      <w:r w:rsidRPr="00846012">
        <w:rPr>
          <w:lang w:val="fr-FR"/>
        </w:rPr>
        <w:t>posibilă</w:t>
      </w:r>
      <w:proofErr w:type="spellEnd"/>
      <w:r w:rsidRPr="00846012">
        <w:rPr>
          <w:lang w:val="fr-FR"/>
        </w:rPr>
        <w:t xml:space="preserve">, </w:t>
      </w:r>
      <w:proofErr w:type="spellStart"/>
      <w:r w:rsidRPr="00846012">
        <w:rPr>
          <w:lang w:val="fr-FR"/>
        </w:rPr>
        <w:t>litigiile</w:t>
      </w:r>
      <w:proofErr w:type="spellEnd"/>
      <w:r w:rsidRPr="00846012">
        <w:rPr>
          <w:lang w:val="fr-FR"/>
        </w:rPr>
        <w:t xml:space="preserve"> vor fi </w:t>
      </w:r>
      <w:proofErr w:type="spellStart"/>
      <w:r w:rsidRPr="00846012">
        <w:rPr>
          <w:lang w:val="fr-FR"/>
        </w:rPr>
        <w:t>soluționate</w:t>
      </w:r>
      <w:proofErr w:type="spellEnd"/>
      <w:r w:rsidRPr="00846012">
        <w:rPr>
          <w:lang w:val="fr-FR"/>
        </w:rPr>
        <w:t xml:space="preserve"> de </w:t>
      </w:r>
      <w:proofErr w:type="spellStart"/>
      <w:r w:rsidRPr="00846012">
        <w:rPr>
          <w:b/>
          <w:lang w:val="fr-FR"/>
        </w:rPr>
        <w:t>instanțele</w:t>
      </w:r>
      <w:proofErr w:type="spellEnd"/>
      <w:r w:rsidRPr="00846012">
        <w:rPr>
          <w:b/>
          <w:lang w:val="fr-FR"/>
        </w:rPr>
        <w:t xml:space="preserve"> </w:t>
      </w:r>
      <w:proofErr w:type="spellStart"/>
      <w:r w:rsidRPr="00846012">
        <w:rPr>
          <w:b/>
          <w:lang w:val="fr-FR"/>
        </w:rPr>
        <w:t>judecătorești</w:t>
      </w:r>
      <w:proofErr w:type="spellEnd"/>
      <w:r w:rsidRPr="00846012">
        <w:rPr>
          <w:b/>
          <w:lang w:val="fr-FR"/>
        </w:rPr>
        <w:t xml:space="preserve"> </w:t>
      </w:r>
      <w:proofErr w:type="spellStart"/>
      <w:r w:rsidRPr="00846012">
        <w:rPr>
          <w:b/>
          <w:lang w:val="fr-FR"/>
        </w:rPr>
        <w:t>române</w:t>
      </w:r>
      <w:proofErr w:type="spellEnd"/>
      <w:r w:rsidRPr="00846012">
        <w:rPr>
          <w:b/>
          <w:lang w:val="fr-FR"/>
        </w:rPr>
        <w:t xml:space="preserve"> </w:t>
      </w:r>
      <w:proofErr w:type="spellStart"/>
      <w:r w:rsidRPr="00846012">
        <w:rPr>
          <w:b/>
          <w:lang w:val="fr-FR"/>
        </w:rPr>
        <w:t>competente</w:t>
      </w:r>
      <w:proofErr w:type="spellEnd"/>
      <w:r w:rsidRPr="00846012">
        <w:rPr>
          <w:b/>
          <w:lang w:val="fr-FR"/>
        </w:rPr>
        <w:t xml:space="preserve"> de </w:t>
      </w:r>
      <w:proofErr w:type="spellStart"/>
      <w:r w:rsidRPr="00846012">
        <w:rPr>
          <w:b/>
          <w:lang w:val="fr-FR"/>
        </w:rPr>
        <w:t>pe</w:t>
      </w:r>
      <w:proofErr w:type="spellEnd"/>
      <w:r w:rsidRPr="00846012">
        <w:rPr>
          <w:b/>
          <w:lang w:val="fr-FR"/>
        </w:rPr>
        <w:t xml:space="preserve"> </w:t>
      </w:r>
      <w:proofErr w:type="spellStart"/>
      <w:r w:rsidRPr="00846012">
        <w:rPr>
          <w:b/>
          <w:lang w:val="fr-FR"/>
        </w:rPr>
        <w:t>raza</w:t>
      </w:r>
      <w:proofErr w:type="spellEnd"/>
      <w:r w:rsidRPr="00846012">
        <w:rPr>
          <w:b/>
          <w:lang w:val="fr-FR"/>
        </w:rPr>
        <w:t xml:space="preserve"> </w:t>
      </w:r>
      <w:proofErr w:type="spellStart"/>
      <w:r w:rsidRPr="00846012">
        <w:rPr>
          <w:b/>
          <w:lang w:val="fr-FR"/>
        </w:rPr>
        <w:t>Municipiului</w:t>
      </w:r>
      <w:proofErr w:type="spellEnd"/>
      <w:r w:rsidRPr="00846012">
        <w:rPr>
          <w:b/>
          <w:lang w:val="fr-FR"/>
        </w:rPr>
        <w:t xml:space="preserve"> </w:t>
      </w:r>
      <w:proofErr w:type="spellStart"/>
      <w:r w:rsidRPr="00846012">
        <w:rPr>
          <w:b/>
          <w:lang w:val="fr-FR"/>
        </w:rPr>
        <w:t>București</w:t>
      </w:r>
      <w:proofErr w:type="spellEnd"/>
      <w:r w:rsidRPr="00846012">
        <w:rPr>
          <w:lang w:val="fr-FR"/>
        </w:rPr>
        <w:t>.</w:t>
      </w:r>
    </w:p>
    <w:p w14:paraId="477DBD71" w14:textId="77777777" w:rsidR="003260D0" w:rsidRDefault="00916C8E">
      <w:pPr>
        <w:spacing w:after="120"/>
        <w:jc w:val="both"/>
      </w:pPr>
      <w:r>
        <w:t xml:space="preserve">Limba </w:t>
      </w:r>
      <w:proofErr w:type="spellStart"/>
      <w:r>
        <w:t>utilizată</w:t>
      </w:r>
      <w:proofErr w:type="spellEnd"/>
      <w:r>
        <w:t xml:space="preserve"> </w:t>
      </w:r>
      <w:proofErr w:type="spellStart"/>
      <w:r>
        <w:t>în</w:t>
      </w:r>
      <w:proofErr w:type="spellEnd"/>
      <w:r>
        <w:t xml:space="preserve"> </w:t>
      </w:r>
      <w:proofErr w:type="spellStart"/>
      <w:r>
        <w:t>relațiile</w:t>
      </w:r>
      <w:proofErr w:type="spellEnd"/>
      <w:r>
        <w:t xml:space="preserve"> dintre Utilizator și WINNERS GROUP COMPANIE DE BROKERAJ S.R.L. este </w:t>
      </w:r>
      <w:r>
        <w:rPr>
          <w:b/>
        </w:rPr>
        <w:t>limba română</w:t>
      </w:r>
      <w:r>
        <w:t>.</w:t>
      </w:r>
    </w:p>
    <w:p w14:paraId="3DD96DB2" w14:textId="77777777" w:rsidR="003260D0" w:rsidRDefault="00916C8E">
      <w:pPr>
        <w:pStyle w:val="Heading2"/>
      </w:pPr>
      <w:r>
        <w:rPr>
          <w:rFonts w:ascii="Arial" w:hAnsi="Arial"/>
        </w:rPr>
        <w:t>20. Modificarea Termenilor și Condițiilor</w:t>
      </w:r>
    </w:p>
    <w:p w14:paraId="595210BE" w14:textId="77777777" w:rsidR="003260D0" w:rsidRPr="00846012" w:rsidRDefault="00916C8E">
      <w:pPr>
        <w:spacing w:after="120"/>
        <w:jc w:val="both"/>
        <w:rPr>
          <w:lang w:val="fr-FR"/>
        </w:rPr>
      </w:pPr>
      <w:r>
        <w:t xml:space="preserve">WINNERS GROUP COMPANIE DE BROKERAJ S.R.L. își rezervă dreptul de a modifica unilateral prezentele Termeni și Condiții, fără notificare prealabilă. </w:t>
      </w:r>
      <w:proofErr w:type="spellStart"/>
      <w:r w:rsidRPr="00846012">
        <w:rPr>
          <w:lang w:val="fr-FR"/>
        </w:rPr>
        <w:t>Modificările</w:t>
      </w:r>
      <w:proofErr w:type="spellEnd"/>
      <w:r w:rsidRPr="00846012">
        <w:rPr>
          <w:lang w:val="fr-FR"/>
        </w:rPr>
        <w:t xml:space="preserve"> vor fi </w:t>
      </w:r>
      <w:proofErr w:type="spellStart"/>
      <w:r w:rsidRPr="00846012">
        <w:rPr>
          <w:lang w:val="fr-FR"/>
        </w:rPr>
        <w:t>aduse</w:t>
      </w:r>
      <w:proofErr w:type="spellEnd"/>
      <w:r w:rsidRPr="00846012">
        <w:rPr>
          <w:lang w:val="fr-FR"/>
        </w:rPr>
        <w:t xml:space="preserve"> la </w:t>
      </w:r>
      <w:proofErr w:type="spellStart"/>
      <w:r w:rsidRPr="00846012">
        <w:rPr>
          <w:lang w:val="fr-FR"/>
        </w:rPr>
        <w:t>cunoștința</w:t>
      </w:r>
      <w:proofErr w:type="spellEnd"/>
      <w:r w:rsidRPr="00846012">
        <w:rPr>
          <w:lang w:val="fr-FR"/>
        </w:rPr>
        <w:t xml:space="preserve"> </w:t>
      </w:r>
      <w:proofErr w:type="spellStart"/>
      <w:r w:rsidRPr="00846012">
        <w:rPr>
          <w:lang w:val="fr-FR"/>
        </w:rPr>
        <w:t>Utilizatorilor</w:t>
      </w:r>
      <w:proofErr w:type="spellEnd"/>
      <w:r w:rsidRPr="00846012">
        <w:rPr>
          <w:lang w:val="fr-FR"/>
        </w:rPr>
        <w:t xml:space="preserve"> prin </w:t>
      </w:r>
      <w:proofErr w:type="spellStart"/>
      <w:r w:rsidRPr="00846012">
        <w:rPr>
          <w:lang w:val="fr-FR"/>
        </w:rPr>
        <w:t>publicarea</w:t>
      </w:r>
      <w:proofErr w:type="spellEnd"/>
      <w:r w:rsidRPr="00846012">
        <w:rPr>
          <w:lang w:val="fr-FR"/>
        </w:rPr>
        <w:t xml:space="preserve"> </w:t>
      </w:r>
      <w:proofErr w:type="spellStart"/>
      <w:r w:rsidRPr="00846012">
        <w:rPr>
          <w:lang w:val="fr-FR"/>
        </w:rPr>
        <w:t>versiunii</w:t>
      </w:r>
      <w:proofErr w:type="spellEnd"/>
      <w:r w:rsidRPr="00846012">
        <w:rPr>
          <w:lang w:val="fr-FR"/>
        </w:rPr>
        <w:t xml:space="preserve"> </w:t>
      </w:r>
      <w:proofErr w:type="spellStart"/>
      <w:r w:rsidRPr="00846012">
        <w:rPr>
          <w:lang w:val="fr-FR"/>
        </w:rPr>
        <w:t>actualizate</w:t>
      </w:r>
      <w:proofErr w:type="spellEnd"/>
      <w:r w:rsidRPr="00846012">
        <w:rPr>
          <w:lang w:val="fr-FR"/>
        </w:rPr>
        <w:t xml:space="preserve"> </w:t>
      </w:r>
      <w:proofErr w:type="spellStart"/>
      <w:r w:rsidRPr="00846012">
        <w:rPr>
          <w:lang w:val="fr-FR"/>
        </w:rPr>
        <w:t>pe</w:t>
      </w:r>
      <w:proofErr w:type="spellEnd"/>
      <w:r w:rsidRPr="00846012">
        <w:rPr>
          <w:lang w:val="fr-FR"/>
        </w:rPr>
        <w:t xml:space="preserve"> site-</w:t>
      </w:r>
      <w:proofErr w:type="spellStart"/>
      <w:r w:rsidRPr="00846012">
        <w:rPr>
          <w:lang w:val="fr-FR"/>
        </w:rPr>
        <w:t>ul</w:t>
      </w:r>
      <w:proofErr w:type="spellEnd"/>
      <w:r w:rsidRPr="00846012">
        <w:rPr>
          <w:lang w:val="fr-FR"/>
        </w:rPr>
        <w:t xml:space="preserve"> www.winnersgroup.ro </w:t>
      </w:r>
      <w:proofErr w:type="spellStart"/>
      <w:r w:rsidRPr="00846012">
        <w:rPr>
          <w:lang w:val="fr-FR"/>
        </w:rPr>
        <w:t>și</w:t>
      </w:r>
      <w:proofErr w:type="spellEnd"/>
      <w:r w:rsidRPr="00846012">
        <w:rPr>
          <w:lang w:val="fr-FR"/>
        </w:rPr>
        <w:t xml:space="preserve"> </w:t>
      </w:r>
      <w:proofErr w:type="spellStart"/>
      <w:r w:rsidRPr="00846012">
        <w:rPr>
          <w:lang w:val="fr-FR"/>
        </w:rPr>
        <w:t>intră</w:t>
      </w:r>
      <w:proofErr w:type="spellEnd"/>
      <w:r w:rsidRPr="00846012">
        <w:rPr>
          <w:lang w:val="fr-FR"/>
        </w:rPr>
        <w:t xml:space="preserve"> </w:t>
      </w:r>
      <w:proofErr w:type="spellStart"/>
      <w:r w:rsidRPr="00846012">
        <w:rPr>
          <w:lang w:val="fr-FR"/>
        </w:rPr>
        <w:t>în</w:t>
      </w:r>
      <w:proofErr w:type="spellEnd"/>
      <w:r w:rsidRPr="00846012">
        <w:rPr>
          <w:lang w:val="fr-FR"/>
        </w:rPr>
        <w:t xml:space="preserve"> </w:t>
      </w:r>
      <w:proofErr w:type="spellStart"/>
      <w:r w:rsidRPr="00846012">
        <w:rPr>
          <w:lang w:val="fr-FR"/>
        </w:rPr>
        <w:t>vigoare</w:t>
      </w:r>
      <w:proofErr w:type="spellEnd"/>
      <w:r w:rsidRPr="00846012">
        <w:rPr>
          <w:lang w:val="fr-FR"/>
        </w:rPr>
        <w:t xml:space="preserve"> la data </w:t>
      </w:r>
      <w:proofErr w:type="spellStart"/>
      <w:r w:rsidRPr="00846012">
        <w:rPr>
          <w:lang w:val="fr-FR"/>
        </w:rPr>
        <w:t>publicării</w:t>
      </w:r>
      <w:proofErr w:type="spellEnd"/>
      <w:r w:rsidRPr="00846012">
        <w:rPr>
          <w:lang w:val="fr-FR"/>
        </w:rPr>
        <w:t>.</w:t>
      </w:r>
    </w:p>
    <w:p w14:paraId="3C592303" w14:textId="77777777" w:rsidR="003260D0" w:rsidRPr="00846012" w:rsidRDefault="00916C8E">
      <w:pPr>
        <w:spacing w:after="120"/>
        <w:jc w:val="both"/>
        <w:rPr>
          <w:lang w:val="fr-FR"/>
        </w:rPr>
      </w:pPr>
      <w:proofErr w:type="spellStart"/>
      <w:r w:rsidRPr="00846012">
        <w:rPr>
          <w:lang w:val="fr-FR"/>
        </w:rPr>
        <w:t>Continuarea</w:t>
      </w:r>
      <w:proofErr w:type="spellEnd"/>
      <w:r w:rsidRPr="00846012">
        <w:rPr>
          <w:lang w:val="fr-FR"/>
        </w:rPr>
        <w:t xml:space="preserve"> </w:t>
      </w:r>
      <w:proofErr w:type="spellStart"/>
      <w:r w:rsidRPr="00846012">
        <w:rPr>
          <w:lang w:val="fr-FR"/>
        </w:rPr>
        <w:t>utilizării</w:t>
      </w:r>
      <w:proofErr w:type="spellEnd"/>
      <w:r w:rsidRPr="00846012">
        <w:rPr>
          <w:lang w:val="fr-FR"/>
        </w:rPr>
        <w:t xml:space="preserve"> site-</w:t>
      </w:r>
      <w:proofErr w:type="spellStart"/>
      <w:r w:rsidRPr="00846012">
        <w:rPr>
          <w:lang w:val="fr-FR"/>
        </w:rPr>
        <w:t>ului</w:t>
      </w:r>
      <w:proofErr w:type="spellEnd"/>
      <w:r w:rsidRPr="00846012">
        <w:rPr>
          <w:lang w:val="fr-FR"/>
        </w:rPr>
        <w:t xml:space="preserve"> </w:t>
      </w:r>
      <w:proofErr w:type="spellStart"/>
      <w:r w:rsidRPr="00846012">
        <w:rPr>
          <w:lang w:val="fr-FR"/>
        </w:rPr>
        <w:t>ulterior</w:t>
      </w:r>
      <w:proofErr w:type="spellEnd"/>
      <w:r w:rsidRPr="00846012">
        <w:rPr>
          <w:lang w:val="fr-FR"/>
        </w:rPr>
        <w:t xml:space="preserve"> </w:t>
      </w:r>
      <w:proofErr w:type="spellStart"/>
      <w:r w:rsidRPr="00846012">
        <w:rPr>
          <w:lang w:val="fr-FR"/>
        </w:rPr>
        <w:t>publicării</w:t>
      </w:r>
      <w:proofErr w:type="spellEnd"/>
      <w:r w:rsidRPr="00846012">
        <w:rPr>
          <w:lang w:val="fr-FR"/>
        </w:rPr>
        <w:t xml:space="preserve"> </w:t>
      </w:r>
      <w:proofErr w:type="spellStart"/>
      <w:r w:rsidRPr="00846012">
        <w:rPr>
          <w:lang w:val="fr-FR"/>
        </w:rPr>
        <w:t>modificărilor</w:t>
      </w:r>
      <w:proofErr w:type="spellEnd"/>
      <w:r w:rsidRPr="00846012">
        <w:rPr>
          <w:lang w:val="fr-FR"/>
        </w:rPr>
        <w:t xml:space="preserve"> </w:t>
      </w:r>
      <w:proofErr w:type="spellStart"/>
      <w:r w:rsidRPr="00846012">
        <w:rPr>
          <w:lang w:val="fr-FR"/>
        </w:rPr>
        <w:t>constituie</w:t>
      </w:r>
      <w:proofErr w:type="spellEnd"/>
      <w:r w:rsidRPr="00846012">
        <w:rPr>
          <w:lang w:val="fr-FR"/>
        </w:rPr>
        <w:t xml:space="preserve"> </w:t>
      </w:r>
      <w:proofErr w:type="spellStart"/>
      <w:r w:rsidRPr="00846012">
        <w:rPr>
          <w:lang w:val="fr-FR"/>
        </w:rPr>
        <w:t>acceptarea</w:t>
      </w:r>
      <w:proofErr w:type="spellEnd"/>
      <w:r w:rsidRPr="00846012">
        <w:rPr>
          <w:lang w:val="fr-FR"/>
        </w:rPr>
        <w:t xml:space="preserve"> </w:t>
      </w:r>
      <w:proofErr w:type="spellStart"/>
      <w:r w:rsidRPr="00846012">
        <w:rPr>
          <w:lang w:val="fr-FR"/>
        </w:rPr>
        <w:t>tacită</w:t>
      </w:r>
      <w:proofErr w:type="spellEnd"/>
      <w:r w:rsidRPr="00846012">
        <w:rPr>
          <w:lang w:val="fr-FR"/>
        </w:rPr>
        <w:t xml:space="preserve"> a </w:t>
      </w:r>
      <w:proofErr w:type="spellStart"/>
      <w:r w:rsidRPr="00846012">
        <w:rPr>
          <w:lang w:val="fr-FR"/>
        </w:rPr>
        <w:t>acestora</w:t>
      </w:r>
      <w:proofErr w:type="spellEnd"/>
      <w:r w:rsidRPr="00846012">
        <w:rPr>
          <w:lang w:val="fr-FR"/>
        </w:rPr>
        <w:t xml:space="preserve"> de </w:t>
      </w:r>
      <w:proofErr w:type="spellStart"/>
      <w:r w:rsidRPr="00846012">
        <w:rPr>
          <w:lang w:val="fr-FR"/>
        </w:rPr>
        <w:t>către</w:t>
      </w:r>
      <w:proofErr w:type="spellEnd"/>
      <w:r w:rsidRPr="00846012">
        <w:rPr>
          <w:lang w:val="fr-FR"/>
        </w:rPr>
        <w:t xml:space="preserve"> </w:t>
      </w:r>
      <w:proofErr w:type="spellStart"/>
      <w:r w:rsidRPr="00846012">
        <w:rPr>
          <w:lang w:val="fr-FR"/>
        </w:rPr>
        <w:t>Utilizator</w:t>
      </w:r>
      <w:proofErr w:type="spellEnd"/>
      <w:r w:rsidRPr="00846012">
        <w:rPr>
          <w:lang w:val="fr-FR"/>
        </w:rPr>
        <w:t>.</w:t>
      </w:r>
    </w:p>
    <w:p w14:paraId="42A109B3" w14:textId="77777777" w:rsidR="003260D0" w:rsidRPr="00846012" w:rsidRDefault="00916C8E">
      <w:pPr>
        <w:spacing w:after="120"/>
        <w:jc w:val="both"/>
        <w:rPr>
          <w:lang w:val="fr-FR"/>
        </w:rPr>
      </w:pPr>
      <w:proofErr w:type="spellStart"/>
      <w:r w:rsidRPr="00846012">
        <w:rPr>
          <w:lang w:val="fr-FR"/>
        </w:rPr>
        <w:t>În</w:t>
      </w:r>
      <w:proofErr w:type="spellEnd"/>
      <w:r w:rsidRPr="00846012">
        <w:rPr>
          <w:lang w:val="fr-FR"/>
        </w:rPr>
        <w:t xml:space="preserve"> </w:t>
      </w:r>
      <w:proofErr w:type="spellStart"/>
      <w:r w:rsidRPr="00846012">
        <w:rPr>
          <w:lang w:val="fr-FR"/>
        </w:rPr>
        <w:t>caz</w:t>
      </w:r>
      <w:proofErr w:type="spellEnd"/>
      <w:r w:rsidRPr="00846012">
        <w:rPr>
          <w:lang w:val="fr-FR"/>
        </w:rPr>
        <w:t xml:space="preserve"> de </w:t>
      </w:r>
      <w:proofErr w:type="spellStart"/>
      <w:r w:rsidRPr="00846012">
        <w:rPr>
          <w:lang w:val="fr-FR"/>
        </w:rPr>
        <w:t>diferență</w:t>
      </w:r>
      <w:proofErr w:type="spellEnd"/>
      <w:r w:rsidRPr="00846012">
        <w:rPr>
          <w:lang w:val="fr-FR"/>
        </w:rPr>
        <w:t xml:space="preserve"> </w:t>
      </w:r>
      <w:proofErr w:type="spellStart"/>
      <w:r w:rsidRPr="00846012">
        <w:rPr>
          <w:lang w:val="fr-FR"/>
        </w:rPr>
        <w:t>între</w:t>
      </w:r>
      <w:proofErr w:type="spellEnd"/>
      <w:r w:rsidRPr="00846012">
        <w:rPr>
          <w:lang w:val="fr-FR"/>
        </w:rPr>
        <w:t xml:space="preserve"> </w:t>
      </w:r>
      <w:proofErr w:type="spellStart"/>
      <w:r w:rsidRPr="00846012">
        <w:rPr>
          <w:lang w:val="fr-FR"/>
        </w:rPr>
        <w:t>prevederile</w:t>
      </w:r>
      <w:proofErr w:type="spellEnd"/>
      <w:r w:rsidRPr="00846012">
        <w:rPr>
          <w:lang w:val="fr-FR"/>
        </w:rPr>
        <w:t xml:space="preserve"> </w:t>
      </w:r>
      <w:proofErr w:type="spellStart"/>
      <w:r w:rsidRPr="00846012">
        <w:rPr>
          <w:lang w:val="fr-FR"/>
        </w:rPr>
        <w:t>prezentului</w:t>
      </w:r>
      <w:proofErr w:type="spellEnd"/>
      <w:r w:rsidRPr="00846012">
        <w:rPr>
          <w:lang w:val="fr-FR"/>
        </w:rPr>
        <w:t xml:space="preserve"> document </w:t>
      </w:r>
      <w:proofErr w:type="spellStart"/>
      <w:r w:rsidRPr="00846012">
        <w:rPr>
          <w:lang w:val="fr-FR"/>
        </w:rPr>
        <w:t>și</w:t>
      </w:r>
      <w:proofErr w:type="spellEnd"/>
      <w:r w:rsidRPr="00846012">
        <w:rPr>
          <w:lang w:val="fr-FR"/>
        </w:rPr>
        <w:t xml:space="preserve"> </w:t>
      </w:r>
      <w:proofErr w:type="spellStart"/>
      <w:r w:rsidRPr="00846012">
        <w:rPr>
          <w:lang w:val="fr-FR"/>
        </w:rPr>
        <w:t>conținutul</w:t>
      </w:r>
      <w:proofErr w:type="spellEnd"/>
      <w:r w:rsidRPr="00846012">
        <w:rPr>
          <w:lang w:val="fr-FR"/>
        </w:rPr>
        <w:t xml:space="preserve"> </w:t>
      </w:r>
      <w:proofErr w:type="spellStart"/>
      <w:r w:rsidRPr="00846012">
        <w:rPr>
          <w:lang w:val="fr-FR"/>
        </w:rPr>
        <w:t>altor</w:t>
      </w:r>
      <w:proofErr w:type="spellEnd"/>
      <w:r w:rsidRPr="00846012">
        <w:rPr>
          <w:lang w:val="fr-FR"/>
        </w:rPr>
        <w:t xml:space="preserve"> </w:t>
      </w:r>
      <w:proofErr w:type="spellStart"/>
      <w:r w:rsidRPr="00846012">
        <w:rPr>
          <w:lang w:val="fr-FR"/>
        </w:rPr>
        <w:t>secțiuni</w:t>
      </w:r>
      <w:proofErr w:type="spellEnd"/>
      <w:r w:rsidRPr="00846012">
        <w:rPr>
          <w:lang w:val="fr-FR"/>
        </w:rPr>
        <w:t xml:space="preserve"> ale site-</w:t>
      </w:r>
      <w:proofErr w:type="spellStart"/>
      <w:r w:rsidRPr="00846012">
        <w:rPr>
          <w:lang w:val="fr-FR"/>
        </w:rPr>
        <w:t>ului</w:t>
      </w:r>
      <w:proofErr w:type="spellEnd"/>
      <w:r w:rsidRPr="00846012">
        <w:rPr>
          <w:lang w:val="fr-FR"/>
        </w:rPr>
        <w:t xml:space="preserve">, </w:t>
      </w:r>
      <w:proofErr w:type="spellStart"/>
      <w:r w:rsidRPr="00846012">
        <w:rPr>
          <w:lang w:val="fr-FR"/>
        </w:rPr>
        <w:t>prevederile</w:t>
      </w:r>
      <w:proofErr w:type="spellEnd"/>
      <w:r w:rsidRPr="00846012">
        <w:rPr>
          <w:lang w:val="fr-FR"/>
        </w:rPr>
        <w:t xml:space="preserve"> </w:t>
      </w:r>
      <w:proofErr w:type="spellStart"/>
      <w:r w:rsidRPr="00846012">
        <w:rPr>
          <w:lang w:val="fr-FR"/>
        </w:rPr>
        <w:t>prezentelor</w:t>
      </w:r>
      <w:proofErr w:type="spellEnd"/>
      <w:r w:rsidRPr="00846012">
        <w:rPr>
          <w:lang w:val="fr-FR"/>
        </w:rPr>
        <w:t xml:space="preserve"> </w:t>
      </w:r>
      <w:proofErr w:type="spellStart"/>
      <w:r w:rsidRPr="00846012">
        <w:rPr>
          <w:lang w:val="fr-FR"/>
        </w:rPr>
        <w:t>Termeni</w:t>
      </w:r>
      <w:proofErr w:type="spellEnd"/>
      <w:r w:rsidRPr="00846012">
        <w:rPr>
          <w:lang w:val="fr-FR"/>
        </w:rPr>
        <w:t xml:space="preserve"> </w:t>
      </w:r>
      <w:proofErr w:type="spellStart"/>
      <w:r w:rsidRPr="00846012">
        <w:rPr>
          <w:lang w:val="fr-FR"/>
        </w:rPr>
        <w:t>și</w:t>
      </w:r>
      <w:proofErr w:type="spellEnd"/>
      <w:r w:rsidRPr="00846012">
        <w:rPr>
          <w:lang w:val="fr-FR"/>
        </w:rPr>
        <w:t xml:space="preserve"> </w:t>
      </w:r>
      <w:proofErr w:type="spellStart"/>
      <w:r w:rsidRPr="00846012">
        <w:rPr>
          <w:lang w:val="fr-FR"/>
        </w:rPr>
        <w:t>Condiții</w:t>
      </w:r>
      <w:proofErr w:type="spellEnd"/>
      <w:r w:rsidRPr="00846012">
        <w:rPr>
          <w:lang w:val="fr-FR"/>
        </w:rPr>
        <w:t xml:space="preserve"> </w:t>
      </w:r>
      <w:proofErr w:type="spellStart"/>
      <w:r w:rsidRPr="00846012">
        <w:rPr>
          <w:lang w:val="fr-FR"/>
        </w:rPr>
        <w:t>prevalează</w:t>
      </w:r>
      <w:proofErr w:type="spellEnd"/>
      <w:r w:rsidRPr="00846012">
        <w:rPr>
          <w:lang w:val="fr-FR"/>
        </w:rPr>
        <w:t>.</w:t>
      </w:r>
    </w:p>
    <w:p w14:paraId="36FDE92D" w14:textId="77777777" w:rsidR="003260D0" w:rsidRPr="00846012" w:rsidRDefault="00916C8E">
      <w:pPr>
        <w:pStyle w:val="Heading2"/>
        <w:rPr>
          <w:lang w:val="fr-FR"/>
        </w:rPr>
      </w:pPr>
      <w:r w:rsidRPr="00846012">
        <w:rPr>
          <w:rFonts w:ascii="Arial" w:hAnsi="Arial"/>
          <w:lang w:val="fr-FR"/>
        </w:rPr>
        <w:lastRenderedPageBreak/>
        <w:t xml:space="preserve">21. </w:t>
      </w:r>
      <w:proofErr w:type="spellStart"/>
      <w:r w:rsidRPr="00846012">
        <w:rPr>
          <w:rFonts w:ascii="Arial" w:hAnsi="Arial"/>
          <w:lang w:val="fr-FR"/>
        </w:rPr>
        <w:t>Dispoziții</w:t>
      </w:r>
      <w:proofErr w:type="spellEnd"/>
      <w:r w:rsidRPr="00846012">
        <w:rPr>
          <w:rFonts w:ascii="Arial" w:hAnsi="Arial"/>
          <w:lang w:val="fr-FR"/>
        </w:rPr>
        <w:t xml:space="preserve"> finale</w:t>
      </w:r>
    </w:p>
    <w:p w14:paraId="45E73252" w14:textId="77777777" w:rsidR="003260D0" w:rsidRPr="00846012" w:rsidRDefault="00916C8E">
      <w:pPr>
        <w:spacing w:after="120"/>
        <w:jc w:val="both"/>
        <w:rPr>
          <w:lang w:val="fr-FR"/>
        </w:rPr>
      </w:pPr>
      <w:proofErr w:type="spellStart"/>
      <w:r w:rsidRPr="00846012">
        <w:rPr>
          <w:lang w:val="fr-FR"/>
        </w:rPr>
        <w:t>Toate</w:t>
      </w:r>
      <w:proofErr w:type="spellEnd"/>
      <w:r w:rsidRPr="00846012">
        <w:rPr>
          <w:lang w:val="fr-FR"/>
        </w:rPr>
        <w:t xml:space="preserve"> </w:t>
      </w:r>
      <w:proofErr w:type="spellStart"/>
      <w:r w:rsidRPr="00846012">
        <w:rPr>
          <w:lang w:val="fr-FR"/>
        </w:rPr>
        <w:t>comenzile</w:t>
      </w:r>
      <w:proofErr w:type="spellEnd"/>
      <w:r w:rsidRPr="00846012">
        <w:rPr>
          <w:lang w:val="fr-FR"/>
        </w:rPr>
        <w:t xml:space="preserve"> </w:t>
      </w:r>
      <w:proofErr w:type="spellStart"/>
      <w:r w:rsidRPr="00846012">
        <w:rPr>
          <w:lang w:val="fr-FR"/>
        </w:rPr>
        <w:t>efectuate</w:t>
      </w:r>
      <w:proofErr w:type="spellEnd"/>
      <w:r w:rsidRPr="00846012">
        <w:rPr>
          <w:lang w:val="fr-FR"/>
        </w:rPr>
        <w:t xml:space="preserve"> prin www.winnersgroup.ro se </w:t>
      </w:r>
      <w:proofErr w:type="spellStart"/>
      <w:r w:rsidRPr="00846012">
        <w:rPr>
          <w:lang w:val="fr-FR"/>
        </w:rPr>
        <w:t>supun</w:t>
      </w:r>
      <w:proofErr w:type="spellEnd"/>
      <w:r w:rsidRPr="00846012">
        <w:rPr>
          <w:lang w:val="fr-FR"/>
        </w:rPr>
        <w:t xml:space="preserve"> </w:t>
      </w:r>
      <w:proofErr w:type="spellStart"/>
      <w:r w:rsidRPr="00846012">
        <w:rPr>
          <w:lang w:val="fr-FR"/>
        </w:rPr>
        <w:t>prevederilor</w:t>
      </w:r>
      <w:proofErr w:type="spellEnd"/>
      <w:r w:rsidRPr="00846012">
        <w:rPr>
          <w:lang w:val="fr-FR"/>
        </w:rPr>
        <w:t xml:space="preserve"> </w:t>
      </w:r>
      <w:proofErr w:type="spellStart"/>
      <w:r w:rsidRPr="00846012">
        <w:rPr>
          <w:lang w:val="fr-FR"/>
        </w:rPr>
        <w:t>prezentului</w:t>
      </w:r>
      <w:proofErr w:type="spellEnd"/>
      <w:r w:rsidRPr="00846012">
        <w:rPr>
          <w:lang w:val="fr-FR"/>
        </w:rPr>
        <w:t xml:space="preserve"> document.</w:t>
      </w:r>
    </w:p>
    <w:p w14:paraId="51825EDC" w14:textId="77777777" w:rsidR="003260D0" w:rsidRPr="00846012" w:rsidRDefault="00916C8E">
      <w:pPr>
        <w:spacing w:after="120"/>
        <w:jc w:val="both"/>
        <w:rPr>
          <w:lang w:val="fr-FR"/>
        </w:rPr>
      </w:pPr>
      <w:proofErr w:type="spellStart"/>
      <w:r w:rsidRPr="00846012">
        <w:rPr>
          <w:b/>
          <w:lang w:val="fr-FR"/>
        </w:rPr>
        <w:t>Vizitarea</w:t>
      </w:r>
      <w:proofErr w:type="spellEnd"/>
      <w:r w:rsidRPr="00846012">
        <w:rPr>
          <w:b/>
          <w:lang w:val="fr-FR"/>
        </w:rPr>
        <w:t xml:space="preserve"> </w:t>
      </w:r>
      <w:proofErr w:type="spellStart"/>
      <w:r w:rsidRPr="00846012">
        <w:rPr>
          <w:b/>
          <w:lang w:val="fr-FR"/>
        </w:rPr>
        <w:t>în</w:t>
      </w:r>
      <w:proofErr w:type="spellEnd"/>
      <w:r w:rsidRPr="00846012">
        <w:rPr>
          <w:b/>
          <w:lang w:val="fr-FR"/>
        </w:rPr>
        <w:t xml:space="preserve"> </w:t>
      </w:r>
      <w:proofErr w:type="spellStart"/>
      <w:r w:rsidRPr="00846012">
        <w:rPr>
          <w:b/>
          <w:lang w:val="fr-FR"/>
        </w:rPr>
        <w:t>continuare</w:t>
      </w:r>
      <w:proofErr w:type="spellEnd"/>
      <w:r w:rsidRPr="00846012">
        <w:rPr>
          <w:b/>
          <w:lang w:val="fr-FR"/>
        </w:rPr>
        <w:t xml:space="preserve"> a site-</w:t>
      </w:r>
      <w:proofErr w:type="spellStart"/>
      <w:r w:rsidRPr="00846012">
        <w:rPr>
          <w:b/>
          <w:lang w:val="fr-FR"/>
        </w:rPr>
        <w:t>ului</w:t>
      </w:r>
      <w:proofErr w:type="spellEnd"/>
      <w:r w:rsidRPr="00846012">
        <w:rPr>
          <w:b/>
          <w:lang w:val="fr-FR"/>
        </w:rPr>
        <w:t xml:space="preserve"> www.winnersgroup.ro </w:t>
      </w:r>
      <w:proofErr w:type="spellStart"/>
      <w:r w:rsidRPr="00846012">
        <w:rPr>
          <w:b/>
          <w:lang w:val="fr-FR"/>
        </w:rPr>
        <w:t>presupune</w:t>
      </w:r>
      <w:proofErr w:type="spellEnd"/>
      <w:r w:rsidRPr="00846012">
        <w:rPr>
          <w:b/>
          <w:lang w:val="fr-FR"/>
        </w:rPr>
        <w:t xml:space="preserve"> </w:t>
      </w:r>
      <w:proofErr w:type="spellStart"/>
      <w:r w:rsidRPr="00846012">
        <w:rPr>
          <w:b/>
          <w:lang w:val="fr-FR"/>
        </w:rPr>
        <w:t>că</w:t>
      </w:r>
      <w:proofErr w:type="spellEnd"/>
      <w:r w:rsidRPr="00846012">
        <w:rPr>
          <w:b/>
          <w:lang w:val="fr-FR"/>
        </w:rPr>
        <w:t xml:space="preserve"> </w:t>
      </w:r>
      <w:proofErr w:type="spellStart"/>
      <w:r w:rsidRPr="00846012">
        <w:rPr>
          <w:b/>
          <w:lang w:val="fr-FR"/>
        </w:rPr>
        <w:t>ați</w:t>
      </w:r>
      <w:proofErr w:type="spellEnd"/>
      <w:r w:rsidRPr="00846012">
        <w:rPr>
          <w:b/>
          <w:lang w:val="fr-FR"/>
        </w:rPr>
        <w:t xml:space="preserve"> </w:t>
      </w:r>
      <w:proofErr w:type="spellStart"/>
      <w:r w:rsidRPr="00846012">
        <w:rPr>
          <w:b/>
          <w:lang w:val="fr-FR"/>
        </w:rPr>
        <w:t>citit</w:t>
      </w:r>
      <w:proofErr w:type="spellEnd"/>
      <w:r w:rsidRPr="00846012">
        <w:rPr>
          <w:b/>
          <w:lang w:val="fr-FR"/>
        </w:rPr>
        <w:t xml:space="preserve"> </w:t>
      </w:r>
      <w:proofErr w:type="spellStart"/>
      <w:r w:rsidRPr="00846012">
        <w:rPr>
          <w:b/>
          <w:lang w:val="fr-FR"/>
        </w:rPr>
        <w:t>și</w:t>
      </w:r>
      <w:proofErr w:type="spellEnd"/>
      <w:r w:rsidRPr="00846012">
        <w:rPr>
          <w:b/>
          <w:lang w:val="fr-FR"/>
        </w:rPr>
        <w:t xml:space="preserve"> </w:t>
      </w:r>
      <w:proofErr w:type="spellStart"/>
      <w:r w:rsidRPr="00846012">
        <w:rPr>
          <w:b/>
          <w:lang w:val="fr-FR"/>
        </w:rPr>
        <w:t>că</w:t>
      </w:r>
      <w:proofErr w:type="spellEnd"/>
      <w:r w:rsidRPr="00846012">
        <w:rPr>
          <w:b/>
          <w:lang w:val="fr-FR"/>
        </w:rPr>
        <w:t xml:space="preserve"> </w:t>
      </w:r>
      <w:proofErr w:type="spellStart"/>
      <w:r w:rsidRPr="00846012">
        <w:rPr>
          <w:b/>
          <w:lang w:val="fr-FR"/>
        </w:rPr>
        <w:t>sunteți</w:t>
      </w:r>
      <w:proofErr w:type="spellEnd"/>
      <w:r w:rsidRPr="00846012">
        <w:rPr>
          <w:b/>
          <w:lang w:val="fr-FR"/>
        </w:rPr>
        <w:t xml:space="preserve"> </w:t>
      </w:r>
      <w:proofErr w:type="spellStart"/>
      <w:r w:rsidRPr="00846012">
        <w:rPr>
          <w:b/>
          <w:lang w:val="fr-FR"/>
        </w:rPr>
        <w:t>în</w:t>
      </w:r>
      <w:proofErr w:type="spellEnd"/>
      <w:r w:rsidRPr="00846012">
        <w:rPr>
          <w:b/>
          <w:lang w:val="fr-FR"/>
        </w:rPr>
        <w:t xml:space="preserve"> </w:t>
      </w:r>
      <w:proofErr w:type="spellStart"/>
      <w:r w:rsidRPr="00846012">
        <w:rPr>
          <w:b/>
          <w:lang w:val="fr-FR"/>
        </w:rPr>
        <w:t>totalitate</w:t>
      </w:r>
      <w:proofErr w:type="spellEnd"/>
      <w:r w:rsidRPr="00846012">
        <w:rPr>
          <w:b/>
          <w:lang w:val="fr-FR"/>
        </w:rPr>
        <w:t xml:space="preserve"> de </w:t>
      </w:r>
      <w:proofErr w:type="spellStart"/>
      <w:r w:rsidRPr="00846012">
        <w:rPr>
          <w:b/>
          <w:lang w:val="fr-FR"/>
        </w:rPr>
        <w:t>acord</w:t>
      </w:r>
      <w:proofErr w:type="spellEnd"/>
      <w:r w:rsidRPr="00846012">
        <w:rPr>
          <w:b/>
          <w:lang w:val="fr-FR"/>
        </w:rPr>
        <w:t xml:space="preserve"> </w:t>
      </w:r>
      <w:proofErr w:type="spellStart"/>
      <w:r w:rsidRPr="00846012">
        <w:rPr>
          <w:b/>
          <w:lang w:val="fr-FR"/>
        </w:rPr>
        <w:t>cu</w:t>
      </w:r>
      <w:proofErr w:type="spellEnd"/>
      <w:r w:rsidRPr="00846012">
        <w:rPr>
          <w:b/>
          <w:lang w:val="fr-FR"/>
        </w:rPr>
        <w:t xml:space="preserve"> </w:t>
      </w:r>
      <w:proofErr w:type="spellStart"/>
      <w:r w:rsidRPr="00846012">
        <w:rPr>
          <w:b/>
          <w:lang w:val="fr-FR"/>
        </w:rPr>
        <w:t>Termenii</w:t>
      </w:r>
      <w:proofErr w:type="spellEnd"/>
      <w:r w:rsidRPr="00846012">
        <w:rPr>
          <w:b/>
          <w:lang w:val="fr-FR"/>
        </w:rPr>
        <w:t xml:space="preserve"> </w:t>
      </w:r>
      <w:proofErr w:type="spellStart"/>
      <w:r w:rsidRPr="00846012">
        <w:rPr>
          <w:b/>
          <w:lang w:val="fr-FR"/>
        </w:rPr>
        <w:t>și</w:t>
      </w:r>
      <w:proofErr w:type="spellEnd"/>
      <w:r w:rsidRPr="00846012">
        <w:rPr>
          <w:b/>
          <w:lang w:val="fr-FR"/>
        </w:rPr>
        <w:t xml:space="preserve"> </w:t>
      </w:r>
      <w:proofErr w:type="spellStart"/>
      <w:r w:rsidRPr="00846012">
        <w:rPr>
          <w:b/>
          <w:lang w:val="fr-FR"/>
        </w:rPr>
        <w:t>Condițiile</w:t>
      </w:r>
      <w:proofErr w:type="spellEnd"/>
      <w:r w:rsidRPr="00846012">
        <w:rPr>
          <w:b/>
          <w:lang w:val="fr-FR"/>
        </w:rPr>
        <w:t xml:space="preserve"> de </w:t>
      </w:r>
      <w:proofErr w:type="spellStart"/>
      <w:r w:rsidRPr="00846012">
        <w:rPr>
          <w:b/>
          <w:lang w:val="fr-FR"/>
        </w:rPr>
        <w:t>utilizare</w:t>
      </w:r>
      <w:proofErr w:type="spellEnd"/>
      <w:r w:rsidRPr="00846012">
        <w:rPr>
          <w:b/>
          <w:lang w:val="fr-FR"/>
        </w:rPr>
        <w:t xml:space="preserve"> de mai sus.</w:t>
      </w:r>
    </w:p>
    <w:p w14:paraId="117E0D6B" w14:textId="77777777" w:rsidR="003260D0" w:rsidRPr="00846012" w:rsidRDefault="00916C8E">
      <w:pPr>
        <w:spacing w:before="240"/>
        <w:jc w:val="both"/>
        <w:rPr>
          <w:lang w:val="fr-FR"/>
        </w:rPr>
      </w:pPr>
      <w:r w:rsidRPr="00846012">
        <w:rPr>
          <w:i/>
          <w:sz w:val="18"/>
          <w:lang w:val="fr-FR"/>
        </w:rPr>
        <w:t xml:space="preserve">Document </w:t>
      </w:r>
      <w:proofErr w:type="spellStart"/>
      <w:r w:rsidRPr="00846012">
        <w:rPr>
          <w:i/>
          <w:sz w:val="18"/>
          <w:lang w:val="fr-FR"/>
        </w:rPr>
        <w:t>elaborat</w:t>
      </w:r>
      <w:proofErr w:type="spellEnd"/>
      <w:r w:rsidRPr="00846012">
        <w:rPr>
          <w:i/>
          <w:sz w:val="18"/>
          <w:lang w:val="fr-FR"/>
        </w:rPr>
        <w:t xml:space="preserve"> </w:t>
      </w:r>
      <w:proofErr w:type="spellStart"/>
      <w:r w:rsidRPr="00846012">
        <w:rPr>
          <w:i/>
          <w:sz w:val="18"/>
          <w:lang w:val="fr-FR"/>
        </w:rPr>
        <w:t>în</w:t>
      </w:r>
      <w:proofErr w:type="spellEnd"/>
      <w:r w:rsidRPr="00846012">
        <w:rPr>
          <w:i/>
          <w:sz w:val="18"/>
          <w:lang w:val="fr-FR"/>
        </w:rPr>
        <w:t xml:space="preserve"> </w:t>
      </w:r>
      <w:proofErr w:type="spellStart"/>
      <w:r w:rsidRPr="00846012">
        <w:rPr>
          <w:i/>
          <w:sz w:val="18"/>
          <w:lang w:val="fr-FR"/>
        </w:rPr>
        <w:t>conformitate</w:t>
      </w:r>
      <w:proofErr w:type="spellEnd"/>
      <w:r w:rsidRPr="00846012">
        <w:rPr>
          <w:i/>
          <w:sz w:val="18"/>
          <w:lang w:val="fr-FR"/>
        </w:rPr>
        <w:t xml:space="preserve"> </w:t>
      </w:r>
      <w:proofErr w:type="spellStart"/>
      <w:proofErr w:type="gramStart"/>
      <w:r w:rsidRPr="00846012">
        <w:rPr>
          <w:i/>
          <w:sz w:val="18"/>
          <w:lang w:val="fr-FR"/>
        </w:rPr>
        <w:t>cu</w:t>
      </w:r>
      <w:proofErr w:type="spellEnd"/>
      <w:r w:rsidRPr="00846012">
        <w:rPr>
          <w:i/>
          <w:sz w:val="18"/>
          <w:lang w:val="fr-FR"/>
        </w:rPr>
        <w:t>:</w:t>
      </w:r>
      <w:proofErr w:type="gramEnd"/>
      <w:r w:rsidRPr="00846012">
        <w:rPr>
          <w:i/>
          <w:sz w:val="18"/>
          <w:lang w:val="fr-FR"/>
        </w:rPr>
        <w:t xml:space="preserve"> </w:t>
      </w:r>
      <w:proofErr w:type="spellStart"/>
      <w:r w:rsidRPr="00846012">
        <w:rPr>
          <w:i/>
          <w:sz w:val="18"/>
          <w:lang w:val="fr-FR"/>
        </w:rPr>
        <w:t>Legea</w:t>
      </w:r>
      <w:proofErr w:type="spellEnd"/>
      <w:r w:rsidRPr="00846012">
        <w:rPr>
          <w:i/>
          <w:sz w:val="18"/>
          <w:lang w:val="fr-FR"/>
        </w:rPr>
        <w:t xml:space="preserve"> nr. 236/2018 </w:t>
      </w:r>
      <w:proofErr w:type="spellStart"/>
      <w:r w:rsidRPr="00846012">
        <w:rPr>
          <w:i/>
          <w:sz w:val="18"/>
          <w:lang w:val="fr-FR"/>
        </w:rPr>
        <w:t>privind</w:t>
      </w:r>
      <w:proofErr w:type="spellEnd"/>
      <w:r w:rsidRPr="00846012">
        <w:rPr>
          <w:i/>
          <w:sz w:val="18"/>
          <w:lang w:val="fr-FR"/>
        </w:rPr>
        <w:t xml:space="preserve"> </w:t>
      </w:r>
      <w:proofErr w:type="spellStart"/>
      <w:r w:rsidRPr="00846012">
        <w:rPr>
          <w:i/>
          <w:sz w:val="18"/>
          <w:lang w:val="fr-FR"/>
        </w:rPr>
        <w:t>distribuția</w:t>
      </w:r>
      <w:proofErr w:type="spellEnd"/>
      <w:r w:rsidRPr="00846012">
        <w:rPr>
          <w:i/>
          <w:sz w:val="18"/>
          <w:lang w:val="fr-FR"/>
        </w:rPr>
        <w:t xml:space="preserve"> de </w:t>
      </w:r>
      <w:proofErr w:type="spellStart"/>
      <w:proofErr w:type="gramStart"/>
      <w:r w:rsidRPr="00846012">
        <w:rPr>
          <w:i/>
          <w:sz w:val="18"/>
          <w:lang w:val="fr-FR"/>
        </w:rPr>
        <w:t>asigurări</w:t>
      </w:r>
      <w:proofErr w:type="spellEnd"/>
      <w:r w:rsidRPr="00846012">
        <w:rPr>
          <w:i/>
          <w:sz w:val="18"/>
          <w:lang w:val="fr-FR"/>
        </w:rPr>
        <w:t>;</w:t>
      </w:r>
      <w:proofErr w:type="gramEnd"/>
      <w:r w:rsidRPr="00846012">
        <w:rPr>
          <w:i/>
          <w:sz w:val="18"/>
          <w:lang w:val="fr-FR"/>
        </w:rPr>
        <w:t xml:space="preserve"> </w:t>
      </w:r>
      <w:proofErr w:type="spellStart"/>
      <w:r w:rsidRPr="00846012">
        <w:rPr>
          <w:i/>
          <w:sz w:val="18"/>
          <w:lang w:val="fr-FR"/>
        </w:rPr>
        <w:t>Legea</w:t>
      </w:r>
      <w:proofErr w:type="spellEnd"/>
      <w:r w:rsidRPr="00846012">
        <w:rPr>
          <w:i/>
          <w:sz w:val="18"/>
          <w:lang w:val="fr-FR"/>
        </w:rPr>
        <w:t xml:space="preserve"> nr. 237/2015 </w:t>
      </w:r>
      <w:proofErr w:type="spellStart"/>
      <w:r w:rsidRPr="00846012">
        <w:rPr>
          <w:i/>
          <w:sz w:val="18"/>
          <w:lang w:val="fr-FR"/>
        </w:rPr>
        <w:t>privind</w:t>
      </w:r>
      <w:proofErr w:type="spellEnd"/>
      <w:r w:rsidRPr="00846012">
        <w:rPr>
          <w:i/>
          <w:sz w:val="18"/>
          <w:lang w:val="fr-FR"/>
        </w:rPr>
        <w:t xml:space="preserve"> </w:t>
      </w:r>
      <w:proofErr w:type="spellStart"/>
      <w:r w:rsidRPr="00846012">
        <w:rPr>
          <w:i/>
          <w:sz w:val="18"/>
          <w:lang w:val="fr-FR"/>
        </w:rPr>
        <w:t>autorizarea</w:t>
      </w:r>
      <w:proofErr w:type="spellEnd"/>
      <w:r w:rsidRPr="00846012">
        <w:rPr>
          <w:i/>
          <w:sz w:val="18"/>
          <w:lang w:val="fr-FR"/>
        </w:rPr>
        <w:t xml:space="preserve"> </w:t>
      </w:r>
      <w:proofErr w:type="spellStart"/>
      <w:r w:rsidRPr="00846012">
        <w:rPr>
          <w:i/>
          <w:sz w:val="18"/>
          <w:lang w:val="fr-FR"/>
        </w:rPr>
        <w:t>și</w:t>
      </w:r>
      <w:proofErr w:type="spellEnd"/>
      <w:r w:rsidRPr="00846012">
        <w:rPr>
          <w:i/>
          <w:sz w:val="18"/>
          <w:lang w:val="fr-FR"/>
        </w:rPr>
        <w:t xml:space="preserve"> </w:t>
      </w:r>
      <w:proofErr w:type="spellStart"/>
      <w:r w:rsidRPr="00846012">
        <w:rPr>
          <w:i/>
          <w:sz w:val="18"/>
          <w:lang w:val="fr-FR"/>
        </w:rPr>
        <w:t>supravegherea</w:t>
      </w:r>
      <w:proofErr w:type="spellEnd"/>
      <w:r w:rsidRPr="00846012">
        <w:rPr>
          <w:i/>
          <w:sz w:val="18"/>
          <w:lang w:val="fr-FR"/>
        </w:rPr>
        <w:t xml:space="preserve"> </w:t>
      </w:r>
      <w:proofErr w:type="spellStart"/>
      <w:r w:rsidRPr="00846012">
        <w:rPr>
          <w:i/>
          <w:sz w:val="18"/>
          <w:lang w:val="fr-FR"/>
        </w:rPr>
        <w:t>activității</w:t>
      </w:r>
      <w:proofErr w:type="spellEnd"/>
      <w:r w:rsidRPr="00846012">
        <w:rPr>
          <w:i/>
          <w:sz w:val="18"/>
          <w:lang w:val="fr-FR"/>
        </w:rPr>
        <w:t xml:space="preserve"> de </w:t>
      </w:r>
      <w:proofErr w:type="spellStart"/>
      <w:r w:rsidRPr="00846012">
        <w:rPr>
          <w:i/>
          <w:sz w:val="18"/>
          <w:lang w:val="fr-FR"/>
        </w:rPr>
        <w:t>asigurare</w:t>
      </w:r>
      <w:proofErr w:type="spellEnd"/>
      <w:r w:rsidRPr="00846012">
        <w:rPr>
          <w:i/>
          <w:sz w:val="18"/>
          <w:lang w:val="fr-FR"/>
        </w:rPr>
        <w:t xml:space="preserve"> </w:t>
      </w:r>
      <w:proofErr w:type="spellStart"/>
      <w:r w:rsidRPr="00846012">
        <w:rPr>
          <w:i/>
          <w:sz w:val="18"/>
          <w:lang w:val="fr-FR"/>
        </w:rPr>
        <w:t>și</w:t>
      </w:r>
      <w:proofErr w:type="spellEnd"/>
      <w:r w:rsidRPr="00846012">
        <w:rPr>
          <w:i/>
          <w:sz w:val="18"/>
          <w:lang w:val="fr-FR"/>
        </w:rPr>
        <w:t xml:space="preserve"> </w:t>
      </w:r>
      <w:proofErr w:type="spellStart"/>
      <w:proofErr w:type="gramStart"/>
      <w:r w:rsidRPr="00846012">
        <w:rPr>
          <w:i/>
          <w:sz w:val="18"/>
          <w:lang w:val="fr-FR"/>
        </w:rPr>
        <w:t>reasigurare</w:t>
      </w:r>
      <w:proofErr w:type="spellEnd"/>
      <w:r w:rsidRPr="00846012">
        <w:rPr>
          <w:i/>
          <w:sz w:val="18"/>
          <w:lang w:val="fr-FR"/>
        </w:rPr>
        <w:t>;</w:t>
      </w:r>
      <w:proofErr w:type="gramEnd"/>
      <w:r w:rsidRPr="00846012">
        <w:rPr>
          <w:i/>
          <w:sz w:val="18"/>
          <w:lang w:val="fr-FR"/>
        </w:rPr>
        <w:t xml:space="preserve"> Norma ASF nr. 22/2021 </w:t>
      </w:r>
      <w:proofErr w:type="spellStart"/>
      <w:r w:rsidRPr="00846012">
        <w:rPr>
          <w:i/>
          <w:sz w:val="18"/>
          <w:lang w:val="fr-FR"/>
        </w:rPr>
        <w:t>privind</w:t>
      </w:r>
      <w:proofErr w:type="spellEnd"/>
      <w:r w:rsidRPr="00846012">
        <w:rPr>
          <w:i/>
          <w:sz w:val="18"/>
          <w:lang w:val="fr-FR"/>
        </w:rPr>
        <w:t xml:space="preserve"> </w:t>
      </w:r>
      <w:proofErr w:type="spellStart"/>
      <w:r w:rsidRPr="00846012">
        <w:rPr>
          <w:i/>
          <w:sz w:val="18"/>
          <w:lang w:val="fr-FR"/>
        </w:rPr>
        <w:t>distribuția</w:t>
      </w:r>
      <w:proofErr w:type="spellEnd"/>
      <w:r w:rsidRPr="00846012">
        <w:rPr>
          <w:i/>
          <w:sz w:val="18"/>
          <w:lang w:val="fr-FR"/>
        </w:rPr>
        <w:t xml:space="preserve"> de </w:t>
      </w:r>
      <w:proofErr w:type="spellStart"/>
      <w:r w:rsidRPr="00846012">
        <w:rPr>
          <w:i/>
          <w:sz w:val="18"/>
          <w:lang w:val="fr-FR"/>
        </w:rPr>
        <w:t>asigurări</w:t>
      </w:r>
      <w:proofErr w:type="spellEnd"/>
      <w:r w:rsidRPr="00846012">
        <w:rPr>
          <w:i/>
          <w:sz w:val="18"/>
          <w:lang w:val="fr-FR"/>
        </w:rPr>
        <w:t xml:space="preserve"> (</w:t>
      </w:r>
      <w:proofErr w:type="spellStart"/>
      <w:r w:rsidRPr="00846012">
        <w:rPr>
          <w:i/>
          <w:sz w:val="18"/>
          <w:lang w:val="fr-FR"/>
        </w:rPr>
        <w:t>inclusiv</w:t>
      </w:r>
      <w:proofErr w:type="spellEnd"/>
      <w:r w:rsidRPr="00846012">
        <w:rPr>
          <w:i/>
          <w:sz w:val="18"/>
          <w:lang w:val="fr-FR"/>
        </w:rPr>
        <w:t xml:space="preserve"> </w:t>
      </w:r>
      <w:proofErr w:type="spellStart"/>
      <w:r w:rsidRPr="00846012">
        <w:rPr>
          <w:i/>
          <w:sz w:val="18"/>
          <w:lang w:val="fr-FR"/>
        </w:rPr>
        <w:t>Anexa</w:t>
      </w:r>
      <w:proofErr w:type="spellEnd"/>
      <w:r w:rsidRPr="00846012">
        <w:rPr>
          <w:i/>
          <w:sz w:val="18"/>
          <w:lang w:val="fr-FR"/>
        </w:rPr>
        <w:t xml:space="preserve"> nr. 16 – </w:t>
      </w:r>
      <w:proofErr w:type="spellStart"/>
      <w:r w:rsidRPr="00846012">
        <w:rPr>
          <w:i/>
          <w:sz w:val="18"/>
          <w:lang w:val="fr-FR"/>
        </w:rPr>
        <w:t>Comercializarea</w:t>
      </w:r>
      <w:proofErr w:type="spellEnd"/>
      <w:r w:rsidRPr="00846012">
        <w:rPr>
          <w:i/>
          <w:sz w:val="18"/>
          <w:lang w:val="fr-FR"/>
        </w:rPr>
        <w:t xml:space="preserve"> </w:t>
      </w:r>
      <w:proofErr w:type="spellStart"/>
      <w:r w:rsidRPr="00846012">
        <w:rPr>
          <w:i/>
          <w:sz w:val="18"/>
          <w:lang w:val="fr-FR"/>
        </w:rPr>
        <w:t>electronică</w:t>
      </w:r>
      <w:proofErr w:type="spellEnd"/>
      <w:proofErr w:type="gramStart"/>
      <w:r w:rsidRPr="00846012">
        <w:rPr>
          <w:i/>
          <w:sz w:val="18"/>
          <w:lang w:val="fr-FR"/>
        </w:rPr>
        <w:t>);</w:t>
      </w:r>
      <w:proofErr w:type="gramEnd"/>
      <w:r w:rsidRPr="00846012">
        <w:rPr>
          <w:i/>
          <w:sz w:val="18"/>
          <w:lang w:val="fr-FR"/>
        </w:rPr>
        <w:t xml:space="preserve"> </w:t>
      </w:r>
      <w:proofErr w:type="spellStart"/>
      <w:r w:rsidRPr="00846012">
        <w:rPr>
          <w:i/>
          <w:sz w:val="18"/>
          <w:lang w:val="fr-FR"/>
        </w:rPr>
        <w:t>Legea</w:t>
      </w:r>
      <w:proofErr w:type="spellEnd"/>
      <w:r w:rsidRPr="00846012">
        <w:rPr>
          <w:i/>
          <w:sz w:val="18"/>
          <w:lang w:val="fr-FR"/>
        </w:rPr>
        <w:t xml:space="preserve"> nr. 132/2017 </w:t>
      </w:r>
      <w:proofErr w:type="spellStart"/>
      <w:r w:rsidRPr="00846012">
        <w:rPr>
          <w:i/>
          <w:sz w:val="18"/>
          <w:lang w:val="fr-FR"/>
        </w:rPr>
        <w:t>privind</w:t>
      </w:r>
      <w:proofErr w:type="spellEnd"/>
      <w:r w:rsidRPr="00846012">
        <w:rPr>
          <w:i/>
          <w:sz w:val="18"/>
          <w:lang w:val="fr-FR"/>
        </w:rPr>
        <w:t xml:space="preserve"> </w:t>
      </w:r>
      <w:proofErr w:type="spellStart"/>
      <w:r w:rsidRPr="00846012">
        <w:rPr>
          <w:i/>
          <w:sz w:val="18"/>
          <w:lang w:val="fr-FR"/>
        </w:rPr>
        <w:t>asigurarea</w:t>
      </w:r>
      <w:proofErr w:type="spellEnd"/>
      <w:r w:rsidRPr="00846012">
        <w:rPr>
          <w:i/>
          <w:sz w:val="18"/>
          <w:lang w:val="fr-FR"/>
        </w:rPr>
        <w:t xml:space="preserve"> </w:t>
      </w:r>
      <w:proofErr w:type="spellStart"/>
      <w:r w:rsidRPr="00846012">
        <w:rPr>
          <w:i/>
          <w:sz w:val="18"/>
          <w:lang w:val="fr-FR"/>
        </w:rPr>
        <w:t>obligatorie</w:t>
      </w:r>
      <w:proofErr w:type="spellEnd"/>
      <w:r w:rsidRPr="00846012">
        <w:rPr>
          <w:i/>
          <w:sz w:val="18"/>
          <w:lang w:val="fr-FR"/>
        </w:rPr>
        <w:t xml:space="preserve"> de </w:t>
      </w:r>
      <w:proofErr w:type="spellStart"/>
      <w:r w:rsidRPr="00846012">
        <w:rPr>
          <w:i/>
          <w:sz w:val="18"/>
          <w:lang w:val="fr-FR"/>
        </w:rPr>
        <w:t>răspundere</w:t>
      </w:r>
      <w:proofErr w:type="spellEnd"/>
      <w:r w:rsidRPr="00846012">
        <w:rPr>
          <w:i/>
          <w:sz w:val="18"/>
          <w:lang w:val="fr-FR"/>
        </w:rPr>
        <w:t xml:space="preserve"> </w:t>
      </w:r>
      <w:proofErr w:type="spellStart"/>
      <w:r w:rsidRPr="00846012">
        <w:rPr>
          <w:i/>
          <w:sz w:val="18"/>
          <w:lang w:val="fr-FR"/>
        </w:rPr>
        <w:t>civilă</w:t>
      </w:r>
      <w:proofErr w:type="spellEnd"/>
      <w:r w:rsidRPr="00846012">
        <w:rPr>
          <w:i/>
          <w:sz w:val="18"/>
          <w:lang w:val="fr-FR"/>
        </w:rPr>
        <w:t xml:space="preserve"> auto (RCA</w:t>
      </w:r>
      <w:proofErr w:type="gramStart"/>
      <w:r w:rsidRPr="00846012">
        <w:rPr>
          <w:i/>
          <w:sz w:val="18"/>
          <w:lang w:val="fr-FR"/>
        </w:rPr>
        <w:t>);</w:t>
      </w:r>
      <w:proofErr w:type="gramEnd"/>
      <w:r w:rsidRPr="00846012">
        <w:rPr>
          <w:i/>
          <w:sz w:val="18"/>
          <w:lang w:val="fr-FR"/>
        </w:rPr>
        <w:t xml:space="preserve"> OUG nr. 34/2014 </w:t>
      </w:r>
      <w:proofErr w:type="spellStart"/>
      <w:r w:rsidRPr="00846012">
        <w:rPr>
          <w:i/>
          <w:sz w:val="18"/>
          <w:lang w:val="fr-FR"/>
        </w:rPr>
        <w:t>privind</w:t>
      </w:r>
      <w:proofErr w:type="spellEnd"/>
      <w:r w:rsidRPr="00846012">
        <w:rPr>
          <w:i/>
          <w:sz w:val="18"/>
          <w:lang w:val="fr-FR"/>
        </w:rPr>
        <w:t xml:space="preserve"> </w:t>
      </w:r>
      <w:proofErr w:type="spellStart"/>
      <w:r w:rsidRPr="00846012">
        <w:rPr>
          <w:i/>
          <w:sz w:val="18"/>
          <w:lang w:val="fr-FR"/>
        </w:rPr>
        <w:t>drepturile</w:t>
      </w:r>
      <w:proofErr w:type="spellEnd"/>
      <w:r w:rsidRPr="00846012">
        <w:rPr>
          <w:i/>
          <w:sz w:val="18"/>
          <w:lang w:val="fr-FR"/>
        </w:rPr>
        <w:t xml:space="preserve"> </w:t>
      </w:r>
      <w:proofErr w:type="spellStart"/>
      <w:r w:rsidRPr="00846012">
        <w:rPr>
          <w:i/>
          <w:sz w:val="18"/>
          <w:lang w:val="fr-FR"/>
        </w:rPr>
        <w:t>consumatorilor</w:t>
      </w:r>
      <w:proofErr w:type="spellEnd"/>
      <w:r w:rsidRPr="00846012">
        <w:rPr>
          <w:i/>
          <w:sz w:val="18"/>
          <w:lang w:val="fr-FR"/>
        </w:rPr>
        <w:t xml:space="preserve"> </w:t>
      </w:r>
      <w:proofErr w:type="spellStart"/>
      <w:r w:rsidRPr="00846012">
        <w:rPr>
          <w:i/>
          <w:sz w:val="18"/>
          <w:lang w:val="fr-FR"/>
        </w:rPr>
        <w:t>în</w:t>
      </w:r>
      <w:proofErr w:type="spellEnd"/>
      <w:r w:rsidRPr="00846012">
        <w:rPr>
          <w:i/>
          <w:sz w:val="18"/>
          <w:lang w:val="fr-FR"/>
        </w:rPr>
        <w:t xml:space="preserve"> </w:t>
      </w:r>
      <w:proofErr w:type="spellStart"/>
      <w:r w:rsidRPr="00846012">
        <w:rPr>
          <w:i/>
          <w:sz w:val="18"/>
          <w:lang w:val="fr-FR"/>
        </w:rPr>
        <w:t>cadrul</w:t>
      </w:r>
      <w:proofErr w:type="spellEnd"/>
      <w:r w:rsidRPr="00846012">
        <w:rPr>
          <w:i/>
          <w:sz w:val="18"/>
          <w:lang w:val="fr-FR"/>
        </w:rPr>
        <w:t xml:space="preserve"> </w:t>
      </w:r>
      <w:proofErr w:type="spellStart"/>
      <w:r w:rsidRPr="00846012">
        <w:rPr>
          <w:i/>
          <w:sz w:val="18"/>
          <w:lang w:val="fr-FR"/>
        </w:rPr>
        <w:t>contractelor</w:t>
      </w:r>
      <w:proofErr w:type="spellEnd"/>
      <w:r w:rsidRPr="00846012">
        <w:rPr>
          <w:i/>
          <w:sz w:val="18"/>
          <w:lang w:val="fr-FR"/>
        </w:rPr>
        <w:t xml:space="preserve"> </w:t>
      </w:r>
      <w:proofErr w:type="spellStart"/>
      <w:r w:rsidRPr="00846012">
        <w:rPr>
          <w:i/>
          <w:sz w:val="18"/>
          <w:lang w:val="fr-FR"/>
        </w:rPr>
        <w:t>încheiate</w:t>
      </w:r>
      <w:proofErr w:type="spellEnd"/>
      <w:r w:rsidRPr="00846012">
        <w:rPr>
          <w:i/>
          <w:sz w:val="18"/>
          <w:lang w:val="fr-FR"/>
        </w:rPr>
        <w:t xml:space="preserve"> </w:t>
      </w:r>
      <w:proofErr w:type="spellStart"/>
      <w:r w:rsidRPr="00846012">
        <w:rPr>
          <w:i/>
          <w:sz w:val="18"/>
          <w:lang w:val="fr-FR"/>
        </w:rPr>
        <w:t>cu</w:t>
      </w:r>
      <w:proofErr w:type="spellEnd"/>
      <w:r w:rsidRPr="00846012">
        <w:rPr>
          <w:i/>
          <w:sz w:val="18"/>
          <w:lang w:val="fr-FR"/>
        </w:rPr>
        <w:t xml:space="preserve"> </w:t>
      </w:r>
      <w:proofErr w:type="spellStart"/>
      <w:proofErr w:type="gramStart"/>
      <w:r w:rsidRPr="00846012">
        <w:rPr>
          <w:i/>
          <w:sz w:val="18"/>
          <w:lang w:val="fr-FR"/>
        </w:rPr>
        <w:t>profesioniștii</w:t>
      </w:r>
      <w:proofErr w:type="spellEnd"/>
      <w:r w:rsidRPr="00846012">
        <w:rPr>
          <w:i/>
          <w:sz w:val="18"/>
          <w:lang w:val="fr-FR"/>
        </w:rPr>
        <w:t>;</w:t>
      </w:r>
      <w:proofErr w:type="gramEnd"/>
      <w:r w:rsidRPr="00846012">
        <w:rPr>
          <w:i/>
          <w:sz w:val="18"/>
          <w:lang w:val="fr-FR"/>
        </w:rPr>
        <w:t xml:space="preserve"> </w:t>
      </w:r>
      <w:proofErr w:type="spellStart"/>
      <w:r w:rsidRPr="00846012">
        <w:rPr>
          <w:i/>
          <w:sz w:val="18"/>
          <w:lang w:val="fr-FR"/>
        </w:rPr>
        <w:t>Regulamentul</w:t>
      </w:r>
      <w:proofErr w:type="spellEnd"/>
      <w:r w:rsidRPr="00846012">
        <w:rPr>
          <w:i/>
          <w:sz w:val="18"/>
          <w:lang w:val="fr-FR"/>
        </w:rPr>
        <w:t xml:space="preserve"> (UE) 2016/679 (GDPR</w:t>
      </w:r>
      <w:proofErr w:type="gramStart"/>
      <w:r w:rsidRPr="00846012">
        <w:rPr>
          <w:i/>
          <w:sz w:val="18"/>
          <w:lang w:val="fr-FR"/>
        </w:rPr>
        <w:t>);</w:t>
      </w:r>
      <w:proofErr w:type="gramEnd"/>
      <w:r w:rsidRPr="00846012">
        <w:rPr>
          <w:i/>
          <w:sz w:val="18"/>
          <w:lang w:val="fr-FR"/>
        </w:rPr>
        <w:t xml:space="preserve"> </w:t>
      </w:r>
      <w:proofErr w:type="spellStart"/>
      <w:r w:rsidRPr="00846012">
        <w:rPr>
          <w:i/>
          <w:sz w:val="18"/>
          <w:lang w:val="fr-FR"/>
        </w:rPr>
        <w:t>Leg</w:t>
      </w:r>
      <w:r w:rsidRPr="00846012">
        <w:rPr>
          <w:i/>
          <w:sz w:val="18"/>
          <w:lang w:val="fr-FR"/>
        </w:rPr>
        <w:t>ea</w:t>
      </w:r>
      <w:proofErr w:type="spellEnd"/>
      <w:r w:rsidRPr="00846012">
        <w:rPr>
          <w:i/>
          <w:sz w:val="18"/>
          <w:lang w:val="fr-FR"/>
        </w:rPr>
        <w:t xml:space="preserve"> nr. 190/</w:t>
      </w:r>
      <w:proofErr w:type="gramStart"/>
      <w:r w:rsidRPr="00846012">
        <w:rPr>
          <w:i/>
          <w:sz w:val="18"/>
          <w:lang w:val="fr-FR"/>
        </w:rPr>
        <w:t>2018;</w:t>
      </w:r>
      <w:proofErr w:type="gramEnd"/>
      <w:r w:rsidRPr="00846012">
        <w:rPr>
          <w:i/>
          <w:sz w:val="18"/>
          <w:lang w:val="fr-FR"/>
        </w:rPr>
        <w:t xml:space="preserve"> </w:t>
      </w:r>
      <w:proofErr w:type="spellStart"/>
      <w:r w:rsidRPr="00846012">
        <w:rPr>
          <w:i/>
          <w:sz w:val="18"/>
          <w:lang w:val="fr-FR"/>
        </w:rPr>
        <w:t>Legea</w:t>
      </w:r>
      <w:proofErr w:type="spellEnd"/>
      <w:r w:rsidRPr="00846012">
        <w:rPr>
          <w:i/>
          <w:sz w:val="18"/>
          <w:lang w:val="fr-FR"/>
        </w:rPr>
        <w:t xml:space="preserve"> nr. 506/</w:t>
      </w:r>
      <w:proofErr w:type="gramStart"/>
      <w:r w:rsidRPr="00846012">
        <w:rPr>
          <w:i/>
          <w:sz w:val="18"/>
          <w:lang w:val="fr-FR"/>
        </w:rPr>
        <w:t>2004;</w:t>
      </w:r>
      <w:proofErr w:type="gramEnd"/>
      <w:r w:rsidRPr="00846012">
        <w:rPr>
          <w:i/>
          <w:sz w:val="18"/>
          <w:lang w:val="fr-FR"/>
        </w:rPr>
        <w:t xml:space="preserve"> </w:t>
      </w:r>
      <w:proofErr w:type="spellStart"/>
      <w:r w:rsidRPr="00846012">
        <w:rPr>
          <w:i/>
          <w:sz w:val="18"/>
          <w:lang w:val="fr-FR"/>
        </w:rPr>
        <w:t>Legea</w:t>
      </w:r>
      <w:proofErr w:type="spellEnd"/>
      <w:r w:rsidRPr="00846012">
        <w:rPr>
          <w:i/>
          <w:sz w:val="18"/>
          <w:lang w:val="fr-FR"/>
        </w:rPr>
        <w:t xml:space="preserve"> nr. 227/2015 </w:t>
      </w:r>
      <w:proofErr w:type="spellStart"/>
      <w:r w:rsidRPr="00846012">
        <w:rPr>
          <w:i/>
          <w:sz w:val="18"/>
          <w:lang w:val="fr-FR"/>
        </w:rPr>
        <w:t>privind</w:t>
      </w:r>
      <w:proofErr w:type="spellEnd"/>
      <w:r w:rsidRPr="00846012">
        <w:rPr>
          <w:i/>
          <w:sz w:val="18"/>
          <w:lang w:val="fr-FR"/>
        </w:rPr>
        <w:t xml:space="preserve"> </w:t>
      </w:r>
      <w:proofErr w:type="spellStart"/>
      <w:r w:rsidRPr="00846012">
        <w:rPr>
          <w:i/>
          <w:sz w:val="18"/>
          <w:lang w:val="fr-FR"/>
        </w:rPr>
        <w:t>Codul</w:t>
      </w:r>
      <w:proofErr w:type="spellEnd"/>
      <w:r w:rsidRPr="00846012">
        <w:rPr>
          <w:i/>
          <w:sz w:val="18"/>
          <w:lang w:val="fr-FR"/>
        </w:rPr>
        <w:t xml:space="preserve"> fiscal (art. 292, art. 319).</w:t>
      </w:r>
    </w:p>
    <w:sectPr w:rsidR="003260D0" w:rsidRPr="00846012" w:rsidSect="00034616">
      <w:footerReference w:type="default" r:id="rId8"/>
      <w:pgSz w:w="11906" w:h="16838"/>
      <w:pgMar w:top="1247" w:right="1247" w:bottom="1247"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AE446" w14:textId="77777777" w:rsidR="00916C8E" w:rsidRDefault="00916C8E">
      <w:pPr>
        <w:spacing w:after="0" w:line="240" w:lineRule="auto"/>
      </w:pPr>
      <w:r>
        <w:separator/>
      </w:r>
    </w:p>
  </w:endnote>
  <w:endnote w:type="continuationSeparator" w:id="0">
    <w:p w14:paraId="6A43CCDA" w14:textId="77777777" w:rsidR="00916C8E" w:rsidRDefault="00916C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B9498" w14:textId="77777777" w:rsidR="003260D0" w:rsidRDefault="00916C8E">
    <w:pPr>
      <w:pStyle w:val="Footer"/>
      <w:jc w:val="center"/>
    </w:pPr>
    <w:r>
      <w:rPr>
        <w:sz w:val="16"/>
      </w:rPr>
      <w:t xml:space="preserve">WINNERS GROUP COMPANIE DE BROKERAJ S.R.L. – </w:t>
    </w:r>
    <w:proofErr w:type="spellStart"/>
    <w:r>
      <w:rPr>
        <w:sz w:val="16"/>
      </w:rPr>
      <w:t>Termeni</w:t>
    </w:r>
    <w:proofErr w:type="spellEnd"/>
    <w:r>
      <w:rPr>
        <w:sz w:val="16"/>
      </w:rPr>
      <w:t xml:space="preserve"> </w:t>
    </w:r>
    <w:proofErr w:type="spellStart"/>
    <w:r>
      <w:rPr>
        <w:sz w:val="16"/>
      </w:rPr>
      <w:t>și</w:t>
    </w:r>
    <w:proofErr w:type="spellEnd"/>
    <w:r>
      <w:rPr>
        <w:sz w:val="16"/>
      </w:rPr>
      <w:t xml:space="preserve"> </w:t>
    </w:r>
    <w:proofErr w:type="spellStart"/>
    <w:r>
      <w:rPr>
        <w:sz w:val="16"/>
      </w:rPr>
      <w:t>Condiții</w:t>
    </w:r>
    <w:proofErr w:type="spellEnd"/>
    <w:r>
      <w:rPr>
        <w:sz w:val="16"/>
      </w:rPr>
      <w:t xml:space="preserve"> – www.winnersgroup.ro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D5A13" w14:textId="77777777" w:rsidR="00916C8E" w:rsidRDefault="00916C8E">
      <w:pPr>
        <w:spacing w:after="0" w:line="240" w:lineRule="auto"/>
      </w:pPr>
      <w:r>
        <w:separator/>
      </w:r>
    </w:p>
  </w:footnote>
  <w:footnote w:type="continuationSeparator" w:id="0">
    <w:p w14:paraId="6B3E754F" w14:textId="77777777" w:rsidR="00916C8E" w:rsidRDefault="00916C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6122944">
    <w:abstractNumId w:val="8"/>
  </w:num>
  <w:num w:numId="2" w16cid:durableId="2086798751">
    <w:abstractNumId w:val="6"/>
  </w:num>
  <w:num w:numId="3" w16cid:durableId="910046756">
    <w:abstractNumId w:val="5"/>
  </w:num>
  <w:num w:numId="4" w16cid:durableId="525825140">
    <w:abstractNumId w:val="4"/>
  </w:num>
  <w:num w:numId="5" w16cid:durableId="1404792294">
    <w:abstractNumId w:val="7"/>
  </w:num>
  <w:num w:numId="6" w16cid:durableId="383019640">
    <w:abstractNumId w:val="3"/>
  </w:num>
  <w:num w:numId="7" w16cid:durableId="1431973991">
    <w:abstractNumId w:val="2"/>
  </w:num>
  <w:num w:numId="8" w16cid:durableId="1330476257">
    <w:abstractNumId w:val="1"/>
  </w:num>
  <w:num w:numId="9" w16cid:durableId="480385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0D0"/>
    <w:rsid w:val="00326F90"/>
    <w:rsid w:val="00522731"/>
    <w:rsid w:val="00846012"/>
    <w:rsid w:val="00916C8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008494"/>
  <w14:defaultImageDpi w14:val="300"/>
  <w15:docId w15:val="{C666721E-D247-40AE-A022-9D65222F9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1F1F1F"/>
      <w:sz w:val="32"/>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b/>
      <w:bCs/>
      <w:color w:val="1F1F1F"/>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b/>
      <w:bCs/>
      <w:color w:val="1F1F1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BE8AB6AA881A42AC2A15E1EB8F8DB6" ma:contentTypeVersion="19" ma:contentTypeDescription="Create a new document." ma:contentTypeScope="" ma:versionID="1cd986028dea2543f71d47a744c2bb9d">
  <xsd:schema xmlns:xsd="http://www.w3.org/2001/XMLSchema" xmlns:xs="http://www.w3.org/2001/XMLSchema" xmlns:p="http://schemas.microsoft.com/office/2006/metadata/properties" xmlns:ns2="4a269976-0cac-414b-be90-fe1327dc559b" xmlns:ns3="45673bbb-6246-410f-aede-8b487b55f8dd" targetNamespace="http://schemas.microsoft.com/office/2006/metadata/properties" ma:root="true" ma:fieldsID="66e76feffee16311a82540d26c793cb2" ns2:_="" ns3:_="">
    <xsd:import namespace="4a269976-0cac-414b-be90-fe1327dc559b"/>
    <xsd:import namespace="45673bbb-6246-410f-aede-8b487b55f8d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269976-0cac-414b-be90-fe1327dc5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2" nillable="true" ma:displayName="Etichete imagine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673bbb-6246-410f-aede-8b487b55f8d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cf6098f-6a3f-43e9-a3ea-3962f7591044}" ma:internalName="TaxCatchAll" ma:showField="CatchAllData" ma:web="45673bbb-6246-410f-aede-8b487b55f8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5673bbb-6246-410f-aede-8b487b55f8dd" xsi:nil="true"/>
    <lcf76f155ced4ddcb4097134ff3c332f xmlns="4a269976-0cac-414b-be90-fe1327dc559b"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6ED2D97-C03E-4DCC-A0D0-717CEB03A25D}"/>
</file>

<file path=customXml/itemProps3.xml><?xml version="1.0" encoding="utf-8"?>
<ds:datastoreItem xmlns:ds="http://schemas.openxmlformats.org/officeDocument/2006/customXml" ds:itemID="{9216DCFC-4999-4F87-8D0D-88BA64B76C86}"/>
</file>

<file path=customXml/itemProps4.xml><?xml version="1.0" encoding="utf-8"?>
<ds:datastoreItem xmlns:ds="http://schemas.openxmlformats.org/officeDocument/2006/customXml" ds:itemID="{7594B743-BCF6-445A-AC71-C00B69B2927F}"/>
</file>

<file path=docProps/app.xml><?xml version="1.0" encoding="utf-8"?>
<Properties xmlns="http://schemas.openxmlformats.org/officeDocument/2006/extended-properties" xmlns:vt="http://schemas.openxmlformats.org/officeDocument/2006/docPropsVTypes">
  <Template>Normal</Template>
  <TotalTime>9</TotalTime>
  <Pages>10</Pages>
  <Words>4189</Words>
  <Characters>24298</Characters>
  <Application>Microsoft Office Word</Application>
  <DocSecurity>4</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Violeta Hiriiala RO</cp:lastModifiedBy>
  <cp:revision>2</cp:revision>
  <dcterms:created xsi:type="dcterms:W3CDTF">2026-10-12T07:11:00Z</dcterms:created>
  <dcterms:modified xsi:type="dcterms:W3CDTF">2026-10-12T07:11:00Z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0x010100E5BE8AB6AA881A42AC2A15E1EB8F8DB6</vt:lpwstr>
  </property>
</Properties>
</file>